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Upload Copy — The Hi Mom New Number Scam</w:t>
      </w:r>
    </w:p>
    <w:p>
      <w:r>
        <w:t>Candidate ID: erf-002-hi-mom-scam</w:t>
      </w:r>
    </w:p>
    <w:p>
      <w:r>
        <w:t>Series: Everyday Red Flags</w:t>
      </w:r>
    </w:p>
    <w:p>
      <w:r>
        <w:t>Video file: erf-002_hi_mom_scam_1080x1920_review.mp4</w:t>
      </w:r>
    </w:p>
    <w:p>
      <w:r>
        <w:t>SHA256: f30a1cb80a819b3be26bac3ff866eebd9ace98ecf0d5fc5684e0931cfe615c93</w:t>
      </w:r>
    </w:p>
    <w:p>
      <w:pPr>
        <w:pStyle w:val="Heading2"/>
      </w:pPr>
      <w:r>
        <w:t>YouTube — copy/paste block</w:t>
      </w:r>
    </w:p>
    <w:p>
      <w:r>
        <w:rPr>
          <w:rFonts w:ascii="Arial" w:hAnsi="Arial"/>
          <w:sz w:val="20"/>
        </w:rPr>
        <w:t>Title:</w:t>
        <w:br/>
        <w:t>The “Hi Mom” New Number Scam: Verify Before You Pay</w:t>
        <w:br/>
        <w:br/>
        <w:t>Description:</w:t>
        <w:br/>
        <w:t>New number asking for urgent money? Verify before you pay.</w:t>
        <w:br/>
        <w:br/>
        <w:t>This scam works because it uses love, not technology. A message says the phone is lost, the number is new, and money is needed right now. The red flags are: new number, urgency, money, and pressure to stay in the chat.</w:t>
        <w:br/>
        <w:br/>
        <w:t>Rule: New number plus urgent money means verify first. Call the old number, call another family member, or ask a private question only the real person would know.</w:t>
        <w:br/>
        <w:br/>
        <w:t>Hashtags:</w:t>
        <w:br/>
        <w:t>#ScamAlert #DigitalSafety #EverydayRedFlags #OnlineSafety #FamilySafety #Shorts</w:t>
      </w:r>
    </w:p>
    <w:p>
      <w:pPr>
        <w:pStyle w:val="Heading2"/>
      </w:pPr>
      <w:r>
        <w:t>TikTok — copy/paste block</w:t>
      </w:r>
    </w:p>
    <w:p>
      <w:r>
        <w:rPr>
          <w:rFonts w:ascii="Arial" w:hAnsi="Arial"/>
          <w:sz w:val="20"/>
        </w:rPr>
        <w:t>“Hi Mom, new number” + urgent money request? Pause.</w:t>
        <w:br/>
        <w:br/>
        <w:t>Don’t pay in the chat. Call the old number, call another family member, or ask a private question only the real person would know.</w:t>
        <w:br/>
        <w:br/>
        <w:t>New number plus urgent money means verify first.</w:t>
        <w:br/>
        <w:br/>
        <w:t>#ScamAlert #DigitalSafety #EverydayRedFlags #OnlineSafety #FamilySafety</w:t>
      </w:r>
    </w:p>
    <w:p>
      <w:pPr>
        <w:pStyle w:val="Heading2"/>
      </w:pPr>
      <w:r>
        <w:t>Internal notes</w:t>
      </w:r>
    </w:p>
    <w:p>
      <w:r>
        <w:t>Hook: If your child texts from a new number and asks for money, pause.</w:t>
      </w:r>
    </w:p>
    <w:p>
      <w:r>
        <w:t>Red flag: New number, urgency, money, and pressure to stay in chat.</w:t>
      </w:r>
    </w:p>
    <w:p>
      <w:r>
        <w:t>Safe action: Do not pay from the chat. Call the old number, another family member, or ask a private question.</w:t>
      </w:r>
    </w:p>
    <w:p>
      <w:r>
        <w:t>Takeaway: New number plus urgent money means verify first.</w:t>
      </w:r>
    </w:p>
    <w:p>
      <w:r>
        <w:t>Visual policy: Realistic AI images only + text-only active-word subtitles; no overlays beyond subtitles.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