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Upload Copy — The Delivery Text Scam</w:t>
      </w:r>
    </w:p>
    <w:p>
      <w:r>
        <w:t>Candidate ID: erf-001-delivery-sms-scam</w:t>
      </w:r>
    </w:p>
    <w:p>
      <w:r>
        <w:t>Series: Everyday Red Flags</w:t>
      </w:r>
    </w:p>
    <w:p>
      <w:r>
        <w:t>Video file: erf-001_delivery_sms_scam_1080x1920_review.mp4</w:t>
      </w:r>
    </w:p>
    <w:p>
      <w:r>
        <w:t>SHA256: b150f4e5c12bb454bebc46bc28b1cb042596dfe6cb19849d7e1cfe596d6fd5b4</w:t>
      </w:r>
    </w:p>
    <w:p>
      <w:pPr>
        <w:pStyle w:val="Heading2"/>
      </w:pPr>
      <w:r>
        <w:t>YouTube — copy/paste block</w:t>
      </w:r>
    </w:p>
    <w:p>
      <w:r>
        <w:rPr>
          <w:rFonts w:ascii="Arial" w:hAnsi="Arial"/>
          <w:sz w:val="20"/>
        </w:rPr>
        <w:t>Title:</w:t>
        <w:br/>
        <w:t>The Delivery Text Scam: Don’t Pay From the SMS</w:t>
        <w:br/>
        <w:br/>
        <w:t>Description:</w:t>
        <w:br/>
        <w:t>Delivery fee text? Don’t tap. Open the real delivery app or shop order page yourself.</w:t>
        <w:br/>
        <w:br/>
        <w:t>A tiny “delivery fee” can be the start of a card-stealing scam. The red flag is the urgent payment link inside the text message. If the fee is real, it will still appear inside the official delivery app or your shop order page.</w:t>
        <w:br/>
        <w:br/>
        <w:t>Rule: Never pay from the text. Open the app yourself.</w:t>
        <w:br/>
        <w:br/>
        <w:t>Hashtags:</w:t>
        <w:br/>
        <w:t>#ScamAlert #DigitalSafety #EverydayRedFlags #OnlineSafety #DeliveryScam #Shorts</w:t>
      </w:r>
    </w:p>
    <w:p>
      <w:pPr>
        <w:pStyle w:val="Heading2"/>
      </w:pPr>
      <w:r>
        <w:t>TikTok — copy/paste block</w:t>
      </w:r>
    </w:p>
    <w:p>
      <w:r>
        <w:rPr>
          <w:rFonts w:ascii="Arial" w:hAnsi="Arial"/>
          <w:sz w:val="20"/>
        </w:rPr>
        <w:t>Delivery fee text? Don’t tap.</w:t>
        <w:br/>
        <w:br/>
        <w:t>If a message says your package is held and asks for a tiny fee, close the text. Open the real delivery app or the shop order page yourself. If the fee is real, it will still be there.</w:t>
        <w:br/>
        <w:br/>
        <w:t>Never pay from the text. Open the app yourself.</w:t>
        <w:br/>
        <w:br/>
        <w:t>#ScamAlert #DigitalSafety #EverydayRedFlags #OnlineSafety #DeliveryScam</w:t>
      </w:r>
    </w:p>
    <w:p>
      <w:pPr>
        <w:pStyle w:val="Heading2"/>
      </w:pPr>
      <w:r>
        <w:t>Internal notes</w:t>
      </w:r>
    </w:p>
    <w:p>
      <w:r>
        <w:t>Hook: If a delivery text asks for a small fee, stop before you tap.</w:t>
      </w:r>
    </w:p>
    <w:p>
      <w:r>
        <w:t>Red flag: Urgent delivery SMS with a payment/login link inside the text.</w:t>
      </w:r>
    </w:p>
    <w:p>
      <w:r>
        <w:t>Safe action: Close the text and open the real delivery app or shop order page yourself.</w:t>
      </w:r>
    </w:p>
    <w:p>
      <w:r>
        <w:t>Takeaway: Never pay from the text. Open the app yourself.</w:t>
      </w:r>
    </w:p>
    <w:p>
      <w:r>
        <w:t>Visual policy: Realistic AI images only + text-only active-word subtitles; no overlays beyond subtitles.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