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Mönchaltorf – Gemeindehaus mit Wohnbau</w:t>
        <w:br/>
        <w:t>Bereinigtes Transkript Fachplaner-Jour-fixe</w:t>
      </w:r>
    </w:p>
    <w:tbl>
      <w:tblPr>
        <w:tblStyle w:val="TableGrid"/>
        <w:tblW w:type="auto" w:w="0"/>
        <w:jc w:val="center"/>
        <w:tblLook w:firstColumn="1" w:firstRow="1" w:lastColumn="0" w:lastRow="0" w:noHBand="0" w:noVBand="1" w:val="04A0"/>
      </w:tblPr>
      <w:tblGrid>
        <w:gridCol w:w="5270"/>
        <w:gridCol w:w="5270"/>
      </w:tblGrid>
      <w:tr>
        <w:tc>
          <w:tcPr>
            <w:tcW w:type="dxa" w:w="2268"/>
            <w:vAlign w:val="top"/>
            <w:shd w:fill="D9EAF7"/>
          </w:tcPr>
          <w:p>
            <w:r/>
            <w:r>
              <w:rPr>
                <w:b/>
                <w:sz w:val="16"/>
              </w:rPr>
              <w:t>Feld</w:t>
            </w:r>
          </w:p>
        </w:tc>
        <w:tc>
          <w:tcPr>
            <w:tcW w:type="dxa" w:w="7370"/>
            <w:vAlign w:val="top"/>
            <w:shd w:fill="D9EAF7"/>
          </w:tcPr>
          <w:p>
            <w:r/>
            <w:r>
              <w:rPr>
                <w:b/>
                <w:sz w:val="16"/>
              </w:rPr>
              <w:t>Inhalt</w:t>
            </w:r>
          </w:p>
        </w:tc>
      </w:tr>
      <w:tr>
        <w:tc>
          <w:tcPr>
            <w:tcW w:type="dxa" w:w="2268"/>
            <w:vAlign w:val="top"/>
          </w:tcPr>
          <w:p>
            <w:r/>
            <w:r>
              <w:rPr>
                <w:b w:val="0"/>
                <w:sz w:val="16"/>
              </w:rPr>
              <w:t>Datum</w:t>
            </w:r>
          </w:p>
        </w:tc>
        <w:tc>
          <w:tcPr>
            <w:tcW w:type="dxa" w:w="7370"/>
            <w:vAlign w:val="top"/>
          </w:tcPr>
          <w:p>
            <w:r/>
            <w:r>
              <w:rPr>
                <w:b w:val="0"/>
                <w:sz w:val="16"/>
              </w:rPr>
              <w:t>23.06.2026</w:t>
            </w:r>
          </w:p>
        </w:tc>
      </w:tr>
      <w:tr>
        <w:tc>
          <w:tcPr>
            <w:tcW w:type="dxa" w:w="2268"/>
            <w:vAlign w:val="top"/>
          </w:tcPr>
          <w:p>
            <w:r/>
            <w:r>
              <w:rPr>
                <w:b w:val="0"/>
                <w:sz w:val="16"/>
              </w:rPr>
              <w:t>Basis</w:t>
            </w:r>
          </w:p>
        </w:tc>
        <w:tc>
          <w:tcPr>
            <w:tcW w:type="dxa" w:w="7370"/>
            <w:vAlign w:val="top"/>
          </w:tcPr>
          <w:p>
            <w:r/>
            <w:r>
              <w:rPr>
                <w:b w:val="0"/>
                <w:sz w:val="16"/>
              </w:rPr>
              <w:t>Teams-Transkript / Meeting Recording</w:t>
            </w:r>
          </w:p>
        </w:tc>
      </w:tr>
      <w:tr>
        <w:tc>
          <w:tcPr>
            <w:tcW w:type="dxa" w:w="2268"/>
            <w:vAlign w:val="top"/>
          </w:tcPr>
          <w:p>
            <w:r/>
            <w:r>
              <w:rPr>
                <w:b w:val="0"/>
                <w:sz w:val="16"/>
              </w:rPr>
              <w:t>Bereinigung</w:t>
            </w:r>
          </w:p>
        </w:tc>
        <w:tc>
          <w:tcPr>
            <w:tcW w:type="dxa" w:w="7370"/>
            <w:vAlign w:val="top"/>
          </w:tcPr>
          <w:p>
            <w:r/>
            <w:r>
              <w:rPr>
                <w:b w:val="0"/>
                <w:sz w:val="16"/>
              </w:rPr>
              <w:t>Smalltalk, reine Begrüssungen, Füllwörter und offensichtlich irrelevante Kurzreaktionen entfernt; fachliche Aussagen nicht inhaltlich erweitert.</w:t>
            </w:r>
          </w:p>
        </w:tc>
      </w:tr>
    </w:tbl>
    <w:p/>
    <w:tbl>
      <w:tblPr>
        <w:tblStyle w:val="TableGrid"/>
        <w:tblW w:type="auto" w:w="0"/>
        <w:jc w:val="center"/>
        <w:tblLook w:firstColumn="1" w:firstRow="1" w:lastColumn="0" w:lastRow="0" w:noHBand="0" w:noVBand="1" w:val="04A0"/>
      </w:tblPr>
      <w:tblGrid>
        <w:gridCol w:w="3513"/>
        <w:gridCol w:w="3513"/>
        <w:gridCol w:w="3513"/>
      </w:tblGrid>
      <w:tr>
        <w:tc>
          <w:tcPr>
            <w:tcW w:type="dxa" w:w="3513"/>
            <w:vAlign w:val="top"/>
            <w:shd w:fill="D9EAF7"/>
          </w:tcPr>
          <w:p>
            <w:r/>
            <w:r>
              <w:rPr>
                <w:b/>
                <w:sz w:val="16"/>
              </w:rPr>
              <w:t>Zeit</w:t>
            </w:r>
          </w:p>
        </w:tc>
        <w:tc>
          <w:tcPr>
            <w:tcW w:type="dxa" w:w="3513"/>
            <w:vAlign w:val="top"/>
            <w:shd w:fill="D9EAF7"/>
          </w:tcPr>
          <w:p>
            <w:r/>
            <w:r>
              <w:rPr>
                <w:b/>
                <w:sz w:val="16"/>
              </w:rPr>
              <w:t>Sprecher</w:t>
            </w:r>
          </w:p>
        </w:tc>
        <w:tc>
          <w:tcPr>
            <w:tcW w:type="dxa" w:w="3513"/>
            <w:vAlign w:val="top"/>
            <w:shd w:fill="D9EAF7"/>
          </w:tcPr>
          <w:p>
            <w:r/>
            <w:r>
              <w:rPr>
                <w:b/>
                <w:sz w:val="16"/>
              </w:rPr>
              <w:t>Bereinigte Aussage</w:t>
            </w:r>
          </w:p>
        </w:tc>
      </w:tr>
      <w:tr>
        <w:tc>
          <w:tcPr>
            <w:tcW w:type="dxa" w:w="3513"/>
            <w:vAlign w:val="top"/>
          </w:tcPr>
          <w:p>
            <w:r/>
            <w:r>
              <w:rPr>
                <w:b w:val="0"/>
                <w:sz w:val="16"/>
              </w:rPr>
              <w:t>4:57</w:t>
            </w:r>
          </w:p>
        </w:tc>
        <w:tc>
          <w:tcPr>
            <w:tcW w:type="dxa" w:w="3513"/>
            <w:vAlign w:val="top"/>
          </w:tcPr>
          <w:p>
            <w:r/>
            <w:r>
              <w:rPr>
                <w:b w:val="0"/>
                <w:sz w:val="16"/>
              </w:rPr>
              <w:t>Donatiello Cristian</w:t>
            </w:r>
          </w:p>
        </w:tc>
        <w:tc>
          <w:tcPr>
            <w:tcW w:type="dxa" w:w="3513"/>
            <w:vAlign w:val="top"/>
          </w:tcPr>
          <w:p>
            <w:r/>
            <w:r>
              <w:rPr>
                <w:b w:val="0"/>
                <w:sz w:val="16"/>
              </w:rPr>
              <w:t>Ich würde gern kurz am Anfang ein paar Informationen geben. Wir haben neu im Team jetzt auch in Brettmach-Halto Firma. Grunner, wo die Werkleitungsplanung wird uns da unterstützen und Ansprechpartner ist da momentan und der Wilbert Brummelmann. Weiß nicht, ob du den Projektleitung willst machen, Wilbert hast oder</w:t>
            </w:r>
          </w:p>
        </w:tc>
      </w:tr>
      <w:tr>
        <w:tc>
          <w:tcPr>
            <w:tcW w:type="dxa" w:w="3513"/>
            <w:vAlign w:val="top"/>
          </w:tcPr>
          <w:p>
            <w:r/>
            <w:r>
              <w:rPr>
                <w:b w:val="0"/>
                <w:sz w:val="16"/>
              </w:rPr>
              <w:t>5:39</w:t>
            </w:r>
          </w:p>
        </w:tc>
        <w:tc>
          <w:tcPr>
            <w:tcW w:type="dxa" w:w="3513"/>
            <w:vAlign w:val="top"/>
          </w:tcPr>
          <w:p>
            <w:r/>
            <w:r>
              <w:rPr>
                <w:b w:val="0"/>
                <w:sz w:val="16"/>
              </w:rPr>
              <w:t>Jan Willem Brummelman</w:t>
            </w:r>
          </w:p>
        </w:tc>
        <w:tc>
          <w:tcPr>
            <w:tcW w:type="dxa" w:w="3513"/>
            <w:vAlign w:val="top"/>
          </w:tcPr>
          <w:p>
            <w:r/>
            <w:r>
              <w:rPr>
                <w:b w:val="0"/>
                <w:sz w:val="16"/>
              </w:rPr>
              <w:t>Organisation wird über mich laufen. Ja, genau so weit, so weit. Ja, also Thomas Ebner, der bei uns Konstrukteur wird die Planung grundsätzlich machen, aber es wird über mich laufen, Herr Schmidt.</w:t>
            </w:r>
          </w:p>
        </w:tc>
      </w:tr>
      <w:tr>
        <w:tc>
          <w:tcPr>
            <w:tcW w:type="dxa" w:w="3513"/>
            <w:vAlign w:val="top"/>
          </w:tcPr>
          <w:p>
            <w:r/>
            <w:r>
              <w:rPr>
                <w:b w:val="0"/>
                <w:sz w:val="16"/>
              </w:rPr>
              <w:t>5:40</w:t>
            </w:r>
          </w:p>
        </w:tc>
        <w:tc>
          <w:tcPr>
            <w:tcW w:type="dxa" w:w="3513"/>
            <w:vAlign w:val="top"/>
          </w:tcPr>
          <w:p>
            <w:r/>
            <w:r>
              <w:rPr>
                <w:b w:val="0"/>
                <w:sz w:val="16"/>
              </w:rPr>
              <w:t>Donatiello Cristian</w:t>
            </w:r>
          </w:p>
        </w:tc>
        <w:tc>
          <w:tcPr>
            <w:tcW w:type="dxa" w:w="3513"/>
            <w:vAlign w:val="top"/>
          </w:tcPr>
          <w:p>
            <w:r/>
            <w:r>
              <w:rPr>
                <w:b w:val="0"/>
                <w:sz w:val="16"/>
              </w:rPr>
              <w:t>OKOK. also auch in den nächsten Terminen laden wir dich dazu ein.</w:t>
            </w:r>
          </w:p>
        </w:tc>
      </w:tr>
      <w:tr>
        <w:tc>
          <w:tcPr>
            <w:tcW w:type="dxa" w:w="3513"/>
            <w:vAlign w:val="top"/>
          </w:tcPr>
          <w:p>
            <w:r/>
            <w:r>
              <w:rPr>
                <w:b w:val="0"/>
                <w:sz w:val="16"/>
              </w:rPr>
              <w:t>5:55</w:t>
            </w:r>
          </w:p>
        </w:tc>
        <w:tc>
          <w:tcPr>
            <w:tcW w:type="dxa" w:w="3513"/>
            <w:vAlign w:val="top"/>
          </w:tcPr>
          <w:p>
            <w:r/>
            <w:r>
              <w:rPr>
                <w:b w:val="0"/>
                <w:sz w:val="16"/>
              </w:rPr>
              <w:t>Donatiello Cristian</w:t>
            </w:r>
          </w:p>
        </w:tc>
        <w:tc>
          <w:tcPr>
            <w:tcW w:type="dxa" w:w="3513"/>
            <w:vAlign w:val="top"/>
          </w:tcPr>
          <w:p>
            <w:r/>
            <w:r>
              <w:rPr>
                <w:b w:val="0"/>
                <w:sz w:val="16"/>
              </w:rPr>
              <w:t>Das ist gut. Dann neu im Team haben wir auch Verkehrsplanung. ist jetzt, Ist jetzt auch nicht dabei in der Runde. Das ist Firma A. S. G. und da ist Jonas Jost Ansprechpartner. Ah, jetzt ist der Lupco Hoi. Du gerade zu. Was ja, welche Fragen der Zugang auf Trimble haben, die alle bekommen funktioniert der bei allen?</w:t>
            </w:r>
          </w:p>
        </w:tc>
      </w:tr>
      <w:tr>
        <w:tc>
          <w:tcPr>
            <w:tcW w:type="dxa" w:w="3513"/>
            <w:vAlign w:val="top"/>
          </w:tcPr>
          <w:p>
            <w:r/>
            <w:r>
              <w:rPr>
                <w:b w:val="0"/>
                <w:sz w:val="16"/>
              </w:rPr>
              <w:t>6:27</w:t>
            </w:r>
          </w:p>
        </w:tc>
        <w:tc>
          <w:tcPr>
            <w:tcW w:type="dxa" w:w="3513"/>
            <w:vAlign w:val="top"/>
          </w:tcPr>
          <w:p>
            <w:r/>
            <w:r>
              <w:rPr>
                <w:b w:val="0"/>
                <w:sz w:val="16"/>
              </w:rPr>
              <w:t>Angelika Peeters</w:t>
            </w:r>
          </w:p>
        </w:tc>
        <w:tc>
          <w:tcPr>
            <w:tcW w:type="dxa" w:w="3513"/>
            <w:vAlign w:val="top"/>
          </w:tcPr>
          <w:p>
            <w:r/>
            <w:r>
              <w:rPr>
                <w:b w:val="0"/>
                <w:sz w:val="16"/>
              </w:rPr>
              <w:t>Ich hab keinen Zugang überhaupt.</w:t>
            </w:r>
          </w:p>
        </w:tc>
      </w:tr>
      <w:tr>
        <w:tc>
          <w:tcPr>
            <w:tcW w:type="dxa" w:w="3513"/>
            <w:vAlign w:val="top"/>
          </w:tcPr>
          <w:p>
            <w:r/>
            <w:r>
              <w:rPr>
                <w:b w:val="0"/>
                <w:sz w:val="16"/>
              </w:rPr>
              <w:t>6:27</w:t>
            </w:r>
          </w:p>
        </w:tc>
        <w:tc>
          <w:tcPr>
            <w:tcW w:type="dxa" w:w="3513"/>
            <w:vAlign w:val="top"/>
          </w:tcPr>
          <w:p>
            <w:r/>
            <w:r>
              <w:rPr>
                <w:b w:val="0"/>
                <w:sz w:val="16"/>
              </w:rPr>
              <w:t>Jan Willem Brummelman</w:t>
            </w:r>
          </w:p>
        </w:tc>
        <w:tc>
          <w:tcPr>
            <w:tcW w:type="dxa" w:w="3513"/>
            <w:vAlign w:val="top"/>
          </w:tcPr>
          <w:p>
            <w:r/>
            <w:r>
              <w:rPr>
                <w:b w:val="0"/>
                <w:sz w:val="16"/>
              </w:rPr>
              <w:t>Bei mir ist es noch offen, oder?</w:t>
            </w:r>
          </w:p>
        </w:tc>
      </w:tr>
      <w:tr>
        <w:tc>
          <w:tcPr>
            <w:tcW w:type="dxa" w:w="3513"/>
            <w:vAlign w:val="top"/>
          </w:tcPr>
          <w:p>
            <w:r/>
            <w:r>
              <w:rPr>
                <w:b w:val="0"/>
                <w:sz w:val="16"/>
              </w:rPr>
              <w:t>6:32</w:t>
            </w:r>
          </w:p>
        </w:tc>
        <w:tc>
          <w:tcPr>
            <w:tcW w:type="dxa" w:w="3513"/>
            <w:vAlign w:val="top"/>
          </w:tcPr>
          <w:p>
            <w:r/>
            <w:r>
              <w:rPr>
                <w:b w:val="0"/>
                <w:sz w:val="16"/>
              </w:rPr>
              <w:t>Donatiello Cristian</w:t>
            </w:r>
          </w:p>
        </w:tc>
        <w:tc>
          <w:tcPr>
            <w:tcW w:type="dxa" w:w="3513"/>
            <w:vAlign w:val="top"/>
          </w:tcPr>
          <w:p>
            <w:r/>
            <w:r>
              <w:rPr>
                <w:b w:val="0"/>
                <w:sz w:val="16"/>
              </w:rPr>
              <w:t>Angelika, bei der ist auch noch kein Zugang. ja, nehm ich das auf.</w:t>
            </w:r>
          </w:p>
        </w:tc>
      </w:tr>
      <w:tr>
        <w:tc>
          <w:tcPr>
            <w:tcW w:type="dxa" w:w="3513"/>
            <w:vAlign w:val="top"/>
          </w:tcPr>
          <w:p>
            <w:r/>
            <w:r>
              <w:rPr>
                <w:b w:val="0"/>
                <w:sz w:val="16"/>
              </w:rPr>
              <w:t>6:35</w:t>
            </w:r>
          </w:p>
        </w:tc>
        <w:tc>
          <w:tcPr>
            <w:tcW w:type="dxa" w:w="3513"/>
            <w:vAlign w:val="top"/>
          </w:tcPr>
          <w:p>
            <w:r/>
            <w:r>
              <w:rPr>
                <w:b w:val="0"/>
                <w:sz w:val="16"/>
              </w:rPr>
              <w:t>Angelika Peeters</w:t>
            </w:r>
          </w:p>
        </w:tc>
        <w:tc>
          <w:tcPr>
            <w:tcW w:type="dxa" w:w="3513"/>
            <w:vAlign w:val="top"/>
          </w:tcPr>
          <w:p>
            <w:r/>
            <w:r>
              <w:rPr>
                <w:b w:val="0"/>
                <w:sz w:val="16"/>
              </w:rPr>
              <w:t>Ich habe noch keine Einladung bekommen.</w:t>
            </w:r>
          </w:p>
        </w:tc>
      </w:tr>
      <w:tr>
        <w:tc>
          <w:tcPr>
            <w:tcW w:type="dxa" w:w="3513"/>
            <w:vAlign w:val="top"/>
          </w:tcPr>
          <w:p>
            <w:r/>
            <w:r>
              <w:rPr>
                <w:b w:val="0"/>
                <w:sz w:val="16"/>
              </w:rPr>
              <w:t>6:40</w:t>
            </w:r>
          </w:p>
        </w:tc>
        <w:tc>
          <w:tcPr>
            <w:tcW w:type="dxa" w:w="3513"/>
            <w:vAlign w:val="top"/>
          </w:tcPr>
          <w:p>
            <w:r/>
            <w:r>
              <w:rPr>
                <w:b w:val="0"/>
                <w:sz w:val="16"/>
              </w:rPr>
              <w:t>Donatiello Cristian</w:t>
            </w:r>
          </w:p>
        </w:tc>
        <w:tc>
          <w:tcPr>
            <w:tcW w:type="dxa" w:w="3513"/>
            <w:vAlign w:val="top"/>
          </w:tcPr>
          <w:p>
            <w:r/>
            <w:r>
              <w:rPr>
                <w:b w:val="0"/>
                <w:sz w:val="16"/>
              </w:rPr>
              <w:t>gut. Und bei dir will bezahlte die Lady noch oder?</w:t>
            </w:r>
          </w:p>
        </w:tc>
      </w:tr>
      <w:tr>
        <w:tc>
          <w:tcPr>
            <w:tcW w:type="dxa" w:w="3513"/>
            <w:vAlign w:val="top"/>
          </w:tcPr>
          <w:p>
            <w:r/>
            <w:r>
              <w:rPr>
                <w:b w:val="0"/>
                <w:sz w:val="16"/>
              </w:rPr>
              <w:t>7:07</w:t>
            </w:r>
          </w:p>
        </w:tc>
        <w:tc>
          <w:tcPr>
            <w:tcW w:type="dxa" w:w="3513"/>
            <w:vAlign w:val="top"/>
          </w:tcPr>
          <w:p>
            <w:r/>
            <w:r>
              <w:rPr>
                <w:b w:val="0"/>
                <w:sz w:val="16"/>
              </w:rPr>
              <w:t>Peric Ljupko</w:t>
            </w:r>
          </w:p>
        </w:tc>
        <w:tc>
          <w:tcPr>
            <w:tcW w:type="dxa" w:w="3513"/>
            <w:vAlign w:val="top"/>
          </w:tcPr>
          <w:p>
            <w:r/>
            <w:r>
              <w:rPr>
                <w:b w:val="0"/>
                <w:sz w:val="16"/>
              </w:rPr>
              <w:t>Ja, hört ihr mich auch? Wunderbar, ja, super.</w:t>
            </w:r>
          </w:p>
        </w:tc>
      </w:tr>
      <w:tr>
        <w:tc>
          <w:tcPr>
            <w:tcW w:type="dxa" w:w="3513"/>
            <w:vAlign w:val="top"/>
          </w:tcPr>
          <w:p>
            <w:r/>
            <w:r>
              <w:rPr>
                <w:b w:val="0"/>
                <w:sz w:val="16"/>
              </w:rPr>
              <w:t>7:08</w:t>
            </w:r>
          </w:p>
        </w:tc>
        <w:tc>
          <w:tcPr>
            <w:tcW w:type="dxa" w:w="3513"/>
            <w:vAlign w:val="top"/>
          </w:tcPr>
          <w:p>
            <w:r/>
            <w:r>
              <w:rPr>
                <w:b w:val="0"/>
                <w:sz w:val="16"/>
              </w:rPr>
              <w:t>Donatiello Cristian</w:t>
            </w:r>
          </w:p>
        </w:tc>
        <w:tc>
          <w:tcPr>
            <w:tcW w:type="dxa" w:w="3513"/>
            <w:vAlign w:val="top"/>
          </w:tcPr>
          <w:p>
            <w:r/>
            <w:r>
              <w:rPr>
                <w:b w:val="0"/>
                <w:sz w:val="16"/>
              </w:rPr>
              <w:t>O.K., ja, alles klar, super. Hey, ich hab nicht so viel für dich, nur ganz am Anfang, Lupko. bei dir, Bei dir haben wir das nächsten Termin mäßig haben wir den Entwurf von der Nutzungsvereinbarung. Wenn du das mal, wenn dir das mal könntet, mal starten mit dem mit dem Entwurf.</w:t>
            </w:r>
          </w:p>
        </w:tc>
      </w:tr>
      <w:tr>
        <w:tc>
          <w:tcPr>
            <w:tcW w:type="dxa" w:w="3513"/>
            <w:vAlign w:val="top"/>
          </w:tcPr>
          <w:p>
            <w:r/>
            <w:r>
              <w:rPr>
                <w:b w:val="0"/>
                <w:sz w:val="16"/>
              </w:rPr>
              <w:t>7:27</w:t>
            </w:r>
          </w:p>
        </w:tc>
        <w:tc>
          <w:tcPr>
            <w:tcW w:type="dxa" w:w="3513"/>
            <w:vAlign w:val="top"/>
          </w:tcPr>
          <w:p>
            <w:r/>
            <w:r>
              <w:rPr>
                <w:b w:val="0"/>
                <w:sz w:val="16"/>
              </w:rPr>
              <w:t>Peric Ljupko</w:t>
            </w:r>
          </w:p>
        </w:tc>
        <w:tc>
          <w:tcPr>
            <w:tcW w:type="dxa" w:w="3513"/>
            <w:vAlign w:val="top"/>
          </w:tcPr>
          <w:p>
            <w:r/>
            <w:r>
              <w:rPr>
                <w:b w:val="0"/>
                <w:sz w:val="16"/>
              </w:rPr>
              <w:t>Jawoll, das kann ich machen. Ja,</w:t>
            </w:r>
          </w:p>
        </w:tc>
      </w:tr>
      <w:tr>
        <w:tc>
          <w:tcPr>
            <w:tcW w:type="dxa" w:w="3513"/>
            <w:vAlign w:val="top"/>
          </w:tcPr>
          <w:p>
            <w:r/>
            <w:r>
              <w:rPr>
                <w:b w:val="0"/>
                <w:sz w:val="16"/>
              </w:rPr>
              <w:t>7:30</w:t>
            </w:r>
          </w:p>
        </w:tc>
        <w:tc>
          <w:tcPr>
            <w:tcW w:type="dxa" w:w="3513"/>
            <w:vAlign w:val="top"/>
          </w:tcPr>
          <w:p>
            <w:r/>
            <w:r>
              <w:rPr>
                <w:b w:val="0"/>
                <w:sz w:val="16"/>
              </w:rPr>
              <w:t>Donatiello Cristian</w:t>
            </w:r>
          </w:p>
        </w:tc>
        <w:tc>
          <w:tcPr>
            <w:tcW w:type="dxa" w:w="3513"/>
            <w:vAlign w:val="top"/>
          </w:tcPr>
          <w:p>
            <w:r/>
            <w:r>
              <w:rPr>
                <w:b w:val="0"/>
                <w:sz w:val="16"/>
              </w:rPr>
              <w:t>Bis wenn kannst du da, was meinst du? Bisschen anders, der Entwurf von der Nutz ich für die Wahlig.</w:t>
            </w:r>
          </w:p>
        </w:tc>
      </w:tr>
      <w:tr>
        <w:tc>
          <w:tcPr>
            <w:tcW w:type="dxa" w:w="3513"/>
            <w:vAlign w:val="top"/>
          </w:tcPr>
          <w:p>
            <w:r/>
            <w:r>
              <w:rPr>
                <w:b w:val="0"/>
                <w:sz w:val="16"/>
              </w:rPr>
              <w:t>7:34</w:t>
            </w:r>
          </w:p>
        </w:tc>
        <w:tc>
          <w:tcPr>
            <w:tcW w:type="dxa" w:w="3513"/>
            <w:vAlign w:val="top"/>
          </w:tcPr>
          <w:p>
            <w:r/>
            <w:r>
              <w:rPr>
                <w:b w:val="0"/>
                <w:sz w:val="16"/>
              </w:rPr>
              <w:t>Peric Ljupko</w:t>
            </w:r>
          </w:p>
        </w:tc>
        <w:tc>
          <w:tcPr>
            <w:tcW w:type="dxa" w:w="3513"/>
            <w:vAlign w:val="top"/>
          </w:tcPr>
          <w:p>
            <w:r/>
            <w:r>
              <w:rPr>
                <w:b w:val="0"/>
                <w:sz w:val="16"/>
              </w:rPr>
              <w:t>Ja, Entwurf hätte ich irgendwo. Also, ich sag mal, Ende nächster Woche.</w:t>
            </w:r>
          </w:p>
        </w:tc>
      </w:tr>
      <w:tr>
        <w:tc>
          <w:tcPr>
            <w:tcW w:type="dxa" w:w="3513"/>
            <w:vAlign w:val="top"/>
          </w:tcPr>
          <w:p>
            <w:r/>
            <w:r>
              <w:rPr>
                <w:b w:val="0"/>
                <w:sz w:val="16"/>
              </w:rPr>
              <w:t>7:39</w:t>
            </w:r>
          </w:p>
        </w:tc>
        <w:tc>
          <w:tcPr>
            <w:tcW w:type="dxa" w:w="3513"/>
            <w:vAlign w:val="top"/>
          </w:tcPr>
          <w:p>
            <w:r/>
            <w:r>
              <w:rPr>
                <w:b w:val="0"/>
                <w:sz w:val="16"/>
              </w:rPr>
              <w:t>Donatiello Cristian</w:t>
            </w:r>
          </w:p>
        </w:tc>
        <w:tc>
          <w:tcPr>
            <w:tcW w:type="dxa" w:w="3513"/>
            <w:vAlign w:val="top"/>
          </w:tcPr>
          <w:p>
            <w:r/>
            <w:r>
              <w:rPr>
                <w:b w:val="0"/>
                <w:sz w:val="16"/>
              </w:rPr>
              <w:t>jetzt ist gut. Gut, Claudia, siehst für den Lupko haben wir momentan. Ist gut soweit, oder?</w:t>
            </w:r>
          </w:p>
        </w:tc>
      </w:tr>
      <w:tr>
        <w:tc>
          <w:tcPr>
            <w:tcW w:type="dxa" w:w="3513"/>
            <w:vAlign w:val="top"/>
          </w:tcPr>
          <w:p>
            <w:r/>
            <w:r>
              <w:rPr>
                <w:b w:val="0"/>
                <w:sz w:val="16"/>
              </w:rPr>
              <w:t>7:51</w:t>
            </w:r>
          </w:p>
        </w:tc>
        <w:tc>
          <w:tcPr>
            <w:tcW w:type="dxa" w:w="3513"/>
            <w:vAlign w:val="top"/>
          </w:tcPr>
          <w:p>
            <w:r/>
            <w:r>
              <w:rPr>
                <w:b w:val="0"/>
                <w:sz w:val="16"/>
              </w:rPr>
              <w:t>Claudia Kresser</w:t>
            </w:r>
          </w:p>
        </w:tc>
        <w:tc>
          <w:tcPr>
            <w:tcW w:type="dxa" w:w="3513"/>
            <w:vAlign w:val="top"/>
          </w:tcPr>
          <w:p>
            <w:r/>
            <w:r>
              <w:rPr>
                <w:b w:val="0"/>
                <w:sz w:val="16"/>
              </w:rPr>
              <w:t>Also, wir haben so, wie es im Moment ist, wir haben das Konzept versucht einzuarbeiten, das mir ja besprochen hat mit dem Lupko schon. Das ist im Moment eigentlich für uns Drum habe ich eigentlich im Moment nichts für den Lubko, so gesehen.</w:t>
            </w:r>
          </w:p>
        </w:tc>
      </w:tr>
      <w:tr>
        <w:tc>
          <w:tcPr>
            <w:tcW w:type="dxa" w:w="3513"/>
            <w:vAlign w:val="top"/>
          </w:tcPr>
          <w:p>
            <w:r/>
            <w:r>
              <w:rPr>
                <w:b w:val="0"/>
                <w:sz w:val="16"/>
              </w:rPr>
              <w:t>8:18</w:t>
            </w:r>
          </w:p>
        </w:tc>
        <w:tc>
          <w:tcPr>
            <w:tcW w:type="dxa" w:w="3513"/>
            <w:vAlign w:val="top"/>
          </w:tcPr>
          <w:p>
            <w:r/>
            <w:r>
              <w:rPr>
                <w:b w:val="0"/>
                <w:sz w:val="16"/>
              </w:rPr>
              <w:t>Peric Ljupko</w:t>
            </w:r>
          </w:p>
        </w:tc>
        <w:tc>
          <w:tcPr>
            <w:tcW w:type="dxa" w:w="3513"/>
            <w:vAlign w:val="top"/>
          </w:tcPr>
          <w:p>
            <w:r/>
            <w:r>
              <w:rPr>
                <w:b w:val="0"/>
                <w:sz w:val="16"/>
              </w:rPr>
              <w:t>O.K., O.K., also du, ich, ich habe das Gefühl, im nächsten Schritt werde ich sowieso über den konsolidierten architektonischen Entwurf, also es ist kein Entwurf mehr, aber konsolidierten Vorschlag werde ich noch mal drüber gehen und eventuell mich dazu äußern.</w:t>
            </w:r>
          </w:p>
        </w:tc>
      </w:tr>
      <w:tr>
        <w:tc>
          <w:tcPr>
            <w:tcW w:type="dxa" w:w="3513"/>
            <w:vAlign w:val="top"/>
          </w:tcPr>
          <w:p>
            <w:r/>
            <w:r>
              <w:rPr>
                <w:b w:val="0"/>
                <w:sz w:val="16"/>
              </w:rPr>
              <w:t>8:37</w:t>
            </w:r>
          </w:p>
        </w:tc>
        <w:tc>
          <w:tcPr>
            <w:tcW w:type="dxa" w:w="3513"/>
            <w:vAlign w:val="top"/>
          </w:tcPr>
          <w:p>
            <w:r/>
            <w:r>
              <w:rPr>
                <w:b w:val="0"/>
                <w:sz w:val="16"/>
              </w:rPr>
              <w:t>Peric Ljupko</w:t>
            </w:r>
          </w:p>
        </w:tc>
        <w:tc>
          <w:tcPr>
            <w:tcW w:type="dxa" w:w="3513"/>
            <w:vAlign w:val="top"/>
          </w:tcPr>
          <w:p>
            <w:r/>
            <w:r>
              <w:rPr>
                <w:b w:val="0"/>
                <w:sz w:val="16"/>
              </w:rPr>
              <w:t>Ein paar Anmerkungen machen und von mir aus gesehen steht die Struktur dann schon.</w:t>
            </w:r>
          </w:p>
        </w:tc>
      </w:tr>
      <w:tr>
        <w:tc>
          <w:tcPr>
            <w:tcW w:type="dxa" w:w="3513"/>
            <w:vAlign w:val="top"/>
          </w:tcPr>
          <w:p>
            <w:r/>
            <w:r>
              <w:rPr>
                <w:b w:val="0"/>
                <w:sz w:val="16"/>
              </w:rPr>
              <w:t>8:50</w:t>
            </w:r>
          </w:p>
        </w:tc>
        <w:tc>
          <w:tcPr>
            <w:tcW w:type="dxa" w:w="3513"/>
            <w:vAlign w:val="top"/>
          </w:tcPr>
          <w:p>
            <w:r/>
            <w:r>
              <w:rPr>
                <w:b w:val="0"/>
                <w:sz w:val="16"/>
              </w:rPr>
              <w:t>Donatiello Cristian</w:t>
            </w:r>
          </w:p>
        </w:tc>
        <w:tc>
          <w:tcPr>
            <w:tcW w:type="dxa" w:w="3513"/>
            <w:vAlign w:val="top"/>
          </w:tcPr>
          <w:p>
            <w:r/>
            <w:r>
              <w:rPr>
                <w:b w:val="0"/>
                <w:sz w:val="16"/>
              </w:rPr>
              <w:t>Nein, das ist gut. Ich komme wahrscheinlich noch auf die zu betreffend Baustelle richtig planen, aber da komme ich bilateral auf die zu. Wenn ich da irgendwelche Fragen habe, sagt Böschig oder so genau.</w:t>
            </w:r>
          </w:p>
        </w:tc>
      </w:tr>
      <w:tr>
        <w:tc>
          <w:tcPr>
            <w:tcW w:type="dxa" w:w="3513"/>
            <w:vAlign w:val="top"/>
          </w:tcPr>
          <w:p>
            <w:r/>
            <w:r>
              <w:rPr>
                <w:b w:val="0"/>
                <w:sz w:val="16"/>
              </w:rPr>
              <w:t>8:58</w:t>
            </w:r>
          </w:p>
        </w:tc>
        <w:tc>
          <w:tcPr>
            <w:tcW w:type="dxa" w:w="3513"/>
            <w:vAlign w:val="top"/>
          </w:tcPr>
          <w:p>
            <w:r/>
            <w:r>
              <w:rPr>
                <w:b w:val="0"/>
                <w:sz w:val="16"/>
              </w:rPr>
              <w:t>Peric Ljupko</w:t>
            </w:r>
          </w:p>
        </w:tc>
        <w:tc>
          <w:tcPr>
            <w:tcW w:type="dxa" w:w="3513"/>
            <w:vAlign w:val="top"/>
          </w:tcPr>
          <w:p>
            <w:r/>
            <w:r>
              <w:rPr>
                <w:b w:val="0"/>
                <w:sz w:val="16"/>
              </w:rPr>
              <w:t>Ja, sehr gerne. Ja, sehr gerne. Du, also ich bin im Team. Ich bin im Team natürlich mit den Rico oder wir werden zusammen spannen an der Stelle. Gut, ja.</w:t>
            </w:r>
          </w:p>
        </w:tc>
      </w:tr>
      <w:tr>
        <w:tc>
          <w:tcPr>
            <w:tcW w:type="dxa" w:w="3513"/>
            <w:vAlign w:val="top"/>
          </w:tcPr>
          <w:p>
            <w:r/>
            <w:r>
              <w:rPr>
                <w:b w:val="0"/>
                <w:sz w:val="16"/>
              </w:rPr>
              <w:t>9:05</w:t>
            </w:r>
          </w:p>
        </w:tc>
        <w:tc>
          <w:tcPr>
            <w:tcW w:type="dxa" w:w="3513"/>
            <w:vAlign w:val="top"/>
          </w:tcPr>
          <w:p>
            <w:r/>
            <w:r>
              <w:rPr>
                <w:b w:val="0"/>
                <w:sz w:val="16"/>
              </w:rPr>
              <w:t>Donatiello Cristian</w:t>
            </w:r>
          </w:p>
        </w:tc>
        <w:tc>
          <w:tcPr>
            <w:tcW w:type="dxa" w:w="3513"/>
            <w:vAlign w:val="top"/>
          </w:tcPr>
          <w:p>
            <w:r/>
            <w:r>
              <w:rPr>
                <w:b w:val="0"/>
                <w:sz w:val="16"/>
              </w:rPr>
              <w:t>Aha, also Enrico. Enrico, ich halte be. ja. Aber ich komm oft, ich komm.</w:t>
            </w:r>
          </w:p>
        </w:tc>
      </w:tr>
      <w:tr>
        <w:tc>
          <w:tcPr>
            <w:tcW w:type="dxa" w:w="3513"/>
            <w:vAlign w:val="top"/>
          </w:tcPr>
          <w:p>
            <w:r/>
            <w:r>
              <w:rPr>
                <w:b w:val="0"/>
                <w:sz w:val="16"/>
              </w:rPr>
              <w:t>9:12</w:t>
            </w:r>
          </w:p>
        </w:tc>
        <w:tc>
          <w:tcPr>
            <w:tcW w:type="dxa" w:w="3513"/>
            <w:vAlign w:val="top"/>
          </w:tcPr>
          <w:p>
            <w:r/>
            <w:r>
              <w:rPr>
                <w:b w:val="0"/>
                <w:sz w:val="16"/>
              </w:rPr>
              <w:t>Peric Ljupko</w:t>
            </w:r>
          </w:p>
        </w:tc>
        <w:tc>
          <w:tcPr>
            <w:tcW w:type="dxa" w:w="3513"/>
            <w:vAlign w:val="top"/>
          </w:tcPr>
          <w:p>
            <w:r/>
            <w:r>
              <w:rPr>
                <w:b w:val="0"/>
                <w:sz w:val="16"/>
              </w:rPr>
              <w:t>Und den kennst du ja bestens, oder?</w:t>
            </w:r>
          </w:p>
        </w:tc>
      </w:tr>
      <w:tr>
        <w:tc>
          <w:tcPr>
            <w:tcW w:type="dxa" w:w="3513"/>
            <w:vAlign w:val="top"/>
          </w:tcPr>
          <w:p>
            <w:r/>
            <w:r>
              <w:rPr>
                <w:b w:val="0"/>
                <w:sz w:val="16"/>
              </w:rPr>
              <w:t>9:14</w:t>
            </w:r>
          </w:p>
        </w:tc>
        <w:tc>
          <w:tcPr>
            <w:tcW w:type="dxa" w:w="3513"/>
            <w:vAlign w:val="top"/>
          </w:tcPr>
          <w:p>
            <w:r/>
            <w:r>
              <w:rPr>
                <w:b w:val="0"/>
                <w:sz w:val="16"/>
              </w:rPr>
              <w:t>Donatiello Cristian</w:t>
            </w:r>
          </w:p>
        </w:tc>
        <w:tc>
          <w:tcPr>
            <w:tcW w:type="dxa" w:w="3513"/>
            <w:vAlign w:val="top"/>
          </w:tcPr>
          <w:p>
            <w:r/>
            <w:r>
              <w:rPr>
                <w:b w:val="0"/>
                <w:sz w:val="16"/>
              </w:rPr>
              <w:t>Ja, aber soll ich auf dich zu oder direkt auf Enrico?</w:t>
            </w:r>
          </w:p>
        </w:tc>
      </w:tr>
      <w:tr>
        <w:tc>
          <w:tcPr>
            <w:tcW w:type="dxa" w:w="3513"/>
            <w:vAlign w:val="top"/>
          </w:tcPr>
          <w:p>
            <w:r/>
            <w:r>
              <w:rPr>
                <w:b w:val="0"/>
                <w:sz w:val="16"/>
              </w:rPr>
              <w:t>9:17</w:t>
            </w:r>
          </w:p>
        </w:tc>
        <w:tc>
          <w:tcPr>
            <w:tcW w:type="dxa" w:w="3513"/>
            <w:vAlign w:val="top"/>
          </w:tcPr>
          <w:p>
            <w:r/>
            <w:r>
              <w:rPr>
                <w:b w:val="0"/>
                <w:sz w:val="16"/>
              </w:rPr>
              <w:t>Peric Ljupko</w:t>
            </w:r>
          </w:p>
        </w:tc>
        <w:tc>
          <w:tcPr>
            <w:tcW w:type="dxa" w:w="3513"/>
            <w:vAlign w:val="top"/>
          </w:tcPr>
          <w:p>
            <w:r/>
            <w:r>
              <w:rPr>
                <w:b w:val="0"/>
                <w:sz w:val="16"/>
              </w:rPr>
              <w:t>Auf mich, auf mich, auf mich.</w:t>
            </w:r>
          </w:p>
        </w:tc>
      </w:tr>
      <w:tr>
        <w:tc>
          <w:tcPr>
            <w:tcW w:type="dxa" w:w="3513"/>
            <w:vAlign w:val="top"/>
          </w:tcPr>
          <w:p>
            <w:r/>
            <w:r>
              <w:rPr>
                <w:b w:val="0"/>
                <w:sz w:val="16"/>
              </w:rPr>
              <w:t>9:22</w:t>
            </w:r>
          </w:p>
        </w:tc>
        <w:tc>
          <w:tcPr>
            <w:tcW w:type="dxa" w:w="3513"/>
            <w:vAlign w:val="top"/>
          </w:tcPr>
          <w:p>
            <w:r/>
            <w:r>
              <w:rPr>
                <w:b w:val="0"/>
                <w:sz w:val="16"/>
              </w:rPr>
              <w:t>Donatiello Cristian</w:t>
            </w:r>
          </w:p>
        </w:tc>
        <w:tc>
          <w:tcPr>
            <w:tcW w:type="dxa" w:w="3513"/>
            <w:vAlign w:val="top"/>
          </w:tcPr>
          <w:p>
            <w:r/>
            <w:r>
              <w:rPr>
                <w:b w:val="0"/>
                <w:sz w:val="16"/>
              </w:rPr>
              <w:t>Ne, es ist es ist gut für die Lupe oder außer du hast hast du noch Fragen.</w:t>
            </w:r>
          </w:p>
        </w:tc>
      </w:tr>
      <w:tr>
        <w:tc>
          <w:tcPr>
            <w:tcW w:type="dxa" w:w="3513"/>
            <w:vAlign w:val="top"/>
          </w:tcPr>
          <w:p>
            <w:r/>
            <w:r>
              <w:rPr>
                <w:b w:val="0"/>
                <w:sz w:val="16"/>
              </w:rPr>
              <w:t>9:25</w:t>
            </w:r>
          </w:p>
        </w:tc>
        <w:tc>
          <w:tcPr>
            <w:tcW w:type="dxa" w:w="3513"/>
            <w:vAlign w:val="top"/>
          </w:tcPr>
          <w:p>
            <w:r/>
            <w:r>
              <w:rPr>
                <w:b w:val="0"/>
                <w:sz w:val="16"/>
              </w:rPr>
              <w:t>Peric Ljupko</w:t>
            </w:r>
          </w:p>
        </w:tc>
        <w:tc>
          <w:tcPr>
            <w:tcW w:type="dxa" w:w="3513"/>
            <w:vAlign w:val="top"/>
          </w:tcPr>
          <w:p>
            <w:r/>
            <w:r>
              <w:rPr>
                <w:b w:val="0"/>
                <w:sz w:val="16"/>
              </w:rPr>
              <w:t>Super, vielen herzlichen Dank. Nein, ich habe keine Fragen. Melde mich. Tschüss. Ciao, ciao.</w:t>
            </w:r>
          </w:p>
        </w:tc>
      </w:tr>
      <w:tr>
        <w:tc>
          <w:tcPr>
            <w:tcW w:type="dxa" w:w="3513"/>
            <w:vAlign w:val="top"/>
          </w:tcPr>
          <w:p>
            <w:r/>
            <w:r>
              <w:rPr>
                <w:b w:val="0"/>
                <w:sz w:val="16"/>
              </w:rPr>
              <w:t>9:38</w:t>
            </w:r>
          </w:p>
        </w:tc>
        <w:tc>
          <w:tcPr>
            <w:tcW w:type="dxa" w:w="3513"/>
            <w:vAlign w:val="top"/>
          </w:tcPr>
          <w:p>
            <w:r/>
            <w:r>
              <w:rPr>
                <w:b w:val="0"/>
                <w:sz w:val="16"/>
              </w:rPr>
              <w:t>Donatiello Cristian</w:t>
            </w:r>
          </w:p>
        </w:tc>
        <w:tc>
          <w:tcPr>
            <w:tcW w:type="dxa" w:w="3513"/>
            <w:vAlign w:val="top"/>
          </w:tcPr>
          <w:p>
            <w:r/>
            <w:r>
              <w:rPr>
                <w:b w:val="0"/>
                <w:sz w:val="16"/>
              </w:rPr>
              <w:t>Gut, den hat dich um Gabi Landschaftsarchitektur durch drum gange Claudia oder dass wir noch quer wir sehen uns mit Querschnitt von der Aufbauten oder durchsetzt Thema.</w:t>
            </w:r>
          </w:p>
        </w:tc>
      </w:tr>
      <w:tr>
        <w:tc>
          <w:tcPr>
            <w:tcW w:type="dxa" w:w="3513"/>
            <w:vAlign w:val="top"/>
          </w:tcPr>
          <w:p>
            <w:r/>
            <w:r>
              <w:rPr>
                <w:b w:val="0"/>
                <w:sz w:val="16"/>
              </w:rPr>
              <w:t>9:54</w:t>
            </w:r>
          </w:p>
        </w:tc>
        <w:tc>
          <w:tcPr>
            <w:tcW w:type="dxa" w:w="3513"/>
            <w:vAlign w:val="top"/>
          </w:tcPr>
          <w:p>
            <w:r/>
            <w:r>
              <w:rPr>
                <w:b w:val="0"/>
                <w:sz w:val="16"/>
              </w:rPr>
              <w:t>Donatiello Cristian</w:t>
            </w:r>
          </w:p>
        </w:tc>
        <w:tc>
          <w:tcPr>
            <w:tcW w:type="dxa" w:w="3513"/>
            <w:vAlign w:val="top"/>
          </w:tcPr>
          <w:p>
            <w:r/>
            <w:r>
              <w:rPr>
                <w:b w:val="0"/>
                <w:sz w:val="16"/>
              </w:rPr>
              <w:t>Was, was uns aber hast du vielleicht drauf, drauf zu gucken, Claudia?</w:t>
            </w:r>
          </w:p>
        </w:tc>
      </w:tr>
      <w:tr>
        <w:tc>
          <w:tcPr>
            <w:tcW w:type="dxa" w:w="3513"/>
            <w:vAlign w:val="top"/>
          </w:tcPr>
          <w:p>
            <w:r/>
            <w:r>
              <w:rPr>
                <w:b w:val="0"/>
                <w:sz w:val="16"/>
              </w:rPr>
              <w:t>9:58</w:t>
            </w:r>
          </w:p>
        </w:tc>
        <w:tc>
          <w:tcPr>
            <w:tcW w:type="dxa" w:w="3513"/>
            <w:vAlign w:val="top"/>
          </w:tcPr>
          <w:p>
            <w:r/>
            <w:r>
              <w:rPr>
                <w:b w:val="0"/>
                <w:sz w:val="16"/>
              </w:rPr>
              <w:t>Claudia Kresser</w:t>
            </w:r>
          </w:p>
        </w:tc>
        <w:tc>
          <w:tcPr>
            <w:tcW w:type="dxa" w:w="3513"/>
            <w:vAlign w:val="top"/>
          </w:tcPr>
          <w:p>
            <w:r/>
            <w:r>
              <w:rPr>
                <w:b w:val="0"/>
                <w:sz w:val="16"/>
              </w:rPr>
              <w:t>Ja, also wir sind ja da jetzt dran, dass man miteinander versucht hat, da die, sagen wir, eine gute Lösung zu finden, damit alle einigermaßen schaffen können. Das heißt, betrifft Aufbauhöhe, das wäre jetzt eigentlich das Thema für den Landschafts, mit Landschaftsplanung. Dann Gefälle haben wir ja auch drüber geredet beim letzten Mal, dass man eigentlich davon ausgegangen, dass man eigentlich in der Bodenplatte und in der Decke über EG sozusagen wie ein parallel laufendes Gefälle haben, dass man das dass wir uns, dass sich der Baumeister einfach dann leichter tun beim Hersteller, beim Produzieren. Dann haben wir gesagt, wir müssen so, jeder muss so ein bisschen schauen, was ist sein Platzbedarf, den er nötig hat oder braucht. Und das wäre jetzt eigentlich so ein bisschen die Weiterentwicklung davon, wo sind wir jetzt, ob wir schon können, ob wir schon ein bisschen geschaut haben, was wo muss man achten oder wo gibt es, wo, wo hakt es noch. Genau, das wäre eigentlich jetzt heute mal zum Klären. Und jetzt natürlich mit den Querschnitten, das wäre eben wichtig, wenn man Woche darüber geredet haben, dass. dass man in der in der Oberfläche natürlich im Finalbelag möchte man ja natürlich auch noch als Quell machen, damit das Wasser weggeht von der Gebäude. Und da haben wir uns natürlich dann so Da gibt es natürlich so kritische Höhen, dann irgendwann einmal, wenn man an gewissen Stellen einfach zu wenig Aufbau hätte. Allerfalls, das müsste ja aber dann die Landschaftsplanung mal rückmelden, wie es da ausschaut. Genau, und von dem zurückgerechnet natürlich. Zusammen mit Erschließungszugänge und so weiter Höhe müssen wir schauen, wie man da. Wie man da zum End kommt, dann am Schluss, dass das Gebäude sitzt in der in der im Terra drin. So, das wäre eigentlich das und dafür wäre der bisschen Querschnitt, die wären eigentlich ziemlich gut. Frau Peters, darf ich da kurz direkt auf Sie?</w:t>
            </w:r>
          </w:p>
        </w:tc>
      </w:tr>
      <w:tr>
        <w:tc>
          <w:tcPr>
            <w:tcW w:type="dxa" w:w="3513"/>
            <w:vAlign w:val="top"/>
          </w:tcPr>
          <w:p>
            <w:r/>
            <w:r>
              <w:rPr>
                <w:b w:val="0"/>
                <w:sz w:val="16"/>
              </w:rPr>
              <w:t>12:15</w:t>
            </w:r>
          </w:p>
        </w:tc>
        <w:tc>
          <w:tcPr>
            <w:tcW w:type="dxa" w:w="3513"/>
            <w:vAlign w:val="top"/>
          </w:tcPr>
          <w:p>
            <w:r/>
            <w:r>
              <w:rPr>
                <w:b w:val="0"/>
                <w:sz w:val="16"/>
              </w:rPr>
              <w:t>Angelika Peeters</w:t>
            </w:r>
          </w:p>
        </w:tc>
        <w:tc>
          <w:tcPr>
            <w:tcW w:type="dxa" w:w="3513"/>
            <w:vAlign w:val="top"/>
          </w:tcPr>
          <w:p>
            <w:r/>
            <w:r>
              <w:rPr>
                <w:b w:val="0"/>
                <w:sz w:val="16"/>
              </w:rPr>
              <w:t>Genau, also ich kann das noch mit dem. Thomas Agluagical. Wie mir eigentlich die Interesse Situation gesendet, aber das war's, Set ja weg vom Muss. Dementsprechend geht's eigentlich, hab ich einfach. Wäre mir gesehen, dass es da, bevor vor der Erhöhung da, wo der Baum drin stand, eigentlich Herrine gibt, ob die abgeschlossen ist oder ohne offen ist und dann dementsprechend einfach auf auf Drainageschicht und Tiefgarage läuft, das ist noch offen. Ich kann mir ja sehr beides vorstellen. Das wär dann wieso der Tiefpunkt, oder?</w:t>
            </w:r>
          </w:p>
        </w:tc>
      </w:tr>
      <w:tr>
        <w:tc>
          <w:tcPr>
            <w:tcW w:type="dxa" w:w="3513"/>
            <w:vAlign w:val="top"/>
          </w:tcPr>
          <w:p>
            <w:r/>
            <w:r>
              <w:rPr>
                <w:b w:val="0"/>
                <w:sz w:val="16"/>
              </w:rPr>
              <w:t>12:55</w:t>
            </w:r>
          </w:p>
        </w:tc>
        <w:tc>
          <w:tcPr>
            <w:tcW w:type="dxa" w:w="3513"/>
            <w:vAlign w:val="top"/>
          </w:tcPr>
          <w:p>
            <w:r/>
            <w:r>
              <w:rPr>
                <w:b w:val="0"/>
                <w:sz w:val="16"/>
              </w:rPr>
              <w:t>Angelika Peeters</w:t>
            </w:r>
          </w:p>
        </w:tc>
        <w:tc>
          <w:tcPr>
            <w:tcW w:type="dxa" w:w="3513"/>
            <w:vAlign w:val="top"/>
          </w:tcPr>
          <w:p>
            <w:r/>
            <w:r>
              <w:rPr>
                <w:b w:val="0"/>
                <w:sz w:val="16"/>
              </w:rPr>
              <w:t>Und dass da der vordere Platz an die Punkt da außerhalb von der Tiefgarage Decke auf den Schacht zuläuft, wo dann wahrscheinlich gerade Person auf dem Runen dann. Jetzt lieg ich rund. Dass wir eigentlich da einen punktuellen Ablauf haben, so wie da vorne, dann einfach von der Straßengestaltung her und da eigentlich. Da über die Kanten nicht wässert. Und da jetzt, wir sind das grad da, die Situation, wie es Thomas noch aufgezeichnet hat, digital Na zu zeichnen oder zu erfassen. Und Querschnitt wäre dann in dem Sinn Gott, der nächste Schritt, das wär dann. An die Woche nächste Woche, dann wär mir die Querschnitt. Denkst du, nächste Woche könnte man mal das mit dem Querschnitt anlegen, ja?</w:t>
            </w:r>
          </w:p>
        </w:tc>
      </w:tr>
      <w:tr>
        <w:tc>
          <w:tcPr>
            <w:tcW w:type="dxa" w:w="3513"/>
            <w:vAlign w:val="top"/>
          </w:tcPr>
          <w:p>
            <w:r/>
            <w:r>
              <w:rPr>
                <w:b w:val="0"/>
                <w:sz w:val="16"/>
              </w:rPr>
              <w:t>13:55</w:t>
            </w:r>
          </w:p>
        </w:tc>
        <w:tc>
          <w:tcPr>
            <w:tcW w:type="dxa" w:w="3513"/>
            <w:vAlign w:val="top"/>
          </w:tcPr>
          <w:p>
            <w:r/>
            <w:r>
              <w:rPr>
                <w:b w:val="0"/>
                <w:sz w:val="16"/>
              </w:rPr>
              <w:t>Claudia Kresser</w:t>
            </w:r>
          </w:p>
        </w:tc>
        <w:tc>
          <w:tcPr>
            <w:tcW w:type="dxa" w:w="3513"/>
            <w:vAlign w:val="top"/>
          </w:tcPr>
          <w:p>
            <w:r/>
            <w:r>
              <w:rPr>
                <w:b w:val="0"/>
                <w:sz w:val="16"/>
              </w:rPr>
              <w:t>aber ich sehe jetzt, ihr fahrt da mit 2% weg vom Hus. Ist das richtig?</w:t>
            </w:r>
          </w:p>
        </w:tc>
      </w:tr>
      <w:tr>
        <w:tc>
          <w:tcPr>
            <w:tcW w:type="dxa" w:w="3513"/>
            <w:vAlign w:val="top"/>
          </w:tcPr>
          <w:p>
            <w:r/>
            <w:r>
              <w:rPr>
                <w:b w:val="0"/>
                <w:sz w:val="16"/>
              </w:rPr>
              <w:t>14:01</w:t>
            </w:r>
          </w:p>
        </w:tc>
        <w:tc>
          <w:tcPr>
            <w:tcW w:type="dxa" w:w="3513"/>
            <w:vAlign w:val="top"/>
          </w:tcPr>
          <w:p>
            <w:r/>
            <w:r>
              <w:rPr>
                <w:b w:val="0"/>
                <w:sz w:val="16"/>
              </w:rPr>
              <w:t>Angelika Peeters</w:t>
            </w:r>
          </w:p>
        </w:tc>
        <w:tc>
          <w:tcPr>
            <w:tcW w:type="dxa" w:w="3513"/>
            <w:vAlign w:val="top"/>
          </w:tcPr>
          <w:p>
            <w:r/>
            <w:r>
              <w:rPr>
                <w:b w:val="0"/>
                <w:sz w:val="16"/>
              </w:rPr>
              <w:t>Ja, dadurch, dass es ja voraussichtlichen Ausfallfläche wird, wenigstens anderthalb bis 2% mir mal verschraubelt, das kann man ist nicht super modellieren, also hat der Ausfallt oder nicht.</w:t>
            </w:r>
          </w:p>
        </w:tc>
      </w:tr>
      <w:tr>
        <w:tc>
          <w:tcPr>
            <w:tcW w:type="dxa" w:w="3513"/>
            <w:vAlign w:val="top"/>
          </w:tcPr>
          <w:p>
            <w:r/>
            <w:r>
              <w:rPr>
                <w:b w:val="0"/>
                <w:sz w:val="16"/>
              </w:rPr>
              <w:t>14:17</w:t>
            </w:r>
          </w:p>
        </w:tc>
        <w:tc>
          <w:tcPr>
            <w:tcW w:type="dxa" w:w="3513"/>
            <w:vAlign w:val="top"/>
          </w:tcPr>
          <w:p>
            <w:r/>
            <w:r>
              <w:rPr>
                <w:b w:val="0"/>
                <w:sz w:val="16"/>
              </w:rPr>
              <w:t>Angelika Peeters</w:t>
            </w:r>
          </w:p>
        </w:tc>
        <w:tc>
          <w:tcPr>
            <w:tcW w:type="dxa" w:w="3513"/>
            <w:vAlign w:val="top"/>
          </w:tcPr>
          <w:p>
            <w:r/>
            <w:r>
              <w:rPr>
                <w:b w:val="0"/>
                <w:sz w:val="16"/>
              </w:rPr>
              <w:t>Meistens der andere halt eigentlich immer das Minimum ist, wenn man eher wenig Aufbau hat, die besseren 2% Hand. Vor allem, wenn man halt dann vielleicht dann noch weiß, dass man vielleicht noch mal ein bisschen muss reduzieren, weil wir einfach von Anfang an gerne mit 2% rechnen.</w:t>
            </w:r>
          </w:p>
        </w:tc>
      </w:tr>
      <w:tr>
        <w:tc>
          <w:tcPr>
            <w:tcW w:type="dxa" w:w="3513"/>
            <w:vAlign w:val="top"/>
          </w:tcPr>
          <w:p>
            <w:r/>
            <w:r>
              <w:rPr>
                <w:b w:val="0"/>
                <w:sz w:val="16"/>
              </w:rPr>
              <w:t>14:41</w:t>
            </w:r>
          </w:p>
        </w:tc>
        <w:tc>
          <w:tcPr>
            <w:tcW w:type="dxa" w:w="3513"/>
            <w:vAlign w:val="top"/>
          </w:tcPr>
          <w:p>
            <w:r/>
            <w:r>
              <w:rPr>
                <w:b w:val="0"/>
                <w:sz w:val="16"/>
              </w:rPr>
              <w:t>Claudia Kresser</w:t>
            </w:r>
          </w:p>
        </w:tc>
        <w:tc>
          <w:tcPr>
            <w:tcW w:type="dxa" w:w="3513"/>
            <w:vAlign w:val="top"/>
          </w:tcPr>
          <w:p>
            <w:r/>
            <w:r>
              <w:rPr>
                <w:b w:val="0"/>
                <w:sz w:val="16"/>
              </w:rPr>
              <w:t>Also, wir haben, wir haben am schlechtesten Punkt, weil das ist ja eigentlich das.</w:t>
            </w:r>
          </w:p>
        </w:tc>
      </w:tr>
      <w:tr>
        <w:tc>
          <w:tcPr>
            <w:tcW w:type="dxa" w:w="3513"/>
            <w:vAlign w:val="top"/>
          </w:tcPr>
          <w:p>
            <w:r/>
            <w:r>
              <w:rPr>
                <w:b w:val="0"/>
                <w:sz w:val="16"/>
              </w:rPr>
              <w:t>14:48</w:t>
            </w:r>
          </w:p>
        </w:tc>
        <w:tc>
          <w:tcPr>
            <w:tcW w:type="dxa" w:w="3513"/>
            <w:vAlign w:val="top"/>
          </w:tcPr>
          <w:p>
            <w:r/>
            <w:r>
              <w:rPr>
                <w:b w:val="0"/>
                <w:sz w:val="16"/>
              </w:rPr>
              <w:t>Angelika Peeters</w:t>
            </w:r>
          </w:p>
        </w:tc>
        <w:tc>
          <w:tcPr>
            <w:tcW w:type="dxa" w:w="3513"/>
            <w:vAlign w:val="top"/>
          </w:tcPr>
          <w:p>
            <w:r/>
            <w:r>
              <w:rPr>
                <w:b w:val="0"/>
                <w:sz w:val="16"/>
              </w:rPr>
              <w:t>Ist es nicht der da oder da hat er glaub bei so einen Hochpunkt Tiefgarage Decke oder?</w:t>
            </w:r>
          </w:p>
        </w:tc>
      </w:tr>
      <w:tr>
        <w:tc>
          <w:tcPr>
            <w:tcW w:type="dxa" w:w="3513"/>
            <w:vAlign w:val="top"/>
          </w:tcPr>
          <w:p>
            <w:r/>
            <w:r>
              <w:rPr>
                <w:b w:val="0"/>
                <w:sz w:val="16"/>
              </w:rPr>
              <w:t>14:49</w:t>
            </w:r>
          </w:p>
        </w:tc>
        <w:tc>
          <w:tcPr>
            <w:tcW w:type="dxa" w:w="3513"/>
            <w:vAlign w:val="top"/>
          </w:tcPr>
          <w:p>
            <w:r/>
            <w:r>
              <w:rPr>
                <w:b w:val="0"/>
                <w:sz w:val="16"/>
              </w:rPr>
              <w:t>Claudia Kresser</w:t>
            </w:r>
          </w:p>
        </w:tc>
        <w:tc>
          <w:tcPr>
            <w:tcW w:type="dxa" w:w="3513"/>
            <w:vAlign w:val="top"/>
          </w:tcPr>
          <w:p>
            <w:r/>
            <w:r>
              <w:rPr>
                <w:b w:val="0"/>
                <w:sz w:val="16"/>
              </w:rPr>
              <w:t>Genau der, und da halten wir dann, sagen wir mal. So, 30 Zentimeter haben wir da und jetzt, wenn ihr zwei, also das ist ungefähr 5 Meter. Sagen wir mal, 5 Meter von deren äußerste Fassade weg, dann haben wir sozusagen 10 Zentimeter weniger. Richtig, also das heißt 20 Zentimeter 20 Zentimeter hätten wir dann noch an an Aufbau.</w:t>
            </w:r>
          </w:p>
        </w:tc>
      </w:tr>
      <w:tr>
        <w:tc>
          <w:tcPr>
            <w:tcW w:type="dxa" w:w="3513"/>
            <w:vAlign w:val="top"/>
          </w:tcPr>
          <w:p>
            <w:r/>
            <w:r>
              <w:rPr>
                <w:b w:val="0"/>
                <w:sz w:val="16"/>
              </w:rPr>
              <w:t>15:23</w:t>
            </w:r>
          </w:p>
        </w:tc>
        <w:tc>
          <w:tcPr>
            <w:tcW w:type="dxa" w:w="3513"/>
            <w:vAlign w:val="top"/>
          </w:tcPr>
          <w:p>
            <w:r/>
            <w:r>
              <w:rPr>
                <w:b w:val="0"/>
                <w:sz w:val="16"/>
              </w:rPr>
              <w:t>Claudia Kresser</w:t>
            </w:r>
          </w:p>
        </w:tc>
        <w:tc>
          <w:tcPr>
            <w:tcW w:type="dxa" w:w="3513"/>
            <w:vAlign w:val="top"/>
          </w:tcPr>
          <w:p>
            <w:r/>
            <w:r>
              <w:rPr>
                <w:b w:val="0"/>
                <w:sz w:val="16"/>
              </w:rPr>
              <w:t>Allerdings nur an dem Punkt, gell? Es wird natürlich noch nach oben und nach unten wird es natürlich dann besser. Aber mit dem, ich weiß nicht, 20 Zentimeter kommen dir da Schlag. Mit Ausbau.</w:t>
            </w:r>
          </w:p>
        </w:tc>
      </w:tr>
      <w:tr>
        <w:tc>
          <w:tcPr>
            <w:tcW w:type="dxa" w:w="3513"/>
            <w:vAlign w:val="top"/>
          </w:tcPr>
          <w:p>
            <w:r/>
            <w:r>
              <w:rPr>
                <w:b w:val="0"/>
                <w:sz w:val="16"/>
              </w:rPr>
              <w:t>15:38</w:t>
            </w:r>
          </w:p>
        </w:tc>
        <w:tc>
          <w:tcPr>
            <w:tcW w:type="dxa" w:w="3513"/>
            <w:vAlign w:val="top"/>
          </w:tcPr>
          <w:p>
            <w:r/>
            <w:r>
              <w:rPr>
                <w:b w:val="0"/>
                <w:sz w:val="16"/>
              </w:rPr>
              <w:t>Donatiello Cristian</w:t>
            </w:r>
          </w:p>
        </w:tc>
        <w:tc>
          <w:tcPr>
            <w:tcW w:type="dxa" w:w="3513"/>
            <w:vAlign w:val="top"/>
          </w:tcPr>
          <w:p>
            <w:r/>
            <w:r>
              <w:rPr>
                <w:b w:val="0"/>
                <w:sz w:val="16"/>
              </w:rPr>
              <w:t>glaub der Thomas hat mal gesagt, mindestens 30 oder so, oder oder mag mich erinnern, aber bin mir jetzt nicht sicher.</w:t>
            </w:r>
          </w:p>
        </w:tc>
      </w:tr>
      <w:tr>
        <w:tc>
          <w:tcPr>
            <w:tcW w:type="dxa" w:w="3513"/>
            <w:vAlign w:val="top"/>
          </w:tcPr>
          <w:p>
            <w:r/>
            <w:r>
              <w:rPr>
                <w:b w:val="0"/>
                <w:sz w:val="16"/>
              </w:rPr>
              <w:t>15:45</w:t>
            </w:r>
          </w:p>
        </w:tc>
        <w:tc>
          <w:tcPr>
            <w:tcW w:type="dxa" w:w="3513"/>
            <w:vAlign w:val="top"/>
          </w:tcPr>
          <w:p>
            <w:r/>
            <w:r>
              <w:rPr>
                <w:b w:val="0"/>
                <w:sz w:val="16"/>
              </w:rPr>
              <w:t>Angelika Peeters</w:t>
            </w:r>
          </w:p>
        </w:tc>
        <w:tc>
          <w:tcPr>
            <w:tcW w:type="dxa" w:w="3513"/>
            <w:vAlign w:val="top"/>
          </w:tcPr>
          <w:p>
            <w:r/>
            <w:r>
              <w:rPr>
                <w:b w:val="0"/>
                <w:sz w:val="16"/>
              </w:rPr>
              <w:t>Ja, es ist natürlich auch einfach der Unterschied. Da haben wir 20 Zentimeter auf Rohdecke und dann ist ja meistens effektiv, dann noch viel weniger, weil ja dann Isolation und Abdeckdecken alles drauf rum und dann sehen wir dann plötzlich irgendwie fast nur noch bis 15 oder bin noch weniger und das ist dann definitiv. Zwenig.</w:t>
            </w:r>
          </w:p>
        </w:tc>
      </w:tr>
      <w:tr>
        <w:tc>
          <w:tcPr>
            <w:tcW w:type="dxa" w:w="3513"/>
            <w:vAlign w:val="top"/>
          </w:tcPr>
          <w:p>
            <w:r/>
            <w:r>
              <w:rPr>
                <w:b w:val="0"/>
                <w:sz w:val="16"/>
              </w:rPr>
              <w:t>16:05</w:t>
            </w:r>
          </w:p>
        </w:tc>
        <w:tc>
          <w:tcPr>
            <w:tcW w:type="dxa" w:w="3513"/>
            <w:vAlign w:val="top"/>
          </w:tcPr>
          <w:p>
            <w:r/>
            <w:r>
              <w:rPr>
                <w:b w:val="0"/>
                <w:sz w:val="16"/>
              </w:rPr>
              <w:t>Angelika Peeters</w:t>
            </w:r>
          </w:p>
        </w:tc>
        <w:tc>
          <w:tcPr>
            <w:tcW w:type="dxa" w:w="3513"/>
            <w:vAlign w:val="top"/>
          </w:tcPr>
          <w:p>
            <w:r/>
            <w:r>
              <w:rPr>
                <w:b w:val="0"/>
                <w:sz w:val="16"/>
              </w:rPr>
              <w:t>Also, wenn wir auf dem beispielsweise Plattenbelag wechseln, wäre das. Dankbar bin. Beim Asphalt mìsste man halt scho. Ja, 30 müsste man, glaub ich, schon haben, ein Asphalt oder auch wenn man jetzt eine reduzierte Aufbaustärke macht vom Asphalt, weil es nämlich schwere Fahrzeug befahren wird.</w:t>
            </w:r>
          </w:p>
        </w:tc>
      </w:tr>
      <w:tr>
        <w:tc>
          <w:tcPr>
            <w:tcW w:type="dxa" w:w="3513"/>
            <w:vAlign w:val="top"/>
          </w:tcPr>
          <w:p>
            <w:r/>
            <w:r>
              <w:rPr>
                <w:b w:val="0"/>
                <w:sz w:val="16"/>
              </w:rPr>
              <w:t>16:35</w:t>
            </w:r>
          </w:p>
        </w:tc>
        <w:tc>
          <w:tcPr>
            <w:tcW w:type="dxa" w:w="3513"/>
            <w:vAlign w:val="top"/>
          </w:tcPr>
          <w:p>
            <w:r/>
            <w:r>
              <w:rPr>
                <w:b w:val="0"/>
                <w:sz w:val="16"/>
              </w:rPr>
              <w:t>Claudia Kresser</w:t>
            </w:r>
          </w:p>
        </w:tc>
        <w:tc>
          <w:tcPr>
            <w:tcW w:type="dxa" w:w="3513"/>
            <w:vAlign w:val="top"/>
          </w:tcPr>
          <w:p>
            <w:r/>
            <w:r>
              <w:rPr>
                <w:b w:val="0"/>
                <w:sz w:val="16"/>
              </w:rPr>
              <w:t>Also, mit Platte kommen wir nur ein bisschen mit weniger aus. Ist das richtig? Plattenbelag?</w:t>
            </w:r>
          </w:p>
        </w:tc>
      </w:tr>
      <w:tr>
        <w:tc>
          <w:tcPr>
            <w:tcW w:type="dxa" w:w="3513"/>
            <w:vAlign w:val="top"/>
          </w:tcPr>
          <w:p>
            <w:r/>
            <w:r>
              <w:rPr>
                <w:b w:val="0"/>
                <w:sz w:val="16"/>
              </w:rPr>
              <w:t>16:45</w:t>
            </w:r>
          </w:p>
        </w:tc>
        <w:tc>
          <w:tcPr>
            <w:tcW w:type="dxa" w:w="3513"/>
            <w:vAlign w:val="top"/>
          </w:tcPr>
          <w:p>
            <w:r/>
            <w:r>
              <w:rPr>
                <w:b w:val="0"/>
                <w:sz w:val="16"/>
              </w:rPr>
              <w:t>Claudia Kresser</w:t>
            </w:r>
          </w:p>
        </w:tc>
        <w:tc>
          <w:tcPr>
            <w:tcW w:type="dxa" w:w="3513"/>
            <w:vAlign w:val="top"/>
          </w:tcPr>
          <w:p>
            <w:r/>
            <w:r>
              <w:rPr>
                <w:b w:val="0"/>
                <w:sz w:val="16"/>
              </w:rPr>
              <w:t>Habt ihr da schon mal irgendwie, ja das ist alles im im im Angebot, kann man das wahrscheinlich alles schön nachlesen, was ihr da für für Blattbelege mal angenommen habt oder</w:t>
            </w:r>
          </w:p>
        </w:tc>
      </w:tr>
      <w:tr>
        <w:tc>
          <w:tcPr>
            <w:tcW w:type="dxa" w:w="3513"/>
            <w:vAlign w:val="top"/>
          </w:tcPr>
          <w:p>
            <w:r/>
            <w:r>
              <w:rPr>
                <w:b w:val="0"/>
                <w:sz w:val="16"/>
              </w:rPr>
              <w:t>17:02</w:t>
            </w:r>
          </w:p>
        </w:tc>
        <w:tc>
          <w:tcPr>
            <w:tcW w:type="dxa" w:w="3513"/>
            <w:vAlign w:val="top"/>
          </w:tcPr>
          <w:p>
            <w:r/>
            <w:r>
              <w:rPr>
                <w:b w:val="0"/>
                <w:sz w:val="16"/>
              </w:rPr>
              <w:t>Donatiello Cristian</w:t>
            </w:r>
          </w:p>
        </w:tc>
        <w:tc>
          <w:tcPr>
            <w:tcW w:type="dxa" w:w="3513"/>
            <w:vAlign w:val="top"/>
          </w:tcPr>
          <w:p>
            <w:r/>
            <w:r>
              <w:rPr>
                <w:b w:val="0"/>
                <w:sz w:val="16"/>
              </w:rPr>
              <w:t>Ja, oder ob wir überhaupt Plattenbelege angenommen haben. Ich glaube, Belag ist jetzt mal. Glaub den, aber das müssten wir noch anlügen, ja.</w:t>
            </w:r>
          </w:p>
        </w:tc>
      </w:tr>
      <w:tr>
        <w:tc>
          <w:tcPr>
            <w:tcW w:type="dxa" w:w="3513"/>
            <w:vAlign w:val="top"/>
          </w:tcPr>
          <w:p>
            <w:r/>
            <w:r>
              <w:rPr>
                <w:b w:val="0"/>
                <w:sz w:val="16"/>
              </w:rPr>
              <w:t>17:11</w:t>
            </w:r>
          </w:p>
        </w:tc>
        <w:tc>
          <w:tcPr>
            <w:tcW w:type="dxa" w:w="3513"/>
            <w:vAlign w:val="top"/>
          </w:tcPr>
          <w:p>
            <w:r/>
            <w:r>
              <w:rPr>
                <w:b w:val="0"/>
                <w:sz w:val="16"/>
              </w:rPr>
              <w:t>Claudia Kresser</w:t>
            </w:r>
          </w:p>
        </w:tc>
        <w:tc>
          <w:tcPr>
            <w:tcW w:type="dxa" w:w="3513"/>
            <w:vAlign w:val="top"/>
          </w:tcPr>
          <w:p>
            <w:r/>
            <w:r>
              <w:rPr>
                <w:b w:val="0"/>
                <w:sz w:val="16"/>
              </w:rPr>
              <w:t>Also, ich glaube, dass man da schon irgendwo das Problem hat, ehrlich gesagt. Also von der Aufbau. Vom Aufbau von der Garagendecke, da können wir dann vielleicht David kurz, da sind wir jetzt davon ausgegangen, dass da ja eigentlich auf der Decke keine keine Dämmung oder so was kommt, sondern David, wir haben ja, du hast mir ja auch gegeben, wir machen da Kondensatdämmung auf der Unterseite, also innenräumlich, und hat dann drüber die Humusschicht oder.</w:t>
            </w:r>
          </w:p>
        </w:tc>
      </w:tr>
      <w:tr>
        <w:tc>
          <w:tcPr>
            <w:tcW w:type="dxa" w:w="3513"/>
            <w:vAlign w:val="top"/>
          </w:tcPr>
          <w:p>
            <w:r/>
            <w:r>
              <w:rPr>
                <w:b w:val="0"/>
                <w:sz w:val="16"/>
              </w:rPr>
              <w:t>17:50</w:t>
            </w:r>
          </w:p>
        </w:tc>
        <w:tc>
          <w:tcPr>
            <w:tcW w:type="dxa" w:w="3513"/>
            <w:vAlign w:val="top"/>
          </w:tcPr>
          <w:p>
            <w:r/>
            <w:r>
              <w:rPr>
                <w:b w:val="0"/>
                <w:sz w:val="16"/>
              </w:rPr>
              <w:t>David Ebinger</w:t>
            </w:r>
          </w:p>
        </w:tc>
        <w:tc>
          <w:tcPr>
            <w:tcW w:type="dxa" w:w="3513"/>
            <w:vAlign w:val="top"/>
          </w:tcPr>
          <w:p>
            <w:r/>
            <w:r>
              <w:rPr>
                <w:b w:val="0"/>
                <w:sz w:val="16"/>
              </w:rPr>
              <w:t>Genau, und wenn die Humusüberdeckung hoch genug ist, brauchen wir die Kondensatdämmung auch nicht unbedingt. Ja, ja.</w:t>
            </w:r>
          </w:p>
        </w:tc>
      </w:tr>
      <w:tr>
        <w:tc>
          <w:tcPr>
            <w:tcW w:type="dxa" w:w="3513"/>
            <w:vAlign w:val="top"/>
          </w:tcPr>
          <w:p>
            <w:r/>
            <w:r>
              <w:rPr>
                <w:b w:val="0"/>
                <w:sz w:val="16"/>
              </w:rPr>
              <w:t>17:50</w:t>
            </w:r>
          </w:p>
        </w:tc>
        <w:tc>
          <w:tcPr>
            <w:tcW w:type="dxa" w:w="3513"/>
            <w:vAlign w:val="top"/>
          </w:tcPr>
          <w:p>
            <w:r/>
            <w:r>
              <w:rPr>
                <w:b w:val="0"/>
                <w:sz w:val="16"/>
              </w:rPr>
              <w:t>Claudia Kresser</w:t>
            </w:r>
          </w:p>
        </w:tc>
        <w:tc>
          <w:tcPr>
            <w:tcW w:type="dxa" w:w="3513"/>
            <w:vAlign w:val="top"/>
          </w:tcPr>
          <w:p>
            <w:r/>
            <w:r>
              <w:rPr>
                <w:b w:val="0"/>
                <w:sz w:val="16"/>
              </w:rPr>
              <w:t>Vermiss mich, Kinder. Du hast vielleicht jetzt mitgekriegt, dass wir die die Überdeckung an manchen Stellen gut haben, also vorweg haben und an manchen Stellen haben wir es wirklich, unterschreiten wir eigentlich sogar, also sehr, sehr viel.</w:t>
            </w:r>
          </w:p>
        </w:tc>
      </w:tr>
      <w:tr>
        <w:tc>
          <w:tcPr>
            <w:tcW w:type="dxa" w:w="3513"/>
            <w:vAlign w:val="top"/>
          </w:tcPr>
          <w:p>
            <w:r/>
            <w:r>
              <w:rPr>
                <w:b w:val="0"/>
                <w:sz w:val="16"/>
              </w:rPr>
              <w:t>18:12</w:t>
            </w:r>
          </w:p>
        </w:tc>
        <w:tc>
          <w:tcPr>
            <w:tcW w:type="dxa" w:w="3513"/>
            <w:vAlign w:val="top"/>
          </w:tcPr>
          <w:p>
            <w:r/>
            <w:r>
              <w:rPr>
                <w:b w:val="0"/>
                <w:sz w:val="16"/>
              </w:rPr>
              <w:t>David Ebinger</w:t>
            </w:r>
          </w:p>
        </w:tc>
        <w:tc>
          <w:tcPr>
            <w:tcW w:type="dxa" w:w="3513"/>
            <w:vAlign w:val="top"/>
          </w:tcPr>
          <w:p>
            <w:r/>
            <w:r>
              <w:rPr>
                <w:b w:val="0"/>
                <w:sz w:val="16"/>
              </w:rPr>
              <w:t>Ah ja. Ja, das sorry, ich war grad, ich hab grad noch andere für dieses Projekt, aber andere Sachen grad noch zeitseitig überflogen. Ja, in dem Fall würde ich, würden wir die Kondensatdämmung unterseitig empfehlen. Ich glaub 6 Zentimeter so eine Mehrschichtdämmplatte.</w:t>
            </w:r>
          </w:p>
        </w:tc>
      </w:tr>
      <w:tr>
        <w:tc>
          <w:tcPr>
            <w:tcW w:type="dxa" w:w="3513"/>
            <w:vAlign w:val="top"/>
          </w:tcPr>
          <w:p>
            <w:r/>
            <w:r>
              <w:rPr>
                <w:b w:val="0"/>
                <w:sz w:val="16"/>
              </w:rPr>
              <w:t>18:32</w:t>
            </w:r>
          </w:p>
        </w:tc>
        <w:tc>
          <w:tcPr>
            <w:tcW w:type="dxa" w:w="3513"/>
            <w:vAlign w:val="top"/>
          </w:tcPr>
          <w:p>
            <w:r/>
            <w:r>
              <w:rPr>
                <w:b w:val="0"/>
                <w:sz w:val="16"/>
              </w:rPr>
              <w:t>David Ebinger</w:t>
            </w:r>
          </w:p>
        </w:tc>
        <w:tc>
          <w:tcPr>
            <w:tcW w:type="dxa" w:w="3513"/>
            <w:vAlign w:val="top"/>
          </w:tcPr>
          <w:p>
            <w:r/>
            <w:r>
              <w:rPr>
                <w:b w:val="0"/>
                <w:sz w:val="16"/>
              </w:rPr>
              <w:t>Hatte ich angegeben, glaub ich, oder wenn ich mich richtig entsinne, dann an der Beckenunterseite.</w:t>
            </w:r>
          </w:p>
        </w:tc>
      </w:tr>
      <w:tr>
        <w:tc>
          <w:tcPr>
            <w:tcW w:type="dxa" w:w="3513"/>
            <w:vAlign w:val="top"/>
          </w:tcPr>
          <w:p>
            <w:r/>
            <w:r>
              <w:rPr>
                <w:b w:val="0"/>
                <w:sz w:val="16"/>
              </w:rPr>
              <w:t>18:39</w:t>
            </w:r>
          </w:p>
        </w:tc>
        <w:tc>
          <w:tcPr>
            <w:tcW w:type="dxa" w:w="3513"/>
            <w:vAlign w:val="top"/>
          </w:tcPr>
          <w:p>
            <w:r/>
            <w:r>
              <w:rPr>
                <w:b w:val="0"/>
                <w:sz w:val="16"/>
              </w:rPr>
              <w:t>Ramon Nachmansohn</w:t>
            </w:r>
          </w:p>
        </w:tc>
        <w:tc>
          <w:tcPr>
            <w:tcW w:type="dxa" w:w="3513"/>
            <w:vAlign w:val="top"/>
          </w:tcPr>
          <w:p>
            <w:r/>
            <w:r>
              <w:rPr>
                <w:b w:val="0"/>
                <w:sz w:val="16"/>
              </w:rPr>
              <w:t>Ja, man verliert dann einfach wieder höher in der Tiefgarage. Das ist ja.</w:t>
            </w:r>
          </w:p>
        </w:tc>
      </w:tr>
      <w:tr>
        <w:tc>
          <w:tcPr>
            <w:tcW w:type="dxa" w:w="3513"/>
            <w:vAlign w:val="top"/>
          </w:tcPr>
          <w:p>
            <w:r/>
            <w:r>
              <w:rPr>
                <w:b w:val="0"/>
                <w:sz w:val="16"/>
              </w:rPr>
              <w:t>18:43</w:t>
            </w:r>
          </w:p>
        </w:tc>
        <w:tc>
          <w:tcPr>
            <w:tcW w:type="dxa" w:w="3513"/>
            <w:vAlign w:val="top"/>
          </w:tcPr>
          <w:p>
            <w:r/>
            <w:r>
              <w:rPr>
                <w:b w:val="0"/>
                <w:sz w:val="16"/>
              </w:rPr>
              <w:t>David Ebinger</w:t>
            </w:r>
          </w:p>
        </w:tc>
        <w:tc>
          <w:tcPr>
            <w:tcW w:type="dxa" w:w="3513"/>
            <w:vAlign w:val="top"/>
          </w:tcPr>
          <w:p>
            <w:r/>
            <w:r>
              <w:rPr>
                <w:b w:val="0"/>
                <w:sz w:val="16"/>
              </w:rPr>
              <w:t>Klar, ja. Aber sonst tropft's halt. Also, ne genau. Also, wenn die Tiefgaragendecke, die halt nicht überbaut ist, die ist halt gegen exponiert gegenüber dem Himmel und der Himmel wird nachts halt sehr kalt und dann kühlt die Decke entsprechend aus. Und deswegen macht schon Sinn.</w:t>
            </w:r>
          </w:p>
        </w:tc>
      </w:tr>
      <w:tr>
        <w:tc>
          <w:tcPr>
            <w:tcW w:type="dxa" w:w="3513"/>
            <w:vAlign w:val="top"/>
          </w:tcPr>
          <w:p>
            <w:r/>
            <w:r>
              <w:rPr>
                <w:b w:val="0"/>
                <w:sz w:val="16"/>
              </w:rPr>
              <w:t>18:47</w:t>
            </w:r>
          </w:p>
        </w:tc>
        <w:tc>
          <w:tcPr>
            <w:tcW w:type="dxa" w:w="3513"/>
            <w:vAlign w:val="top"/>
          </w:tcPr>
          <w:p>
            <w:r/>
            <w:r>
              <w:rPr>
                <w:b w:val="0"/>
                <w:sz w:val="16"/>
              </w:rPr>
              <w:t>Ramon Nachmansohn</w:t>
            </w:r>
          </w:p>
        </w:tc>
        <w:tc>
          <w:tcPr>
            <w:tcW w:type="dxa" w:w="3513"/>
            <w:vAlign w:val="top"/>
          </w:tcPr>
          <w:p>
            <w:r/>
            <w:r>
              <w:rPr>
                <w:b w:val="0"/>
                <w:sz w:val="16"/>
              </w:rPr>
              <w:t>Ja, das ist klar. Das ist mal klar. Ja, ich muss.</w:t>
            </w:r>
          </w:p>
        </w:tc>
      </w:tr>
      <w:tr>
        <w:tc>
          <w:tcPr>
            <w:tcW w:type="dxa" w:w="3513"/>
            <w:vAlign w:val="top"/>
          </w:tcPr>
          <w:p>
            <w:r/>
            <w:r>
              <w:rPr>
                <w:b w:val="0"/>
                <w:sz w:val="16"/>
              </w:rPr>
              <w:t>19:00</w:t>
            </w:r>
          </w:p>
        </w:tc>
        <w:tc>
          <w:tcPr>
            <w:tcW w:type="dxa" w:w="3513"/>
            <w:vAlign w:val="top"/>
          </w:tcPr>
          <w:p>
            <w:r/>
            <w:r>
              <w:rPr>
                <w:b w:val="0"/>
                <w:sz w:val="16"/>
              </w:rPr>
              <w:t>David Ebinger</w:t>
            </w:r>
          </w:p>
        </w:tc>
        <w:tc>
          <w:tcPr>
            <w:tcW w:type="dxa" w:w="3513"/>
            <w:vAlign w:val="top"/>
          </w:tcPr>
          <w:p>
            <w:r/>
            <w:r>
              <w:rPr>
                <w:b w:val="0"/>
                <w:sz w:val="16"/>
              </w:rPr>
              <w:t>Würden wir es schon empfehlen, ja.</w:t>
            </w:r>
          </w:p>
        </w:tc>
      </w:tr>
      <w:tr>
        <w:tc>
          <w:tcPr>
            <w:tcW w:type="dxa" w:w="3513"/>
            <w:vAlign w:val="top"/>
          </w:tcPr>
          <w:p>
            <w:r/>
            <w:r>
              <w:rPr>
                <w:b w:val="0"/>
                <w:sz w:val="16"/>
              </w:rPr>
              <w:t>19:04</w:t>
            </w:r>
          </w:p>
        </w:tc>
        <w:tc>
          <w:tcPr>
            <w:tcW w:type="dxa" w:w="3513"/>
            <w:vAlign w:val="top"/>
          </w:tcPr>
          <w:p>
            <w:r/>
            <w:r>
              <w:rPr>
                <w:b w:val="0"/>
                <w:sz w:val="16"/>
              </w:rPr>
              <w:t>Claudia Kresser</w:t>
            </w:r>
          </w:p>
        </w:tc>
        <w:tc>
          <w:tcPr>
            <w:tcW w:type="dxa" w:w="3513"/>
            <w:vAlign w:val="top"/>
          </w:tcPr>
          <w:p>
            <w:r/>
            <w:r>
              <w:rPr>
                <w:b w:val="0"/>
                <w:sz w:val="16"/>
              </w:rPr>
              <w:t>Herr Ramon, wir haben jetzt, ich weiß nicht, ob du es gesehen hast, beim letzten Upload. Wir sind jetzt, wir haben die Tiefgarage Dämme, haben wir schon drin. So dass ihr es quasi im Licht im Moment 2 Meter 50 hättet.</w:t>
            </w:r>
          </w:p>
        </w:tc>
      </w:tr>
      <w:tr>
        <w:tc>
          <w:tcPr>
            <w:tcW w:type="dxa" w:w="3513"/>
            <w:vAlign w:val="top"/>
          </w:tcPr>
          <w:p>
            <w:r/>
            <w:r>
              <w:rPr>
                <w:b w:val="0"/>
                <w:sz w:val="16"/>
              </w:rPr>
              <w:t>19:14</w:t>
            </w:r>
          </w:p>
        </w:tc>
        <w:tc>
          <w:tcPr>
            <w:tcW w:type="dxa" w:w="3513"/>
            <w:vAlign w:val="top"/>
          </w:tcPr>
          <w:p>
            <w:r/>
            <w:r>
              <w:rPr>
                <w:b w:val="0"/>
                <w:sz w:val="16"/>
              </w:rPr>
              <w:t>Ramon Nachmansohn</w:t>
            </w:r>
          </w:p>
        </w:tc>
        <w:tc>
          <w:tcPr>
            <w:tcW w:type="dxa" w:w="3513"/>
            <w:vAlign w:val="top"/>
          </w:tcPr>
          <w:p>
            <w:r/>
            <w:r>
              <w:rPr>
                <w:b w:val="0"/>
                <w:sz w:val="16"/>
              </w:rPr>
              <w:t>Ah, good. Ja, da hab ich etwas gesehen. Das hab ich gesehen. Ja, das hab ich gesehen. Und was machen, wenn du da, wenn man da über die Rinne redet, wo dann da über dem Tiefgaragebereich ist, oder dass man dir da unten dran könnte, Fass aufgrund von der Ruhmhöhe und dem Verziehen.</w:t>
            </w:r>
          </w:p>
        </w:tc>
      </w:tr>
      <w:tr>
        <w:tc>
          <w:tcPr>
            <w:tcW w:type="dxa" w:w="3513"/>
            <w:vAlign w:val="top"/>
          </w:tcPr>
          <w:p>
            <w:r/>
            <w:r>
              <w:rPr>
                <w:b w:val="0"/>
                <w:sz w:val="16"/>
              </w:rPr>
              <w:t>19:39</w:t>
            </w:r>
          </w:p>
        </w:tc>
        <w:tc>
          <w:tcPr>
            <w:tcW w:type="dxa" w:w="3513"/>
            <w:vAlign w:val="top"/>
          </w:tcPr>
          <w:p>
            <w:r/>
            <w:r>
              <w:rPr>
                <w:b w:val="0"/>
                <w:sz w:val="16"/>
              </w:rPr>
              <w:t>Ramon Nachmansohn</w:t>
            </w:r>
          </w:p>
        </w:tc>
        <w:tc>
          <w:tcPr>
            <w:tcW w:type="dxa" w:w="3513"/>
            <w:vAlign w:val="top"/>
          </w:tcPr>
          <w:p>
            <w:r/>
            <w:r>
              <w:rPr>
                <w:b w:val="0"/>
                <w:sz w:val="16"/>
              </w:rPr>
              <w:t>Also müssten wir das irgendwie ja.</w:t>
            </w:r>
          </w:p>
        </w:tc>
      </w:tr>
      <w:tr>
        <w:tc>
          <w:tcPr>
            <w:tcW w:type="dxa" w:w="3513"/>
            <w:vAlign w:val="top"/>
          </w:tcPr>
          <w:p>
            <w:r/>
            <w:r>
              <w:rPr>
                <w:b w:val="0"/>
                <w:sz w:val="16"/>
              </w:rPr>
              <w:t>19:42</w:t>
            </w:r>
          </w:p>
        </w:tc>
        <w:tc>
          <w:tcPr>
            <w:tcW w:type="dxa" w:w="3513"/>
            <w:vAlign w:val="top"/>
          </w:tcPr>
          <w:p>
            <w:r/>
            <w:r>
              <w:rPr>
                <w:b w:val="0"/>
                <w:sz w:val="16"/>
              </w:rPr>
              <w:t>Angelika Peeters</w:t>
            </w:r>
          </w:p>
        </w:tc>
        <w:tc>
          <w:tcPr>
            <w:tcW w:type="dxa" w:w="3513"/>
            <w:vAlign w:val="top"/>
          </w:tcPr>
          <w:p>
            <w:r/>
            <w:r>
              <w:rPr>
                <w:b w:val="0"/>
                <w:sz w:val="16"/>
              </w:rPr>
              <w:t>Aber der Mìsst sie vielleicht wohnen offen sie und dann lauft sie auf die oder Tiefgarage.</w:t>
            </w:r>
          </w:p>
        </w:tc>
      </w:tr>
      <w:tr>
        <w:tc>
          <w:tcPr>
            <w:tcW w:type="dxa" w:w="3513"/>
            <w:vAlign w:val="top"/>
          </w:tcPr>
          <w:p>
            <w:r/>
            <w:r>
              <w:rPr>
                <w:b w:val="0"/>
                <w:sz w:val="16"/>
              </w:rPr>
              <w:t>19:43</w:t>
            </w:r>
          </w:p>
        </w:tc>
        <w:tc>
          <w:tcPr>
            <w:tcW w:type="dxa" w:w="3513"/>
            <w:vAlign w:val="top"/>
          </w:tcPr>
          <w:p>
            <w:r/>
            <w:r>
              <w:rPr>
                <w:b w:val="0"/>
                <w:sz w:val="16"/>
              </w:rPr>
              <w:t>Ramon Nachmansohn</w:t>
            </w:r>
          </w:p>
        </w:tc>
        <w:tc>
          <w:tcPr>
            <w:tcW w:type="dxa" w:w="3513"/>
            <w:vAlign w:val="top"/>
          </w:tcPr>
          <w:p>
            <w:r/>
            <w:r>
              <w:rPr>
                <w:b w:val="0"/>
                <w:sz w:val="16"/>
              </w:rPr>
              <w:t>Halt nicht anschließen. Ja, heute Zack Zeit, ja, ja, genau. Aber abnehmen kann ich sie sehr wahrscheinlich nicht oder mit 250 oder 230 einhalten kann ich einfach nicht weiterfahren.</w:t>
            </w:r>
          </w:p>
        </w:tc>
      </w:tr>
      <w:tr>
        <w:tc>
          <w:tcPr>
            <w:tcW w:type="dxa" w:w="3513"/>
            <w:vAlign w:val="top"/>
          </w:tcPr>
          <w:p>
            <w:r/>
            <w:r>
              <w:rPr>
                <w:b w:val="0"/>
                <w:sz w:val="16"/>
              </w:rPr>
              <w:t>19:59</w:t>
            </w:r>
          </w:p>
        </w:tc>
        <w:tc>
          <w:tcPr>
            <w:tcW w:type="dxa" w:w="3513"/>
            <w:vAlign w:val="top"/>
          </w:tcPr>
          <w:p>
            <w:r/>
            <w:r>
              <w:rPr>
                <w:b w:val="0"/>
                <w:sz w:val="16"/>
              </w:rPr>
              <w:t>Stefan Gilgen (HK&amp;T Bern)</w:t>
            </w:r>
          </w:p>
        </w:tc>
        <w:tc>
          <w:tcPr>
            <w:tcW w:type="dxa" w:w="3513"/>
            <w:vAlign w:val="top"/>
          </w:tcPr>
          <w:p>
            <w:r/>
            <w:r>
              <w:rPr>
                <w:b w:val="0"/>
                <w:sz w:val="16"/>
              </w:rPr>
              <w:t>Abdichtig, abdichtig wird er wahrscheinlich aus Thema sehen.</w:t>
            </w:r>
          </w:p>
        </w:tc>
      </w:tr>
      <w:tr>
        <w:tc>
          <w:tcPr>
            <w:tcW w:type="dxa" w:w="3513"/>
            <w:vAlign w:val="top"/>
          </w:tcPr>
          <w:p>
            <w:r/>
            <w:r>
              <w:rPr>
                <w:b w:val="0"/>
                <w:sz w:val="16"/>
              </w:rPr>
              <w:t>20:03</w:t>
            </w:r>
          </w:p>
        </w:tc>
        <w:tc>
          <w:tcPr>
            <w:tcW w:type="dxa" w:w="3513"/>
            <w:vAlign w:val="top"/>
          </w:tcPr>
          <w:p>
            <w:r/>
            <w:r>
              <w:rPr>
                <w:b w:val="0"/>
                <w:sz w:val="16"/>
              </w:rPr>
              <w:t>David Ebinger</w:t>
            </w:r>
          </w:p>
        </w:tc>
        <w:tc>
          <w:tcPr>
            <w:tcW w:type="dxa" w:w="3513"/>
            <w:vAlign w:val="top"/>
          </w:tcPr>
          <w:p>
            <w:r/>
            <w:r>
              <w:rPr>
                <w:b w:val="0"/>
                <w:sz w:val="16"/>
              </w:rPr>
              <w:t>Ich würde da von der Bauphysik auch noch einen Punkt auf einen Punkt hinweisen. Dort, wo das Gebäude auf der Tiefgaragendecke steht, da kommen ja sozusagen die Außenwände runter und werden abgeschnellt auf die Tiefgaragendecke. Und dort bräuchte man eine Flankendämmung, ungefähr ein Meter ab Gebäudeaußenkante.</w:t>
            </w:r>
          </w:p>
        </w:tc>
      </w:tr>
      <w:tr>
        <w:tc>
          <w:tcPr>
            <w:tcW w:type="dxa" w:w="3513"/>
            <w:vAlign w:val="top"/>
          </w:tcPr>
          <w:p>
            <w:r/>
            <w:r>
              <w:rPr>
                <w:b w:val="0"/>
                <w:sz w:val="16"/>
              </w:rPr>
              <w:t>20:19</w:t>
            </w:r>
          </w:p>
        </w:tc>
        <w:tc>
          <w:tcPr>
            <w:tcW w:type="dxa" w:w="3513"/>
            <w:vAlign w:val="top"/>
          </w:tcPr>
          <w:p>
            <w:r/>
            <w:r>
              <w:rPr>
                <w:b w:val="0"/>
                <w:sz w:val="16"/>
              </w:rPr>
              <w:t>David Ebinger</w:t>
            </w:r>
          </w:p>
        </w:tc>
        <w:tc>
          <w:tcPr>
            <w:tcW w:type="dxa" w:w="3513"/>
            <w:vAlign w:val="top"/>
          </w:tcPr>
          <w:p>
            <w:r/>
            <w:r>
              <w:rPr>
                <w:b w:val="0"/>
                <w:sz w:val="16"/>
              </w:rPr>
              <w:t>oberseitig auch noch, also dass man die die nicht vergisst. Aber ja, die kann auch auf der Abdichtung liegen, wenn es besser passt als als als eine X.P.S. Dämmung.</w:t>
            </w:r>
          </w:p>
        </w:tc>
      </w:tr>
      <w:tr>
        <w:tc>
          <w:tcPr>
            <w:tcW w:type="dxa" w:w="3513"/>
            <w:vAlign w:val="top"/>
          </w:tcPr>
          <w:p>
            <w:r/>
            <w:r>
              <w:rPr>
                <w:b w:val="0"/>
                <w:sz w:val="16"/>
              </w:rPr>
              <w:t>20:19</w:t>
            </w:r>
          </w:p>
        </w:tc>
        <w:tc>
          <w:tcPr>
            <w:tcW w:type="dxa" w:w="3513"/>
            <w:vAlign w:val="top"/>
          </w:tcPr>
          <w:p>
            <w:r/>
            <w:r>
              <w:rPr>
                <w:b w:val="0"/>
                <w:sz w:val="16"/>
              </w:rPr>
              <w:t>Claudia Kresser</w:t>
            </w:r>
          </w:p>
        </w:tc>
        <w:tc>
          <w:tcPr>
            <w:tcW w:type="dxa" w:w="3513"/>
            <w:vAlign w:val="top"/>
          </w:tcPr>
          <w:p>
            <w:r/>
            <w:r>
              <w:rPr>
                <w:b w:val="0"/>
                <w:sz w:val="16"/>
              </w:rPr>
              <w:t>Also, das heißt. was die diese Entwässerung anbelangt oder beziehungsweise die dieses Gefälle und die Geometrie von der Garage, eigentlich hängt das jetzt ein bisschen davon ab, was wir für ein finale Belag haben, ist das richtig? Und anhand von dem müssten wir dann schauen, Müssen wir jetzt das Gebäude noch runtersetzen oder haben wir da noch haben wir da noch irgendwo einen Spielraum oder ist das richtig?</w:t>
            </w:r>
          </w:p>
        </w:tc>
      </w:tr>
      <w:tr>
        <w:tc>
          <w:tcPr>
            <w:tcW w:type="dxa" w:w="3513"/>
            <w:vAlign w:val="top"/>
          </w:tcPr>
          <w:p>
            <w:r/>
            <w:r>
              <w:rPr>
                <w:b w:val="0"/>
                <w:sz w:val="16"/>
              </w:rPr>
              <w:t>21:03</w:t>
            </w:r>
          </w:p>
        </w:tc>
        <w:tc>
          <w:tcPr>
            <w:tcW w:type="dxa" w:w="3513"/>
            <w:vAlign w:val="top"/>
          </w:tcPr>
          <w:p>
            <w:r/>
            <w:r>
              <w:rPr>
                <w:b w:val="0"/>
                <w:sz w:val="16"/>
              </w:rPr>
              <w:t>Donatiello Cristian</w:t>
            </w:r>
          </w:p>
        </w:tc>
        <w:tc>
          <w:tcPr>
            <w:tcW w:type="dxa" w:w="3513"/>
            <w:vAlign w:val="top"/>
          </w:tcPr>
          <w:p>
            <w:r/>
            <w:r>
              <w:rPr>
                <w:b w:val="0"/>
                <w:sz w:val="16"/>
              </w:rPr>
              <w:t>Ab, ab, letzte Bekommen Sie sind, ist ja genau das Thema. Sie Plattenbelag oder oder oder ein Belag oder und dort kann ich das so verstanden, dass ein Plattenbelag wieder in Frage kommt für Bauerschaft oder das ist das Thema, oder?</w:t>
            </w:r>
          </w:p>
        </w:tc>
      </w:tr>
      <w:tr>
        <w:tc>
          <w:tcPr>
            <w:tcW w:type="dxa" w:w="3513"/>
            <w:vAlign w:val="top"/>
          </w:tcPr>
          <w:p>
            <w:r/>
            <w:r>
              <w:rPr>
                <w:b w:val="0"/>
                <w:sz w:val="16"/>
              </w:rPr>
              <w:t>21:18</w:t>
            </w:r>
          </w:p>
        </w:tc>
        <w:tc>
          <w:tcPr>
            <w:tcW w:type="dxa" w:w="3513"/>
            <w:vAlign w:val="top"/>
          </w:tcPr>
          <w:p>
            <w:r/>
            <w:r>
              <w:rPr>
                <w:b w:val="0"/>
                <w:sz w:val="16"/>
              </w:rPr>
              <w:t>Claudia Kresser</w:t>
            </w:r>
          </w:p>
        </w:tc>
        <w:tc>
          <w:tcPr>
            <w:tcW w:type="dxa" w:w="3513"/>
            <w:vAlign w:val="top"/>
          </w:tcPr>
          <w:p>
            <w:r/>
            <w:r>
              <w:rPr>
                <w:b w:val="0"/>
                <w:sz w:val="16"/>
              </w:rPr>
              <w:t>Nicht in Frage kommt. Ja, stimmt. Die haben da genau.</w:t>
            </w:r>
          </w:p>
        </w:tc>
      </w:tr>
      <w:tr>
        <w:tc>
          <w:tcPr>
            <w:tcW w:type="dxa" w:w="3513"/>
            <w:vAlign w:val="top"/>
          </w:tcPr>
          <w:p>
            <w:r/>
            <w:r>
              <w:rPr>
                <w:b w:val="0"/>
                <w:sz w:val="16"/>
              </w:rPr>
              <w:t>21:22</w:t>
            </w:r>
          </w:p>
        </w:tc>
        <w:tc>
          <w:tcPr>
            <w:tcW w:type="dxa" w:w="3513"/>
            <w:vAlign w:val="top"/>
          </w:tcPr>
          <w:p>
            <w:r/>
            <w:r>
              <w:rPr>
                <w:b w:val="0"/>
                <w:sz w:val="16"/>
              </w:rPr>
              <w:t>Donatiello Cristian</w:t>
            </w:r>
          </w:p>
        </w:tc>
        <w:tc>
          <w:tcPr>
            <w:tcW w:type="dxa" w:w="3513"/>
            <w:vAlign w:val="top"/>
          </w:tcPr>
          <w:p>
            <w:r/>
            <w:r>
              <w:rPr>
                <w:b w:val="0"/>
                <w:sz w:val="16"/>
              </w:rPr>
              <w:t>Die haben, die haben doch kurz diskutiert und dann haben sie auch gesagt, nein, das wird nichts Thema sie und das Event Belaga oder und dann ist eigentlich nur Proxy. Macht man da noch ein hochwertiger Belag oder nicht, dass da nicht auf so schwarze Belag halt kommt oder?</w:t>
            </w:r>
          </w:p>
        </w:tc>
      </w:tr>
      <w:tr>
        <w:tc>
          <w:tcPr>
            <w:tcW w:type="dxa" w:w="3513"/>
            <w:vAlign w:val="top"/>
          </w:tcPr>
          <w:p>
            <w:r/>
            <w:r>
              <w:rPr>
                <w:b w:val="0"/>
                <w:sz w:val="16"/>
              </w:rPr>
              <w:t>21:41</w:t>
            </w:r>
          </w:p>
        </w:tc>
        <w:tc>
          <w:tcPr>
            <w:tcW w:type="dxa" w:w="3513"/>
            <w:vAlign w:val="top"/>
          </w:tcPr>
          <w:p>
            <w:r/>
            <w:r>
              <w:rPr>
                <w:b w:val="0"/>
                <w:sz w:val="16"/>
              </w:rPr>
              <w:t>Donatiello Cristian</w:t>
            </w:r>
          </w:p>
        </w:tc>
        <w:tc>
          <w:tcPr>
            <w:tcW w:type="dxa" w:w="3513"/>
            <w:vAlign w:val="top"/>
          </w:tcPr>
          <w:p>
            <w:r/>
            <w:r>
              <w:rPr>
                <w:b w:val="0"/>
                <w:sz w:val="16"/>
              </w:rPr>
              <w:t>Also müsste fast die Variante bitte Brief, ob das funktioniert oder nicht, oder performers perform oder.</w:t>
            </w:r>
          </w:p>
        </w:tc>
      </w:tr>
      <w:tr>
        <w:tc>
          <w:tcPr>
            <w:tcW w:type="dxa" w:w="3513"/>
            <w:vAlign w:val="top"/>
          </w:tcPr>
          <w:p>
            <w:r/>
            <w:r>
              <w:rPr>
                <w:b w:val="0"/>
                <w:sz w:val="16"/>
              </w:rPr>
              <w:t>21:47</w:t>
            </w:r>
          </w:p>
        </w:tc>
        <w:tc>
          <w:tcPr>
            <w:tcW w:type="dxa" w:w="3513"/>
            <w:vAlign w:val="top"/>
          </w:tcPr>
          <w:p>
            <w:r/>
            <w:r>
              <w:rPr>
                <w:b w:val="0"/>
                <w:sz w:val="16"/>
              </w:rPr>
              <w:t>Claudia Kresser</w:t>
            </w:r>
          </w:p>
        </w:tc>
        <w:tc>
          <w:tcPr>
            <w:tcW w:type="dxa" w:w="3513"/>
            <w:vAlign w:val="top"/>
          </w:tcPr>
          <w:p>
            <w:r/>
            <w:r>
              <w:rPr>
                <w:b w:val="0"/>
                <w:sz w:val="16"/>
              </w:rPr>
              <w:t>Ja, eigentlich genau, eigentlich. Eigentlich müssten wir schauen. Eigentlich müssten wir das Gebäude noch, sagen wir mal, 5 Zentimeter noch runterdrucken, oder Christian?</w:t>
            </w:r>
          </w:p>
        </w:tc>
      </w:tr>
      <w:tr>
        <w:tc>
          <w:tcPr>
            <w:tcW w:type="dxa" w:w="3513"/>
            <w:vAlign w:val="top"/>
          </w:tcPr>
          <w:p>
            <w:r/>
            <w:r>
              <w:rPr>
                <w:b w:val="0"/>
                <w:sz w:val="16"/>
              </w:rPr>
              <w:t>22:05</w:t>
            </w:r>
          </w:p>
        </w:tc>
        <w:tc>
          <w:tcPr>
            <w:tcW w:type="dxa" w:w="3513"/>
            <w:vAlign w:val="top"/>
          </w:tcPr>
          <w:p>
            <w:r/>
            <w:r>
              <w:rPr>
                <w:b w:val="0"/>
                <w:sz w:val="16"/>
              </w:rPr>
              <w:t>Donatiello Cristian</w:t>
            </w:r>
          </w:p>
        </w:tc>
        <w:tc>
          <w:tcPr>
            <w:tcW w:type="dxa" w:w="3513"/>
            <w:vAlign w:val="top"/>
          </w:tcPr>
          <w:p>
            <w:r/>
            <w:r>
              <w:rPr>
                <w:b w:val="0"/>
                <w:sz w:val="16"/>
              </w:rPr>
              <w:t>Ja, was spricht dagegen? Was?</w:t>
            </w:r>
          </w:p>
        </w:tc>
      </w:tr>
      <w:tr>
        <w:tc>
          <w:tcPr>
            <w:tcW w:type="dxa" w:w="3513"/>
            <w:vAlign w:val="top"/>
          </w:tcPr>
          <w:p>
            <w:r/>
            <w:r>
              <w:rPr>
                <w:b w:val="0"/>
                <w:sz w:val="16"/>
              </w:rPr>
              <w:t>22:08</w:t>
            </w:r>
          </w:p>
        </w:tc>
        <w:tc>
          <w:tcPr>
            <w:tcW w:type="dxa" w:w="3513"/>
            <w:vAlign w:val="top"/>
          </w:tcPr>
          <w:p>
            <w:r/>
            <w:r>
              <w:rPr>
                <w:b w:val="0"/>
                <w:sz w:val="16"/>
              </w:rPr>
              <w:t>Claudia Kresser</w:t>
            </w:r>
          </w:p>
        </w:tc>
        <w:tc>
          <w:tcPr>
            <w:tcW w:type="dxa" w:w="3513"/>
            <w:vAlign w:val="top"/>
          </w:tcPr>
          <w:p>
            <w:r/>
            <w:r>
              <w:rPr>
                <w:b w:val="0"/>
                <w:sz w:val="16"/>
              </w:rPr>
              <w:t>Also, wir müssen, wir müssen ja genau die Kosten eigentlich. Unterm Strich müssen wir auch schauen, dass wir jetzt das noch mal prüfen mit den Eingängen vom Gebäude, dass wir da nicht irgendwann zu weit unten sind. Weißt, wir haben ja dann irgendwann wie so Rampensituationen.</w:t>
            </w:r>
          </w:p>
        </w:tc>
      </w:tr>
      <w:tr>
        <w:tc>
          <w:tcPr>
            <w:tcW w:type="dxa" w:w="3513"/>
            <w:vAlign w:val="top"/>
          </w:tcPr>
          <w:p>
            <w:r/>
            <w:r>
              <w:rPr>
                <w:b w:val="0"/>
                <w:sz w:val="16"/>
              </w:rPr>
              <w:t>22:27</w:t>
            </w:r>
          </w:p>
        </w:tc>
        <w:tc>
          <w:tcPr>
            <w:tcW w:type="dxa" w:w="3513"/>
            <w:vAlign w:val="top"/>
          </w:tcPr>
          <w:p>
            <w:r/>
            <w:r>
              <w:rPr>
                <w:b w:val="0"/>
                <w:sz w:val="16"/>
              </w:rPr>
              <w:t>Claudia Kresser</w:t>
            </w:r>
          </w:p>
        </w:tc>
        <w:tc>
          <w:tcPr>
            <w:tcW w:type="dxa" w:w="3513"/>
            <w:vAlign w:val="top"/>
          </w:tcPr>
          <w:p>
            <w:r/>
            <w:r>
              <w:rPr>
                <w:b w:val="0"/>
                <w:sz w:val="16"/>
              </w:rPr>
              <w:t>Tiefgarage ist ja tiefer wie das Niveau von von der von den Treppenhäusern von den Häusern. Da müssen wir, müssen wir schauen, ob wir noch irgendwo ein Puffer einbauen, aber dann wird das auf das Lauft es jetzt raus eigentlich oder?</w:t>
            </w:r>
          </w:p>
        </w:tc>
      </w:tr>
      <w:tr>
        <w:tc>
          <w:tcPr>
            <w:tcW w:type="dxa" w:w="3513"/>
            <w:vAlign w:val="top"/>
          </w:tcPr>
          <w:p>
            <w:r/>
            <w:r>
              <w:rPr>
                <w:b w:val="0"/>
                <w:sz w:val="16"/>
              </w:rPr>
              <w:t>22:45</w:t>
            </w:r>
          </w:p>
        </w:tc>
        <w:tc>
          <w:tcPr>
            <w:tcW w:type="dxa" w:w="3513"/>
            <w:vAlign w:val="top"/>
          </w:tcPr>
          <w:p>
            <w:r/>
            <w:r>
              <w:rPr>
                <w:b w:val="0"/>
                <w:sz w:val="16"/>
              </w:rPr>
              <w:t>Donatiello Cristian</w:t>
            </w:r>
          </w:p>
        </w:tc>
        <w:tc>
          <w:tcPr>
            <w:tcW w:type="dxa" w:w="3513"/>
            <w:vAlign w:val="top"/>
          </w:tcPr>
          <w:p>
            <w:r/>
            <w:r>
              <w:rPr>
                <w:b w:val="0"/>
                <w:sz w:val="16"/>
              </w:rPr>
              <w:t>Ja, ja, wenn wir nicht drum rum machen, haben wir das Gefühl, dass wir wieder da bei mir sind, ja.</w:t>
            </w:r>
          </w:p>
        </w:tc>
      </w:tr>
      <w:tr>
        <w:tc>
          <w:tcPr>
            <w:tcW w:type="dxa" w:w="3513"/>
            <w:vAlign w:val="top"/>
          </w:tcPr>
          <w:p>
            <w:r/>
            <w:r>
              <w:rPr>
                <w:b w:val="0"/>
                <w:sz w:val="16"/>
              </w:rPr>
              <w:t>22:49</w:t>
            </w:r>
          </w:p>
        </w:tc>
        <w:tc>
          <w:tcPr>
            <w:tcW w:type="dxa" w:w="3513"/>
            <w:vAlign w:val="top"/>
          </w:tcPr>
          <w:p>
            <w:r/>
            <w:r>
              <w:rPr>
                <w:b w:val="0"/>
                <w:sz w:val="16"/>
              </w:rPr>
              <w:t>Claudia Kresser</w:t>
            </w:r>
          </w:p>
        </w:tc>
        <w:tc>
          <w:tcPr>
            <w:tcW w:type="dxa" w:w="3513"/>
            <w:vAlign w:val="top"/>
          </w:tcPr>
          <w:p>
            <w:r/>
            <w:r>
              <w:rPr>
                <w:b w:val="0"/>
                <w:sz w:val="16"/>
              </w:rPr>
              <w:t>Ja, also wenn man das mit Plattenbelag und. Ja, gut.</w:t>
            </w:r>
          </w:p>
        </w:tc>
      </w:tr>
      <w:tr>
        <w:tc>
          <w:tcPr>
            <w:tcW w:type="dxa" w:w="3513"/>
            <w:vAlign w:val="top"/>
          </w:tcPr>
          <w:p>
            <w:r/>
            <w:r>
              <w:rPr>
                <w:b w:val="0"/>
                <w:sz w:val="16"/>
              </w:rPr>
              <w:t>23:00</w:t>
            </w:r>
          </w:p>
        </w:tc>
        <w:tc>
          <w:tcPr>
            <w:tcW w:type="dxa" w:w="3513"/>
            <w:vAlign w:val="top"/>
          </w:tcPr>
          <w:p>
            <w:r/>
            <w:r>
              <w:rPr>
                <w:b w:val="0"/>
                <w:sz w:val="16"/>
              </w:rPr>
              <w:t>Ramon Nachmansohn</w:t>
            </w:r>
          </w:p>
        </w:tc>
        <w:tc>
          <w:tcPr>
            <w:tcW w:type="dxa" w:w="3513"/>
            <w:vAlign w:val="top"/>
          </w:tcPr>
          <w:p>
            <w:r/>
            <w:r>
              <w:rPr>
                <w:b w:val="0"/>
                <w:sz w:val="16"/>
              </w:rPr>
              <w:t>Ja, ich komme dann, wenn wir zu der Technik, wenn wir noch mal über die Höhe, wenn wir das noch mal.</w:t>
            </w:r>
          </w:p>
        </w:tc>
      </w:tr>
      <w:tr>
        <w:tc>
          <w:tcPr>
            <w:tcW w:type="dxa" w:w="3513"/>
            <w:vAlign w:val="top"/>
          </w:tcPr>
          <w:p>
            <w:r/>
            <w:r>
              <w:rPr>
                <w:b w:val="0"/>
                <w:sz w:val="16"/>
              </w:rPr>
              <w:t>23:09</w:t>
            </w:r>
          </w:p>
        </w:tc>
        <w:tc>
          <w:tcPr>
            <w:tcW w:type="dxa" w:w="3513"/>
            <w:vAlign w:val="top"/>
          </w:tcPr>
          <w:p>
            <w:r/>
            <w:r>
              <w:rPr>
                <w:b w:val="0"/>
                <w:sz w:val="16"/>
              </w:rPr>
              <w:t>Donatiello Cristian</w:t>
            </w:r>
          </w:p>
        </w:tc>
        <w:tc>
          <w:tcPr>
            <w:tcW w:type="dxa" w:w="3513"/>
            <w:vAlign w:val="top"/>
          </w:tcPr>
          <w:p>
            <w:r/>
            <w:r>
              <w:rPr>
                <w:b w:val="0"/>
                <w:sz w:val="16"/>
              </w:rPr>
              <w:t>Gut, das heißt, bis Ende nächste Woche bekommen wir mal die Gefäll und Schnitt von der Aufbauten über von Landschaftsarchitektur.</w:t>
            </w:r>
          </w:p>
        </w:tc>
      </w:tr>
      <w:tr>
        <w:tc>
          <w:tcPr>
            <w:tcW w:type="dxa" w:w="3513"/>
            <w:vAlign w:val="top"/>
          </w:tcPr>
          <w:p>
            <w:r/>
            <w:r>
              <w:rPr>
                <w:b w:val="0"/>
                <w:sz w:val="16"/>
              </w:rPr>
              <w:t>23:21</w:t>
            </w:r>
          </w:p>
        </w:tc>
        <w:tc>
          <w:tcPr>
            <w:tcW w:type="dxa" w:w="3513"/>
            <w:vAlign w:val="top"/>
          </w:tcPr>
          <w:p>
            <w:r/>
            <w:r>
              <w:rPr>
                <w:b w:val="0"/>
                <w:sz w:val="16"/>
              </w:rPr>
              <w:t>Angelika Peeters</w:t>
            </w:r>
          </w:p>
        </w:tc>
        <w:tc>
          <w:tcPr>
            <w:tcW w:type="dxa" w:w="3513"/>
            <w:vAlign w:val="top"/>
          </w:tcPr>
          <w:p>
            <w:r/>
            <w:r>
              <w:rPr>
                <w:b w:val="0"/>
                <w:sz w:val="16"/>
              </w:rPr>
              <w:t>Ja, sollen wir jetzt da für TÜV, also wenn wir mit dich die Querschnitt machen, da dann haben wir, haben wir dann Kotte vor der Tiefgarage, wie sie jetzt planet ist, oder wie sollen wir da verfahren? Oder wenn wir, ihr müsstet ja wie auch mit die zeichne.</w:t>
            </w:r>
          </w:p>
        </w:tc>
      </w:tr>
      <w:tr>
        <w:tc>
          <w:tcPr>
            <w:tcW w:type="dxa" w:w="3513"/>
            <w:vAlign w:val="top"/>
          </w:tcPr>
          <w:p>
            <w:r/>
            <w:r>
              <w:rPr>
                <w:b w:val="0"/>
                <w:sz w:val="16"/>
              </w:rPr>
              <w:t>23:37</w:t>
            </w:r>
          </w:p>
        </w:tc>
        <w:tc>
          <w:tcPr>
            <w:tcW w:type="dxa" w:w="3513"/>
            <w:vAlign w:val="top"/>
          </w:tcPr>
          <w:p>
            <w:r/>
            <w:r>
              <w:rPr>
                <w:b w:val="0"/>
                <w:sz w:val="16"/>
              </w:rPr>
              <w:t>Claudia Kresser</w:t>
            </w:r>
          </w:p>
        </w:tc>
        <w:tc>
          <w:tcPr>
            <w:tcW w:type="dxa" w:w="3513"/>
            <w:vAlign w:val="top"/>
          </w:tcPr>
          <w:p>
            <w:r/>
            <w:r>
              <w:rPr>
                <w:b w:val="0"/>
                <w:sz w:val="16"/>
              </w:rPr>
              <w:t>Wir können es so machen, Frau Peters, das können wir schnell machen bis morgen Mittag, dass man die Geometrie noch mal kurz runter nimmt und das noch mal prüft, wie das ist mit den Zugängen zum Haus. Das kriegen wir hin bis morgen Mittag.</w:t>
            </w:r>
          </w:p>
        </w:tc>
      </w:tr>
      <w:tr>
        <w:tc>
          <w:tcPr>
            <w:tcW w:type="dxa" w:w="3513"/>
            <w:vAlign w:val="top"/>
          </w:tcPr>
          <w:p>
            <w:r/>
            <w:r>
              <w:rPr>
                <w:b w:val="0"/>
                <w:sz w:val="16"/>
              </w:rPr>
              <w:t>23:52</w:t>
            </w:r>
          </w:p>
        </w:tc>
        <w:tc>
          <w:tcPr>
            <w:tcW w:type="dxa" w:w="3513"/>
            <w:vAlign w:val="top"/>
          </w:tcPr>
          <w:p>
            <w:r/>
            <w:r>
              <w:rPr>
                <w:b w:val="0"/>
                <w:sz w:val="16"/>
              </w:rPr>
              <w:t>Claudia Kresser</w:t>
            </w:r>
          </w:p>
        </w:tc>
        <w:tc>
          <w:tcPr>
            <w:tcW w:type="dxa" w:w="3513"/>
            <w:vAlign w:val="top"/>
          </w:tcPr>
          <w:p>
            <w:r/>
            <w:r>
              <w:rPr>
                <w:b w:val="0"/>
                <w:sz w:val="16"/>
              </w:rPr>
              <w:t>Und dann könnt ihr ja, dann gibt es einfach einen neuen Stand auf der Plattform. Dann können Sie mit der aktuellste Pläne schaffen, würde ich vorschlagen.</w:t>
            </w:r>
          </w:p>
        </w:tc>
      </w:tr>
      <w:tr>
        <w:tc>
          <w:tcPr>
            <w:tcW w:type="dxa" w:w="3513"/>
            <w:vAlign w:val="top"/>
          </w:tcPr>
          <w:p>
            <w:r/>
            <w:r>
              <w:rPr>
                <w:b w:val="0"/>
                <w:sz w:val="16"/>
              </w:rPr>
              <w:t>24:04</w:t>
            </w:r>
          </w:p>
        </w:tc>
        <w:tc>
          <w:tcPr>
            <w:tcW w:type="dxa" w:w="3513"/>
            <w:vAlign w:val="top"/>
          </w:tcPr>
          <w:p>
            <w:r/>
            <w:r>
              <w:rPr>
                <w:b w:val="0"/>
                <w:sz w:val="16"/>
              </w:rPr>
              <w:t>Angelika Peeters</w:t>
            </w:r>
          </w:p>
        </w:tc>
        <w:tc>
          <w:tcPr>
            <w:tcW w:type="dxa" w:w="3513"/>
            <w:vAlign w:val="top"/>
          </w:tcPr>
          <w:p>
            <w:r/>
            <w:r>
              <w:rPr>
                <w:b w:val="0"/>
                <w:sz w:val="16"/>
              </w:rPr>
              <w:t>Ja, aber ich hab einfach momentan noch keinen Zugang zu der Plattform. So, dann wär ich, müsst ihr entweder heute Nachmittag noch die Einladung bekommen oder dann wäre ich froh, wenn ihr mir die Unterlagen noch per Mail einfach zu sicher wäre zu erstellen.</w:t>
            </w:r>
          </w:p>
        </w:tc>
      </w:tr>
      <w:tr>
        <w:tc>
          <w:tcPr>
            <w:tcW w:type="dxa" w:w="3513"/>
            <w:vAlign w:val="top"/>
          </w:tcPr>
          <w:p>
            <w:r/>
            <w:r>
              <w:rPr>
                <w:b w:val="0"/>
                <w:sz w:val="16"/>
              </w:rPr>
              <w:t>24:10</w:t>
            </w:r>
          </w:p>
        </w:tc>
        <w:tc>
          <w:tcPr>
            <w:tcW w:type="dxa" w:w="3513"/>
            <w:vAlign w:val="top"/>
          </w:tcPr>
          <w:p>
            <w:r/>
            <w:r>
              <w:rPr>
                <w:b w:val="0"/>
                <w:sz w:val="16"/>
              </w:rPr>
              <w:t>Claudia Kresser</w:t>
            </w:r>
          </w:p>
        </w:tc>
        <w:tc>
          <w:tcPr>
            <w:tcW w:type="dxa" w:w="3513"/>
            <w:vAlign w:val="top"/>
          </w:tcPr>
          <w:p>
            <w:r/>
            <w:r>
              <w:rPr>
                <w:b w:val="0"/>
                <w:sz w:val="16"/>
              </w:rPr>
              <w:t>Ich glaub, das kann der Christian schnell lösen, das Problem.</w:t>
            </w:r>
          </w:p>
        </w:tc>
      </w:tr>
      <w:tr>
        <w:tc>
          <w:tcPr>
            <w:tcW w:type="dxa" w:w="3513"/>
            <w:vAlign w:val="top"/>
          </w:tcPr>
          <w:p>
            <w:r/>
            <w:r>
              <w:rPr>
                <w:b w:val="0"/>
                <w:sz w:val="16"/>
              </w:rPr>
              <w:t>24:26</w:t>
            </w:r>
          </w:p>
        </w:tc>
        <w:tc>
          <w:tcPr>
            <w:tcW w:type="dxa" w:w="3513"/>
            <w:vAlign w:val="top"/>
          </w:tcPr>
          <w:p>
            <w:r/>
            <w:r>
              <w:rPr>
                <w:b w:val="0"/>
                <w:sz w:val="16"/>
              </w:rPr>
              <w:t>Donatiello Cristian</w:t>
            </w:r>
          </w:p>
        </w:tc>
        <w:tc>
          <w:tcPr>
            <w:tcW w:type="dxa" w:w="3513"/>
            <w:vAlign w:val="top"/>
          </w:tcPr>
          <w:p>
            <w:r/>
            <w:r>
              <w:rPr>
                <w:b w:val="0"/>
                <w:sz w:val="16"/>
              </w:rPr>
              <w:t>Ah ja, Trimble.</w:t>
            </w:r>
          </w:p>
        </w:tc>
      </w:tr>
      <w:tr>
        <w:tc>
          <w:tcPr>
            <w:tcW w:type="dxa" w:w="3513"/>
            <w:vAlign w:val="top"/>
          </w:tcPr>
          <w:p>
            <w:r/>
            <w:r>
              <w:rPr>
                <w:b w:val="0"/>
                <w:sz w:val="16"/>
              </w:rPr>
              <w:t>24:31</w:t>
            </w:r>
          </w:p>
        </w:tc>
        <w:tc>
          <w:tcPr>
            <w:tcW w:type="dxa" w:w="3513"/>
            <w:vAlign w:val="top"/>
          </w:tcPr>
          <w:p>
            <w:r/>
            <w:r>
              <w:rPr>
                <w:b w:val="0"/>
                <w:sz w:val="16"/>
              </w:rPr>
              <w:t>Claudia Kresser</w:t>
            </w:r>
          </w:p>
        </w:tc>
        <w:tc>
          <w:tcPr>
            <w:tcW w:type="dxa" w:w="3513"/>
            <w:vAlign w:val="top"/>
          </w:tcPr>
          <w:p>
            <w:r/>
            <w:r>
              <w:rPr>
                <w:b w:val="0"/>
                <w:sz w:val="16"/>
              </w:rPr>
              <w:t>O. K., gut. Sonst, sonst, wenn sie noch keinen, wenn es da noch an, wenn es an dem Scheitern wird, dass sie noch keinen Zugang haben, dann können wir sie Ihnen auch 1 zu 1 schicken.</w:t>
            </w:r>
          </w:p>
        </w:tc>
      </w:tr>
      <w:tr>
        <w:tc>
          <w:tcPr>
            <w:tcW w:type="dxa" w:w="3513"/>
            <w:vAlign w:val="top"/>
          </w:tcPr>
          <w:p>
            <w:r/>
            <w:r>
              <w:rPr>
                <w:b w:val="0"/>
                <w:sz w:val="16"/>
              </w:rPr>
              <w:t>24:46</w:t>
            </w:r>
          </w:p>
        </w:tc>
        <w:tc>
          <w:tcPr>
            <w:tcW w:type="dxa" w:w="3513"/>
            <w:vAlign w:val="top"/>
          </w:tcPr>
          <w:p>
            <w:r/>
            <w:r>
              <w:rPr>
                <w:b w:val="0"/>
                <w:sz w:val="16"/>
              </w:rPr>
              <w:t>Angelika Peeters</w:t>
            </w:r>
          </w:p>
        </w:tc>
        <w:tc>
          <w:tcPr>
            <w:tcW w:type="dxa" w:w="3513"/>
            <w:vAlign w:val="top"/>
          </w:tcPr>
          <w:p>
            <w:r/>
            <w:r>
              <w:rPr>
                <w:b w:val="0"/>
                <w:sz w:val="16"/>
              </w:rPr>
              <w:t>Da wäre mir so stehen, morgen Mittag dann noch mal, wenn ich dann noch keinen Zugang hätte oder so, aber dann wirst du Fuß gehabt, dass morgen Nachmittag die Unterlagen von der Plattform aber gerade werden.</w:t>
            </w:r>
          </w:p>
        </w:tc>
      </w:tr>
      <w:tr>
        <w:tc>
          <w:tcPr>
            <w:tcW w:type="dxa" w:w="3513"/>
            <w:vAlign w:val="top"/>
          </w:tcPr>
          <w:p>
            <w:r/>
            <w:r>
              <w:rPr>
                <w:b w:val="0"/>
                <w:sz w:val="16"/>
              </w:rPr>
              <w:t>24:58</w:t>
            </w:r>
          </w:p>
        </w:tc>
        <w:tc>
          <w:tcPr>
            <w:tcW w:type="dxa" w:w="3513"/>
            <w:vAlign w:val="top"/>
          </w:tcPr>
          <w:p>
            <w:r/>
            <w:r>
              <w:rPr>
                <w:b w:val="0"/>
                <w:sz w:val="16"/>
              </w:rPr>
              <w:t>Claudia Kresser</w:t>
            </w:r>
          </w:p>
        </w:tc>
        <w:tc>
          <w:tcPr>
            <w:tcW w:type="dxa" w:w="3513"/>
            <w:vAlign w:val="top"/>
          </w:tcPr>
          <w:p>
            <w:r/>
            <w:r>
              <w:rPr>
                <w:b w:val="0"/>
                <w:sz w:val="16"/>
              </w:rPr>
              <w:t>Olaf, this cleaning shing. Yeah, this.</w:t>
            </w:r>
          </w:p>
        </w:tc>
      </w:tr>
      <w:tr>
        <w:tc>
          <w:tcPr>
            <w:tcW w:type="dxa" w:w="3513"/>
            <w:vAlign w:val="top"/>
          </w:tcPr>
          <w:p>
            <w:r/>
            <w:r>
              <w:rPr>
                <w:b w:val="0"/>
                <w:sz w:val="16"/>
              </w:rPr>
              <w:t>25:06</w:t>
            </w:r>
          </w:p>
        </w:tc>
        <w:tc>
          <w:tcPr>
            <w:tcW w:type="dxa" w:w="3513"/>
            <w:vAlign w:val="top"/>
          </w:tcPr>
          <w:p>
            <w:r/>
            <w:r>
              <w:rPr>
                <w:b w:val="0"/>
                <w:sz w:val="16"/>
              </w:rPr>
              <w:t>Claudia Kresser</w:t>
            </w:r>
          </w:p>
        </w:tc>
        <w:tc>
          <w:tcPr>
            <w:tcW w:type="dxa" w:w="3513"/>
            <w:vAlign w:val="top"/>
          </w:tcPr>
          <w:p>
            <w:r/>
            <w:r>
              <w:rPr>
                <w:b w:val="0"/>
                <w:sz w:val="16"/>
              </w:rPr>
              <w:t>Also, vielleicht schauen wir noch mal kurz auf den Schnitt, damit das alle mal noch mal vor dem geistigen Auge haben. That's a sand. She like done. So könnt ihr das alles sehen, hä?</w:t>
            </w:r>
          </w:p>
        </w:tc>
      </w:tr>
      <w:tr>
        <w:tc>
          <w:tcPr>
            <w:tcW w:type="dxa" w:w="3513"/>
            <w:vAlign w:val="top"/>
          </w:tcPr>
          <w:p>
            <w:r/>
            <w:r>
              <w:rPr>
                <w:b w:val="0"/>
                <w:sz w:val="16"/>
              </w:rPr>
              <w:t>25:32</w:t>
            </w:r>
          </w:p>
        </w:tc>
        <w:tc>
          <w:tcPr>
            <w:tcW w:type="dxa" w:w="3513"/>
            <w:vAlign w:val="top"/>
          </w:tcPr>
          <w:p>
            <w:r/>
            <w:r>
              <w:rPr>
                <w:b w:val="0"/>
                <w:sz w:val="16"/>
              </w:rPr>
              <w:t>Claudia Kresser</w:t>
            </w:r>
          </w:p>
        </w:tc>
        <w:tc>
          <w:tcPr>
            <w:tcW w:type="dxa" w:w="3513"/>
            <w:vAlign w:val="top"/>
          </w:tcPr>
          <w:p>
            <w:r/>
            <w:r>
              <w:rPr>
                <w:b w:val="0"/>
                <w:sz w:val="16"/>
              </w:rPr>
              <w:t>Sitze. Also, das ist jetzt. Das sind so drei Schnitte, jeweils quer und längs durch die Tiefgarage drüber. Und da wäre es dann einfach so, dass. Dieses Niveau von 430 40 ungefähr nein 440, dass das einfach um 5 Zentimeter noch mal runterrutscht. Aber da sieht man schon, mit dem Ja, kriegen wir schon irgendwie hin, denke ich, aber. Das probieren wir zum Verfolgen. gut. In den Bereichen, David, in dem Schnitt sieht man es. Das ist das, was du meinst mit der Flankethermik, gell, wenn dann die Gebäude.</w:t>
            </w:r>
          </w:p>
        </w:tc>
      </w:tr>
      <w:tr>
        <w:tc>
          <w:tcPr>
            <w:tcW w:type="dxa" w:w="3513"/>
            <w:vAlign w:val="top"/>
          </w:tcPr>
          <w:p>
            <w:r/>
            <w:r>
              <w:rPr>
                <w:b w:val="0"/>
                <w:sz w:val="16"/>
              </w:rPr>
              <w:t>26:24</w:t>
            </w:r>
          </w:p>
        </w:tc>
        <w:tc>
          <w:tcPr>
            <w:tcW w:type="dxa" w:w="3513"/>
            <w:vAlign w:val="top"/>
          </w:tcPr>
          <w:p>
            <w:r/>
            <w:r>
              <w:rPr>
                <w:b w:val="0"/>
                <w:sz w:val="16"/>
              </w:rPr>
              <w:t>Claudia Kresser</w:t>
            </w:r>
          </w:p>
        </w:tc>
        <w:tc>
          <w:tcPr>
            <w:tcW w:type="dxa" w:w="3513"/>
            <w:vAlign w:val="top"/>
          </w:tcPr>
          <w:p>
            <w:r/>
            <w:r>
              <w:rPr>
                <w:b w:val="0"/>
                <w:sz w:val="16"/>
              </w:rPr>
              <w:t>Von der Wand genau, also ein Meter hast du gesagt.</w:t>
            </w:r>
          </w:p>
        </w:tc>
      </w:tr>
      <w:tr>
        <w:tc>
          <w:tcPr>
            <w:tcW w:type="dxa" w:w="3513"/>
            <w:vAlign w:val="top"/>
          </w:tcPr>
          <w:p>
            <w:r/>
            <w:r>
              <w:rPr>
                <w:b w:val="0"/>
                <w:sz w:val="16"/>
              </w:rPr>
              <w:t>26:27</w:t>
            </w:r>
          </w:p>
        </w:tc>
        <w:tc>
          <w:tcPr>
            <w:tcW w:type="dxa" w:w="3513"/>
            <w:vAlign w:val="top"/>
          </w:tcPr>
          <w:p>
            <w:r/>
            <w:r>
              <w:rPr>
                <w:b w:val="0"/>
                <w:sz w:val="16"/>
              </w:rPr>
              <w:t>David Ebinger</w:t>
            </w:r>
          </w:p>
        </w:tc>
        <w:tc>
          <w:tcPr>
            <w:tcW w:type="dxa" w:w="3513"/>
            <w:vAlign w:val="top"/>
          </w:tcPr>
          <w:p>
            <w:r/>
            <w:r>
              <w:rPr>
                <w:b w:val="0"/>
                <w:sz w:val="16"/>
              </w:rPr>
              <w:t>Meter, ja, der müsste auch so 6 Zentimeter mindestens **** sein.</w:t>
            </w:r>
          </w:p>
        </w:tc>
      </w:tr>
      <w:tr>
        <w:tc>
          <w:tcPr>
            <w:tcW w:type="dxa" w:w="3513"/>
            <w:vAlign w:val="top"/>
          </w:tcPr>
          <w:p>
            <w:r/>
            <w:r>
              <w:rPr>
                <w:b w:val="0"/>
                <w:sz w:val="16"/>
              </w:rPr>
              <w:t>26:37</w:t>
            </w:r>
          </w:p>
        </w:tc>
        <w:tc>
          <w:tcPr>
            <w:tcW w:type="dxa" w:w="3513"/>
            <w:vAlign w:val="top"/>
          </w:tcPr>
          <w:p>
            <w:r/>
            <w:r>
              <w:rPr>
                <w:b w:val="0"/>
                <w:sz w:val="16"/>
              </w:rPr>
              <w:t>Claudia Kresser</w:t>
            </w:r>
          </w:p>
        </w:tc>
        <w:tc>
          <w:tcPr>
            <w:tcW w:type="dxa" w:w="3513"/>
            <w:vAlign w:val="top"/>
          </w:tcPr>
          <w:p>
            <w:r/>
            <w:r>
              <w:rPr>
                <w:b w:val="0"/>
                <w:sz w:val="16"/>
              </w:rPr>
              <w:t>Ist es dann? Ist es dann? Ach so, nein, das ist das liegt der Dussel. Das ist im Nassen, dann ja, ja, ist gut.</w:t>
            </w:r>
          </w:p>
        </w:tc>
      </w:tr>
      <w:tr>
        <w:tc>
          <w:tcPr>
            <w:tcW w:type="dxa" w:w="3513"/>
            <w:vAlign w:val="top"/>
          </w:tcPr>
          <w:p>
            <w:r/>
            <w:r>
              <w:rPr>
                <w:b w:val="0"/>
                <w:sz w:val="16"/>
              </w:rPr>
              <w:t>26:44</w:t>
            </w:r>
          </w:p>
        </w:tc>
        <w:tc>
          <w:tcPr>
            <w:tcW w:type="dxa" w:w="3513"/>
            <w:vAlign w:val="top"/>
          </w:tcPr>
          <w:p>
            <w:r/>
            <w:r>
              <w:rPr>
                <w:b w:val="0"/>
                <w:sz w:val="16"/>
              </w:rPr>
              <w:t>David Ebinger</w:t>
            </w:r>
          </w:p>
        </w:tc>
        <w:tc>
          <w:tcPr>
            <w:tcW w:type="dxa" w:w="3513"/>
            <w:vAlign w:val="top"/>
          </w:tcPr>
          <w:p>
            <w:r/>
            <w:r>
              <w:rPr>
                <w:b w:val="0"/>
                <w:sz w:val="16"/>
              </w:rPr>
              <w:t>Ja, kann man als Umkehrdämmung, also als XPS-Dämmung, oberhalb der Abdichtung auch ausführen. Man kann es auch mit in die Abdichtung integrieren, geht beides. Ja, wenn man, wenn man den Schnitt noch weiter anguckt, fehlen auch noch ein paar Dämmungen zwischen beheizten</w:t>
            </w:r>
          </w:p>
        </w:tc>
      </w:tr>
      <w:tr>
        <w:tc>
          <w:tcPr>
            <w:tcW w:type="dxa" w:w="3513"/>
            <w:vAlign w:val="top"/>
          </w:tcPr>
          <w:p>
            <w:r/>
            <w:r>
              <w:rPr>
                <w:b w:val="0"/>
                <w:sz w:val="16"/>
              </w:rPr>
              <w:t>26:59</w:t>
            </w:r>
          </w:p>
        </w:tc>
        <w:tc>
          <w:tcPr>
            <w:tcW w:type="dxa" w:w="3513"/>
            <w:vAlign w:val="top"/>
          </w:tcPr>
          <w:p>
            <w:r/>
            <w:r>
              <w:rPr>
                <w:b w:val="0"/>
                <w:sz w:val="16"/>
              </w:rPr>
              <w:t>David Ebinger</w:t>
            </w:r>
          </w:p>
        </w:tc>
        <w:tc>
          <w:tcPr>
            <w:tcW w:type="dxa" w:w="3513"/>
            <w:vAlign w:val="top"/>
          </w:tcPr>
          <w:p>
            <w:r/>
            <w:r>
              <w:rPr>
                <w:b w:val="0"/>
                <w:sz w:val="16"/>
              </w:rPr>
              <w:t>Räumen im E.G. und der Einstellhalle, also weiter weiter rechts, jetzt gerade zwischen Mehrzweckraum und Einstellhalle, ist an der Decken, da fehlt noch irgendwie Dämmung, nur so als Hinweis.</w:t>
            </w:r>
          </w:p>
        </w:tc>
      </w:tr>
      <w:tr>
        <w:tc>
          <w:tcPr>
            <w:tcW w:type="dxa" w:w="3513"/>
            <w:vAlign w:val="top"/>
          </w:tcPr>
          <w:p>
            <w:r/>
            <w:r>
              <w:rPr>
                <w:b w:val="0"/>
                <w:sz w:val="16"/>
              </w:rPr>
              <w:t>27:12</w:t>
            </w:r>
          </w:p>
        </w:tc>
        <w:tc>
          <w:tcPr>
            <w:tcW w:type="dxa" w:w="3513"/>
            <w:vAlign w:val="top"/>
          </w:tcPr>
          <w:p>
            <w:r/>
            <w:r>
              <w:rPr>
                <w:b w:val="0"/>
                <w:sz w:val="16"/>
              </w:rPr>
              <w:t>Claudia Kresser</w:t>
            </w:r>
          </w:p>
        </w:tc>
        <w:tc>
          <w:tcPr>
            <w:tcW w:type="dxa" w:w="3513"/>
            <w:vAlign w:val="top"/>
          </w:tcPr>
          <w:p>
            <w:r/>
            <w:r>
              <w:rPr>
                <w:b w:val="0"/>
                <w:sz w:val="16"/>
              </w:rPr>
              <w:t>this is this is good möglich, David. Right, this is a work in progress, so this is a left. I will I will this is good.</w:t>
            </w:r>
          </w:p>
        </w:tc>
      </w:tr>
      <w:tr>
        <w:tc>
          <w:tcPr>
            <w:tcW w:type="dxa" w:w="3513"/>
            <w:vAlign w:val="top"/>
          </w:tcPr>
          <w:p>
            <w:r/>
            <w:r>
              <w:rPr>
                <w:b w:val="0"/>
                <w:sz w:val="16"/>
              </w:rPr>
              <w:t>27:13</w:t>
            </w:r>
          </w:p>
        </w:tc>
        <w:tc>
          <w:tcPr>
            <w:tcW w:type="dxa" w:w="3513"/>
            <w:vAlign w:val="top"/>
          </w:tcPr>
          <w:p>
            <w:r/>
            <w:r>
              <w:rPr>
                <w:b w:val="0"/>
                <w:sz w:val="16"/>
              </w:rPr>
              <w:t>David Ebinger</w:t>
            </w:r>
          </w:p>
        </w:tc>
        <w:tc>
          <w:tcPr>
            <w:tcW w:type="dxa" w:w="3513"/>
            <w:vAlign w:val="top"/>
          </w:tcPr>
          <w:p>
            <w:r/>
            <w:r>
              <w:rPr>
                <w:b w:val="0"/>
                <w:sz w:val="16"/>
              </w:rPr>
              <w:t>Ja, ja, ja, klar, ist klar, ja.</w:t>
            </w:r>
          </w:p>
        </w:tc>
      </w:tr>
      <w:tr>
        <w:tc>
          <w:tcPr>
            <w:tcW w:type="dxa" w:w="3513"/>
            <w:vAlign w:val="top"/>
          </w:tcPr>
          <w:p>
            <w:r/>
            <w:r>
              <w:rPr>
                <w:b w:val="0"/>
                <w:sz w:val="16"/>
              </w:rPr>
              <w:t>27:25</w:t>
            </w:r>
          </w:p>
        </w:tc>
        <w:tc>
          <w:tcPr>
            <w:tcW w:type="dxa" w:w="3513"/>
            <w:vAlign w:val="top"/>
          </w:tcPr>
          <w:p>
            <w:r/>
            <w:r>
              <w:rPr>
                <w:b w:val="0"/>
                <w:sz w:val="16"/>
              </w:rPr>
              <w:t>Donatiello Cristian</w:t>
            </w:r>
          </w:p>
        </w:tc>
        <w:tc>
          <w:tcPr>
            <w:tcW w:type="dxa" w:w="3513"/>
            <w:vAlign w:val="top"/>
          </w:tcPr>
          <w:p>
            <w:r/>
            <w:r>
              <w:rPr>
                <w:b w:val="0"/>
                <w:sz w:val="16"/>
              </w:rPr>
              <w:t>Gut, dann ist es Stopp. Punkt für dumm, gab ich grad.</w:t>
            </w:r>
          </w:p>
        </w:tc>
      </w:tr>
      <w:tr>
        <w:tc>
          <w:tcPr>
            <w:tcW w:type="dxa" w:w="3513"/>
            <w:vAlign w:val="top"/>
          </w:tcPr>
          <w:p>
            <w:r/>
            <w:r>
              <w:rPr>
                <w:b w:val="0"/>
                <w:sz w:val="16"/>
              </w:rPr>
              <w:t>27:31</w:t>
            </w:r>
          </w:p>
        </w:tc>
        <w:tc>
          <w:tcPr>
            <w:tcW w:type="dxa" w:w="3513"/>
            <w:vAlign w:val="top"/>
          </w:tcPr>
          <w:p>
            <w:r/>
            <w:r>
              <w:rPr>
                <w:b w:val="0"/>
                <w:sz w:val="16"/>
              </w:rPr>
              <w:t>Claudia Kresser</w:t>
            </w:r>
          </w:p>
        </w:tc>
        <w:tc>
          <w:tcPr>
            <w:tcW w:type="dxa" w:w="3513"/>
            <w:vAlign w:val="top"/>
          </w:tcPr>
          <w:p>
            <w:r/>
            <w:r>
              <w:rPr>
                <w:b w:val="0"/>
                <w:sz w:val="16"/>
              </w:rPr>
              <w:t>Also, wann haben wir gesagt, kriegen wir die Aufbauten dann und die Kote?</w:t>
            </w:r>
          </w:p>
        </w:tc>
      </w:tr>
      <w:tr>
        <w:tc>
          <w:tcPr>
            <w:tcW w:type="dxa" w:w="3513"/>
            <w:vAlign w:val="top"/>
          </w:tcPr>
          <w:p>
            <w:r/>
            <w:r>
              <w:rPr>
                <w:b w:val="0"/>
                <w:sz w:val="16"/>
              </w:rPr>
              <w:t>27:38</w:t>
            </w:r>
          </w:p>
        </w:tc>
        <w:tc>
          <w:tcPr>
            <w:tcW w:type="dxa" w:w="3513"/>
            <w:vAlign w:val="top"/>
          </w:tcPr>
          <w:p>
            <w:r/>
            <w:r>
              <w:rPr>
                <w:b w:val="0"/>
                <w:sz w:val="16"/>
              </w:rPr>
              <w:t>Angelika Peeters</w:t>
            </w:r>
          </w:p>
        </w:tc>
        <w:tc>
          <w:tcPr>
            <w:tcW w:type="dxa" w:w="3513"/>
            <w:vAlign w:val="top"/>
          </w:tcPr>
          <w:p>
            <w:r/>
            <w:r>
              <w:rPr>
                <w:b w:val="0"/>
                <w:sz w:val="16"/>
              </w:rPr>
              <w:t>Warte, das war da eben nächste Woche.</w:t>
            </w:r>
          </w:p>
        </w:tc>
      </w:tr>
      <w:tr>
        <w:tc>
          <w:tcPr>
            <w:tcW w:type="dxa" w:w="3513"/>
            <w:vAlign w:val="top"/>
          </w:tcPr>
          <w:p>
            <w:r/>
            <w:r>
              <w:rPr>
                <w:b w:val="0"/>
                <w:sz w:val="16"/>
              </w:rPr>
              <w:t>27:57</w:t>
            </w:r>
          </w:p>
        </w:tc>
        <w:tc>
          <w:tcPr>
            <w:tcW w:type="dxa" w:w="3513"/>
            <w:vAlign w:val="top"/>
          </w:tcPr>
          <w:p>
            <w:r/>
            <w:r>
              <w:rPr>
                <w:b w:val="0"/>
                <w:sz w:val="16"/>
              </w:rPr>
              <w:t>Donatiello Cristian</w:t>
            </w:r>
          </w:p>
        </w:tc>
        <w:tc>
          <w:tcPr>
            <w:tcW w:type="dxa" w:w="3513"/>
            <w:vAlign w:val="top"/>
          </w:tcPr>
          <w:p>
            <w:r/>
            <w:r>
              <w:rPr>
                <w:b w:val="0"/>
                <w:sz w:val="16"/>
              </w:rPr>
              <w:t>Wenn sonst würde ich jetzt noch zu der Wachleitungsplanung gehen.</w:t>
            </w:r>
          </w:p>
        </w:tc>
      </w:tr>
      <w:tr>
        <w:tc>
          <w:tcPr>
            <w:tcW w:type="dxa" w:w="3513"/>
            <w:vAlign w:val="top"/>
          </w:tcPr>
          <w:p>
            <w:r/>
            <w:r>
              <w:rPr>
                <w:b w:val="0"/>
                <w:sz w:val="16"/>
              </w:rPr>
              <w:t>28:06</w:t>
            </w:r>
          </w:p>
        </w:tc>
        <w:tc>
          <w:tcPr>
            <w:tcW w:type="dxa" w:w="3513"/>
            <w:vAlign w:val="top"/>
          </w:tcPr>
          <w:p>
            <w:r/>
            <w:r>
              <w:rPr>
                <w:b w:val="0"/>
                <w:sz w:val="16"/>
              </w:rPr>
              <w:t>Donatiello Cristian</w:t>
            </w:r>
          </w:p>
        </w:tc>
        <w:tc>
          <w:tcPr>
            <w:tcW w:type="dxa" w:w="3513"/>
            <w:vAlign w:val="top"/>
          </w:tcPr>
          <w:p>
            <w:r/>
            <w:r>
              <w:rPr>
                <w:b w:val="0"/>
                <w:sz w:val="16"/>
              </w:rPr>
              <w:t>Zwischen versieht die Landschaftsarchitektur keine Fragen mehr sehen.</w:t>
            </w:r>
          </w:p>
        </w:tc>
      </w:tr>
      <w:tr>
        <w:tc>
          <w:tcPr>
            <w:tcW w:type="dxa" w:w="3513"/>
            <w:vAlign w:val="top"/>
          </w:tcPr>
          <w:p>
            <w:r/>
            <w:r>
              <w:rPr>
                <w:b w:val="0"/>
                <w:sz w:val="16"/>
              </w:rPr>
              <w:t>28:11</w:t>
            </w:r>
          </w:p>
        </w:tc>
        <w:tc>
          <w:tcPr>
            <w:tcW w:type="dxa" w:w="3513"/>
            <w:vAlign w:val="top"/>
          </w:tcPr>
          <w:p>
            <w:r/>
            <w:r>
              <w:rPr>
                <w:b w:val="0"/>
                <w:sz w:val="16"/>
              </w:rPr>
              <w:t>Angelika Peeters</w:t>
            </w:r>
          </w:p>
        </w:tc>
        <w:tc>
          <w:tcPr>
            <w:tcW w:type="dxa" w:w="3513"/>
            <w:vAlign w:val="top"/>
          </w:tcPr>
          <w:p>
            <w:r/>
            <w:r>
              <w:rPr>
                <w:b w:val="0"/>
                <w:sz w:val="16"/>
              </w:rPr>
              <w:t>Na, ich glaub, das das ist so wie in Ordnung. Ich hab ja gesehen, ich hab die Einladung für das Jamble bekommen. Das kann er rasch aktivieren.</w:t>
            </w:r>
          </w:p>
        </w:tc>
      </w:tr>
      <w:tr>
        <w:tc>
          <w:tcPr>
            <w:tcW w:type="dxa" w:w="3513"/>
            <w:vAlign w:val="top"/>
          </w:tcPr>
          <w:p>
            <w:r/>
            <w:r>
              <w:rPr>
                <w:b w:val="0"/>
                <w:sz w:val="16"/>
              </w:rPr>
              <w:t>28:22</w:t>
            </w:r>
          </w:p>
        </w:tc>
        <w:tc>
          <w:tcPr>
            <w:tcW w:type="dxa" w:w="3513"/>
            <w:vAlign w:val="top"/>
          </w:tcPr>
          <w:p>
            <w:r/>
            <w:r>
              <w:rPr>
                <w:b w:val="0"/>
                <w:sz w:val="16"/>
              </w:rPr>
              <w:t>Donatiello Cristian</w:t>
            </w:r>
          </w:p>
        </w:tc>
        <w:tc>
          <w:tcPr>
            <w:tcW w:type="dxa" w:w="3513"/>
            <w:vAlign w:val="top"/>
          </w:tcPr>
          <w:p>
            <w:r/>
            <w:r>
              <w:rPr>
                <w:b w:val="0"/>
                <w:sz w:val="16"/>
              </w:rPr>
              <w:t>Gut, super. Betreffend Wachleitungsplanung, da stellt sich für mich noch in Frage, wie man da am besten weiterfahren. Ich glaube, zuerst muss wahrscheinlich von der Haustechnik mal da Schlüsse von oben, die oben auch bekommen, geplant sein und dann fahren Mal wieder wahrscheinlich oder.</w:t>
            </w:r>
          </w:p>
        </w:tc>
      </w:tr>
      <w:tr>
        <w:tc>
          <w:tcPr>
            <w:tcW w:type="dxa" w:w="3513"/>
            <w:vAlign w:val="top"/>
          </w:tcPr>
          <w:p>
            <w:r/>
            <w:r>
              <w:rPr>
                <w:b w:val="0"/>
                <w:sz w:val="16"/>
              </w:rPr>
              <w:t>28:44</w:t>
            </w:r>
          </w:p>
        </w:tc>
        <w:tc>
          <w:tcPr>
            <w:tcW w:type="dxa" w:w="3513"/>
            <w:vAlign w:val="top"/>
          </w:tcPr>
          <w:p>
            <w:r/>
            <w:r>
              <w:rPr>
                <w:b w:val="0"/>
                <w:sz w:val="16"/>
              </w:rPr>
              <w:t>Ramon Nachmansohn</w:t>
            </w:r>
          </w:p>
        </w:tc>
        <w:tc>
          <w:tcPr>
            <w:tcW w:type="dxa" w:w="3513"/>
            <w:vAlign w:val="top"/>
          </w:tcPr>
          <w:p>
            <w:r/>
            <w:r>
              <w:rPr>
                <w:b w:val="0"/>
                <w:sz w:val="16"/>
              </w:rPr>
              <w:t>Das ist richtig. Ja, wenn wir die Übergabepunkte zueinander definieren, wo das wir zum Haushalt so kommen. Süße, ich würde gerne noch Stephan Gilgen mit einer Rundi vorstellen. Der Stephan Gilgen ist bei mir der Sanitärplaner. Dann eine extra mitgenommen in die Runde, dass wir die Informationen direkt laufen lassen. Aber ja, ich sehe das auch so. Wir müssen zuerst vorschlafen.</w:t>
            </w:r>
          </w:p>
        </w:tc>
      </w:tr>
      <w:tr>
        <w:tc>
          <w:tcPr>
            <w:tcW w:type="dxa" w:w="3513"/>
            <w:vAlign w:val="top"/>
          </w:tcPr>
          <w:p>
            <w:r/>
            <w:r>
              <w:rPr>
                <w:b w:val="0"/>
                <w:sz w:val="16"/>
              </w:rPr>
              <w:t>29:08</w:t>
            </w:r>
          </w:p>
        </w:tc>
        <w:tc>
          <w:tcPr>
            <w:tcW w:type="dxa" w:w="3513"/>
            <w:vAlign w:val="top"/>
          </w:tcPr>
          <w:p>
            <w:r/>
            <w:r>
              <w:rPr>
                <w:b w:val="0"/>
                <w:sz w:val="16"/>
              </w:rPr>
              <w:t>Donatiello Cristian</w:t>
            </w:r>
          </w:p>
        </w:tc>
        <w:tc>
          <w:tcPr>
            <w:tcW w:type="dxa" w:w="3513"/>
            <w:vAlign w:val="top"/>
          </w:tcPr>
          <w:p>
            <w:r/>
            <w:r>
              <w:rPr>
                <w:b w:val="0"/>
                <w:sz w:val="16"/>
              </w:rPr>
              <w:t>O. K., aber der Wachleitungsplan, der ist ja auch ein Plan, wo zu der Bauigab gehört, oder der muss meistens auch mit dir reichen, oder dass man das einfach auf dem Schirm behaltet.</w:t>
            </w:r>
          </w:p>
        </w:tc>
      </w:tr>
      <w:tr>
        <w:tc>
          <w:tcPr>
            <w:tcW w:type="dxa" w:w="3513"/>
            <w:vAlign w:val="top"/>
          </w:tcPr>
          <w:p>
            <w:r/>
            <w:r>
              <w:rPr>
                <w:b w:val="0"/>
                <w:sz w:val="16"/>
              </w:rPr>
              <w:t>29:19</w:t>
            </w:r>
          </w:p>
        </w:tc>
        <w:tc>
          <w:tcPr>
            <w:tcW w:type="dxa" w:w="3513"/>
            <w:vAlign w:val="top"/>
          </w:tcPr>
          <w:p>
            <w:r/>
            <w:r>
              <w:rPr>
                <w:b w:val="0"/>
                <w:sz w:val="16"/>
              </w:rPr>
              <w:t>Stefan Gilgen (HK&amp;T Bern)</w:t>
            </w:r>
          </w:p>
        </w:tc>
        <w:tc>
          <w:tcPr>
            <w:tcW w:type="dxa" w:w="3513"/>
            <w:vAlign w:val="top"/>
          </w:tcPr>
          <w:p>
            <w:r/>
            <w:r>
              <w:rPr>
                <w:b w:val="0"/>
                <w:sz w:val="16"/>
              </w:rPr>
              <w:t>Genau, also das ist Regenwasserbewirtschaftung und grundleitig. Und in der Mayage-Schnittstelle wird das Sie innerhalb vom Gebäude sind Leitungen vom Meer und außerhalb vom Gebäude wäre es in der Firma Gruner.</w:t>
            </w:r>
          </w:p>
        </w:tc>
      </w:tr>
      <w:tr>
        <w:tc>
          <w:tcPr>
            <w:tcW w:type="dxa" w:w="3513"/>
            <w:vAlign w:val="top"/>
          </w:tcPr>
          <w:p>
            <w:r/>
            <w:r>
              <w:rPr>
                <w:b w:val="0"/>
                <w:sz w:val="16"/>
              </w:rPr>
              <w:t>29:33</w:t>
            </w:r>
          </w:p>
        </w:tc>
        <w:tc>
          <w:tcPr>
            <w:tcW w:type="dxa" w:w="3513"/>
            <w:vAlign w:val="top"/>
          </w:tcPr>
          <w:p>
            <w:r/>
            <w:r>
              <w:rPr>
                <w:b w:val="0"/>
                <w:sz w:val="16"/>
              </w:rPr>
              <w:t>Stefan Gilgen (HK&amp;T Bern)</w:t>
            </w:r>
          </w:p>
        </w:tc>
        <w:tc>
          <w:tcPr>
            <w:tcW w:type="dxa" w:w="3513"/>
            <w:vAlign w:val="top"/>
          </w:tcPr>
          <w:p>
            <w:r/>
            <w:r>
              <w:rPr>
                <w:b w:val="0"/>
                <w:sz w:val="16"/>
              </w:rPr>
              <w:t>Also, alles, was ich noch unter der Bodenplatte einstellen habe, mit Entwässerung mit Pumpen, das würde ich eigentlich mit mir planen. Und nachher gibt es irgendwo drei Anschlüsse, sag ich mal, im Gebäude eine und dann noch die Einstellungen, wo wir rauskommen. Und das wäre dann die Aufgabe, die ich liefern würde. wie viel Liter und was auch immer.</w:t>
            </w:r>
          </w:p>
        </w:tc>
      </w:tr>
      <w:tr>
        <w:tc>
          <w:tcPr>
            <w:tcW w:type="dxa" w:w="3513"/>
            <w:vAlign w:val="top"/>
          </w:tcPr>
          <w:p>
            <w:r/>
            <w:r>
              <w:rPr>
                <w:b w:val="0"/>
                <w:sz w:val="16"/>
              </w:rPr>
              <w:t>29:54</w:t>
            </w:r>
          </w:p>
        </w:tc>
        <w:tc>
          <w:tcPr>
            <w:tcW w:type="dxa" w:w="3513"/>
            <w:vAlign w:val="top"/>
          </w:tcPr>
          <w:p>
            <w:r/>
            <w:r>
              <w:rPr>
                <w:b w:val="0"/>
                <w:sz w:val="16"/>
              </w:rPr>
              <w:t>Jan Willem Brummelman</w:t>
            </w:r>
          </w:p>
        </w:tc>
        <w:tc>
          <w:tcPr>
            <w:tcW w:type="dxa" w:w="3513"/>
            <w:vAlign w:val="top"/>
          </w:tcPr>
          <w:p>
            <w:r/>
            <w:r>
              <w:rPr>
                <w:b w:val="0"/>
                <w:sz w:val="16"/>
              </w:rPr>
              <w:t>Ja, dafìr Wasser und genau sehr gut.</w:t>
            </w:r>
          </w:p>
        </w:tc>
      </w:tr>
      <w:tr>
        <w:tc>
          <w:tcPr>
            <w:tcW w:type="dxa" w:w="3513"/>
            <w:vAlign w:val="top"/>
          </w:tcPr>
          <w:p>
            <w:r/>
            <w:r>
              <w:rPr>
                <w:b w:val="0"/>
                <w:sz w:val="16"/>
              </w:rPr>
              <w:t>30:00</w:t>
            </w:r>
          </w:p>
        </w:tc>
        <w:tc>
          <w:tcPr>
            <w:tcW w:type="dxa" w:w="3513"/>
            <w:vAlign w:val="top"/>
          </w:tcPr>
          <w:p>
            <w:r/>
            <w:r>
              <w:rPr>
                <w:b w:val="0"/>
                <w:sz w:val="16"/>
              </w:rPr>
              <w:t>Donatiello Cristian</w:t>
            </w:r>
          </w:p>
        </w:tc>
        <w:tc>
          <w:tcPr>
            <w:tcW w:type="dxa" w:w="3513"/>
            <w:vAlign w:val="top"/>
          </w:tcPr>
          <w:p>
            <w:r/>
            <w:r>
              <w:rPr>
                <w:b w:val="0"/>
                <w:sz w:val="16"/>
              </w:rPr>
              <w:t>die ganz Erschließungsgeschichten von außen, das machst du, wenn da gab, wo vom Gebäude nach oben abkommen oder kannst du jetzt schon etwas machen oder</w:t>
            </w:r>
          </w:p>
        </w:tc>
      </w:tr>
      <w:tr>
        <w:tc>
          <w:tcPr>
            <w:tcW w:type="dxa" w:w="3513"/>
            <w:vAlign w:val="top"/>
          </w:tcPr>
          <w:p>
            <w:r/>
            <w:r>
              <w:rPr>
                <w:b w:val="0"/>
                <w:sz w:val="16"/>
              </w:rPr>
              <w:t>30:09</w:t>
            </w:r>
          </w:p>
        </w:tc>
        <w:tc>
          <w:tcPr>
            <w:tcW w:type="dxa" w:w="3513"/>
            <w:vAlign w:val="top"/>
          </w:tcPr>
          <w:p>
            <w:r/>
            <w:r>
              <w:rPr>
                <w:b w:val="0"/>
                <w:sz w:val="16"/>
              </w:rPr>
              <w:t>Stefan Gilgen (HK&amp;T Bern)</w:t>
            </w:r>
          </w:p>
        </w:tc>
        <w:tc>
          <w:tcPr>
            <w:tcW w:type="dxa" w:w="3513"/>
            <w:vAlign w:val="top"/>
          </w:tcPr>
          <w:p>
            <w:r/>
            <w:r>
              <w:rPr>
                <w:b w:val="0"/>
                <w:sz w:val="16"/>
              </w:rPr>
              <w:t>Meldest mich also, wenn ich sage Wetter, Brater besorgt sie der Plan in der Stimme, wie sie komme, mit dem Mauer Sammlung sammelberechtigt mache oder kann ich jetzt schon irgendwie Mauer Wurf sagen, was wo bekommt für den Standort müssen wir sicher Müssen mitnehmen, Mama anrufen, planen.</w:t>
            </w:r>
          </w:p>
        </w:tc>
      </w:tr>
      <w:tr>
        <w:tc>
          <w:tcPr>
            <w:tcW w:type="dxa" w:w="3513"/>
            <w:vAlign w:val="top"/>
          </w:tcPr>
          <w:p>
            <w:r/>
            <w:r>
              <w:rPr>
                <w:b w:val="0"/>
                <w:sz w:val="16"/>
              </w:rPr>
              <w:t>30:29</w:t>
            </w:r>
          </w:p>
        </w:tc>
        <w:tc>
          <w:tcPr>
            <w:tcW w:type="dxa" w:w="3513"/>
            <w:vAlign w:val="top"/>
          </w:tcPr>
          <w:p>
            <w:r/>
            <w:r>
              <w:rPr>
                <w:b w:val="0"/>
                <w:sz w:val="16"/>
              </w:rPr>
              <w:t>Stefan Gilgen (HK&amp;T Bern)</w:t>
            </w:r>
          </w:p>
        </w:tc>
        <w:tc>
          <w:tcPr>
            <w:tcW w:type="dxa" w:w="3513"/>
            <w:vAlign w:val="top"/>
          </w:tcPr>
          <w:p>
            <w:r/>
            <w:r>
              <w:rPr>
                <w:b w:val="0"/>
                <w:sz w:val="16"/>
              </w:rPr>
              <w:t>Aber was oder Abwasser zu erwarten ist doch nicht, muss ich Auskunft machen.</w:t>
            </w:r>
          </w:p>
        </w:tc>
      </w:tr>
      <w:tr>
        <w:tc>
          <w:tcPr>
            <w:tcW w:type="dxa" w:w="3513"/>
            <w:vAlign w:val="top"/>
          </w:tcPr>
          <w:p>
            <w:r/>
            <w:r>
              <w:rPr>
                <w:b w:val="0"/>
                <w:sz w:val="16"/>
              </w:rPr>
              <w:t>30:39</w:t>
            </w:r>
          </w:p>
        </w:tc>
        <w:tc>
          <w:tcPr>
            <w:tcW w:type="dxa" w:w="3513"/>
            <w:vAlign w:val="top"/>
          </w:tcPr>
          <w:p>
            <w:r/>
            <w:r>
              <w:rPr>
                <w:b w:val="0"/>
                <w:sz w:val="16"/>
              </w:rPr>
              <w:t>Stefan Gilgen (HK&amp;T Bern)</w:t>
            </w:r>
          </w:p>
        </w:tc>
        <w:tc>
          <w:tcPr>
            <w:tcW w:type="dxa" w:w="3513"/>
            <w:vAlign w:val="top"/>
          </w:tcPr>
          <w:p>
            <w:r/>
            <w:r>
              <w:rPr>
                <w:b w:val="0"/>
                <w:sz w:val="16"/>
              </w:rPr>
              <w:t>Das Gleiche, das Gleiche, aber auf der Zuleitungsseite, was mit dem Wasserbedarf.</w:t>
            </w:r>
          </w:p>
        </w:tc>
      </w:tr>
      <w:tr>
        <w:tc>
          <w:tcPr>
            <w:tcW w:type="dxa" w:w="3513"/>
            <w:vAlign w:val="top"/>
          </w:tcPr>
          <w:p>
            <w:r/>
            <w:r>
              <w:rPr>
                <w:b w:val="0"/>
                <w:sz w:val="16"/>
              </w:rPr>
              <w:t>30:46</w:t>
            </w:r>
          </w:p>
        </w:tc>
        <w:tc>
          <w:tcPr>
            <w:tcW w:type="dxa" w:w="3513"/>
            <w:vAlign w:val="top"/>
          </w:tcPr>
          <w:p>
            <w:r/>
            <w:r>
              <w:rPr>
                <w:b w:val="0"/>
                <w:sz w:val="16"/>
              </w:rPr>
              <w:t>Ramon Nachmansohn</w:t>
            </w:r>
          </w:p>
        </w:tc>
        <w:tc>
          <w:tcPr>
            <w:tcW w:type="dxa" w:w="3513"/>
            <w:vAlign w:val="top"/>
          </w:tcPr>
          <w:p>
            <w:r/>
            <w:r>
              <w:rPr>
                <w:b w:val="0"/>
                <w:sz w:val="16"/>
              </w:rPr>
              <w:t>Süße, wenn wir mal das Strichkonzept einblenden, können wir mal zeigen, was wir bis jetzt abgedeckt haben, oder das muss ein Bergleitungsplaner machen, um zu zeigen.</w:t>
            </w:r>
          </w:p>
        </w:tc>
      </w:tr>
      <w:tr>
        <w:tc>
          <w:tcPr>
            <w:tcW w:type="dxa" w:w="3513"/>
            <w:vAlign w:val="top"/>
          </w:tcPr>
          <w:p>
            <w:r/>
            <w:r>
              <w:rPr>
                <w:b w:val="0"/>
                <w:sz w:val="16"/>
              </w:rPr>
              <w:t>31:26</w:t>
            </w:r>
          </w:p>
        </w:tc>
        <w:tc>
          <w:tcPr>
            <w:tcW w:type="dxa" w:w="3513"/>
            <w:vAlign w:val="top"/>
          </w:tcPr>
          <w:p>
            <w:r/>
            <w:r>
              <w:rPr>
                <w:b w:val="0"/>
                <w:sz w:val="16"/>
              </w:rPr>
              <w:t>Stefan Gilgen (HK&amp;T Bern)</w:t>
            </w:r>
          </w:p>
        </w:tc>
        <w:tc>
          <w:tcPr>
            <w:tcW w:type="dxa" w:w="3513"/>
            <w:vAlign w:val="top"/>
          </w:tcPr>
          <w:p>
            <w:r/>
            <w:r>
              <w:rPr>
                <w:b w:val="0"/>
                <w:sz w:val="16"/>
              </w:rPr>
              <w:t>A song. So, aber das war eigentlich mit mit der, das, dass wir von der Ding her Täuschungen sind mit dem Bodenplatte vom UG aus Kanalisation, haben wir eigentlich mal drei Pumpstationen angedenkt. Das im Gebäude würde es eine geben, wo wir die Technik rumpumpen. Das wäre normale Schmutzwasserpumpe. Im anderen Gebäude hat man, wo man im Umgebungen natürlich noch die Garderobe hat, braucht es die Kakao-Pumpe. Und nachher haben wir eigentlich die Entwässerung vor Einstellhauen über Schlammsammler, wo man auch oben die raufpumpen. Das ist sicher mal irgendwo, mir hat es jetzt mal ein bisschen angedenkt oder mal ein bisschen. Von uns überlegt, wo man ab bei unserer kann, aber das ist Strich Konzept.</w:t>
            </w:r>
          </w:p>
        </w:tc>
      </w:tr>
      <w:tr>
        <w:tc>
          <w:tcPr>
            <w:tcW w:type="dxa" w:w="3513"/>
            <w:vAlign w:val="top"/>
          </w:tcPr>
          <w:p>
            <w:r/>
            <w:r>
              <w:rPr>
                <w:b w:val="0"/>
                <w:sz w:val="16"/>
              </w:rPr>
              <w:t>32:12</w:t>
            </w:r>
          </w:p>
        </w:tc>
        <w:tc>
          <w:tcPr>
            <w:tcW w:type="dxa" w:w="3513"/>
            <w:vAlign w:val="top"/>
          </w:tcPr>
          <w:p>
            <w:r/>
            <w:r>
              <w:rPr>
                <w:b w:val="0"/>
                <w:sz w:val="16"/>
              </w:rPr>
              <w:t>Stefan Gilgen (HK&amp;T Bern)</w:t>
            </w:r>
          </w:p>
        </w:tc>
        <w:tc>
          <w:tcPr>
            <w:tcW w:type="dxa" w:w="3513"/>
            <w:vAlign w:val="top"/>
          </w:tcPr>
          <w:p>
            <w:r/>
            <w:r>
              <w:rPr>
                <w:b w:val="0"/>
                <w:sz w:val="16"/>
              </w:rPr>
              <w:t>Ich glaube, wichtig ist ja auch noch, wo kann man überhaupt Osternachen oder Kokontrollschach machen? ja, ist es da bloß auf der rechten Seite, auf der linken Seite? Das hätte vielleicht bei so einer Einflüsse, wo man rein müsste, so.</w:t>
            </w:r>
          </w:p>
        </w:tc>
      </w:tr>
      <w:tr>
        <w:tc>
          <w:tcPr>
            <w:tcW w:type="dxa" w:w="3513"/>
            <w:vAlign w:val="top"/>
          </w:tcPr>
          <w:p>
            <w:r/>
            <w:r>
              <w:rPr>
                <w:b w:val="0"/>
                <w:sz w:val="16"/>
              </w:rPr>
              <w:t>32:32</w:t>
            </w:r>
          </w:p>
        </w:tc>
        <w:tc>
          <w:tcPr>
            <w:tcW w:type="dxa" w:w="3513"/>
            <w:vAlign w:val="top"/>
          </w:tcPr>
          <w:p>
            <w:r/>
            <w:r>
              <w:rPr>
                <w:b w:val="0"/>
                <w:sz w:val="16"/>
              </w:rPr>
              <w:t>Jan Willem Brummelman</w:t>
            </w:r>
          </w:p>
        </w:tc>
        <w:tc>
          <w:tcPr>
            <w:tcW w:type="dxa" w:w="3513"/>
            <w:vAlign w:val="top"/>
          </w:tcPr>
          <w:p>
            <w:r/>
            <w:r>
              <w:rPr>
                <w:b w:val="0"/>
                <w:sz w:val="16"/>
              </w:rPr>
              <w:t>Gibt es schon Vorgaben, Übergabestelle oder so Sachen?</w:t>
            </w:r>
          </w:p>
        </w:tc>
      </w:tr>
      <w:tr>
        <w:tc>
          <w:tcPr>
            <w:tcW w:type="dxa" w:w="3513"/>
            <w:vAlign w:val="top"/>
          </w:tcPr>
          <w:p>
            <w:r/>
            <w:r>
              <w:rPr>
                <w:b w:val="0"/>
                <w:sz w:val="16"/>
              </w:rPr>
              <w:t>32:37</w:t>
            </w:r>
          </w:p>
        </w:tc>
        <w:tc>
          <w:tcPr>
            <w:tcW w:type="dxa" w:w="3513"/>
            <w:vAlign w:val="top"/>
          </w:tcPr>
          <w:p>
            <w:r/>
            <w:r>
              <w:rPr>
                <w:b w:val="0"/>
                <w:sz w:val="16"/>
              </w:rPr>
              <w:t>Stefan Gilgen (HK&amp;T Bern)</w:t>
            </w:r>
          </w:p>
        </w:tc>
        <w:tc>
          <w:tcPr>
            <w:tcW w:type="dxa" w:w="3513"/>
            <w:vAlign w:val="top"/>
          </w:tcPr>
          <w:p>
            <w:r/>
            <w:r>
              <w:rPr>
                <w:b w:val="0"/>
                <w:sz w:val="16"/>
              </w:rPr>
              <w:t>Was einfach, was einfach weiß, irgendwo da oben, wo jetzt grad meine Hand ist, natürlich. Irgendwo da ist bestehender Schacht, irgendwo hab ich gesehen in der Kanalisation.</w:t>
            </w:r>
          </w:p>
        </w:tc>
      </w:tr>
      <w:tr>
        <w:tc>
          <w:tcPr>
            <w:tcW w:type="dxa" w:w="3513"/>
            <w:vAlign w:val="top"/>
          </w:tcPr>
          <w:p>
            <w:r/>
            <w:r>
              <w:rPr>
                <w:b w:val="0"/>
                <w:sz w:val="16"/>
              </w:rPr>
              <w:t>32:48</w:t>
            </w:r>
          </w:p>
        </w:tc>
        <w:tc>
          <w:tcPr>
            <w:tcW w:type="dxa" w:w="3513"/>
            <w:vAlign w:val="top"/>
          </w:tcPr>
          <w:p>
            <w:r/>
            <w:r>
              <w:rPr>
                <w:b w:val="0"/>
                <w:sz w:val="16"/>
              </w:rPr>
              <w:t>Stefan Gilgen (HK&amp;T Bern)</w:t>
            </w:r>
          </w:p>
        </w:tc>
        <w:tc>
          <w:tcPr>
            <w:tcW w:type="dxa" w:w="3513"/>
            <w:vAlign w:val="top"/>
          </w:tcPr>
          <w:p>
            <w:r/>
            <w:r>
              <w:rPr>
                <w:b w:val="0"/>
                <w:sz w:val="16"/>
              </w:rPr>
              <w:t>Wissen ja, ob man, ob man da wieder übernommen oder ob es da irgendwo neue geht, aber natürlich, wir haben hier paar Zauer Grenze und das Gebäude kommt relativ nach Herren. Also, wir sind da. Hey, nicht viel Platz für irgendwas bis zu platzieren. Frage ist dann auch noch, oder was? Ich weiß auch nicht ob.</w:t>
            </w:r>
          </w:p>
        </w:tc>
      </w:tr>
      <w:tr>
        <w:tc>
          <w:tcPr>
            <w:tcW w:type="dxa" w:w="3513"/>
            <w:vAlign w:val="top"/>
          </w:tcPr>
          <w:p>
            <w:r/>
            <w:r>
              <w:rPr>
                <w:b w:val="0"/>
                <w:sz w:val="16"/>
              </w:rPr>
              <w:t>33:08</w:t>
            </w:r>
          </w:p>
        </w:tc>
        <w:tc>
          <w:tcPr>
            <w:tcW w:type="dxa" w:w="3513"/>
            <w:vAlign w:val="top"/>
          </w:tcPr>
          <w:p>
            <w:r/>
            <w:r>
              <w:rPr>
                <w:b w:val="0"/>
                <w:sz w:val="16"/>
              </w:rPr>
              <w:t>Stefan Gilgen (HK&amp;T Bern)</w:t>
            </w:r>
          </w:p>
        </w:tc>
        <w:tc>
          <w:tcPr>
            <w:tcW w:type="dxa" w:w="3513"/>
            <w:vAlign w:val="top"/>
          </w:tcPr>
          <w:p>
            <w:r/>
            <w:r>
              <w:rPr>
                <w:b w:val="0"/>
                <w:sz w:val="16"/>
              </w:rPr>
              <w:t>Aber es geht dann wieder an, weil muss man ja das Formular für Bowie gab ausfüllen, weil keine 15% Regenwasser. Wir wissen nicht, das ist jetzt auch, oder das haben wir mal auch, glaube ich, Ausgleich gehabt. Aber da schon gefragt, Versicherungsanlage, ob es da etwas braucht oder nicht.</w:t>
            </w:r>
          </w:p>
        </w:tc>
      </w:tr>
      <w:tr>
        <w:tc>
          <w:tcPr>
            <w:tcW w:type="dxa" w:w="3513"/>
            <w:vAlign w:val="top"/>
          </w:tcPr>
          <w:p>
            <w:r/>
            <w:r>
              <w:rPr>
                <w:b w:val="0"/>
                <w:sz w:val="16"/>
              </w:rPr>
              <w:t>33:28</w:t>
            </w:r>
          </w:p>
        </w:tc>
        <w:tc>
          <w:tcPr>
            <w:tcW w:type="dxa" w:w="3513"/>
            <w:vAlign w:val="top"/>
          </w:tcPr>
          <w:p>
            <w:r/>
            <w:r>
              <w:rPr>
                <w:b w:val="0"/>
                <w:sz w:val="16"/>
              </w:rPr>
              <w:t>Donatiello Cristian</w:t>
            </w:r>
          </w:p>
        </w:tc>
        <w:tc>
          <w:tcPr>
            <w:tcW w:type="dxa" w:w="3513"/>
            <w:vAlign w:val="top"/>
          </w:tcPr>
          <w:p>
            <w:r/>
            <w:r>
              <w:rPr>
                <w:b w:val="0"/>
                <w:sz w:val="16"/>
              </w:rPr>
              <w:t>Also, sie kriegt es aber sicher rein, brauche mit dafür nicht direkte Kanalisation.</w:t>
            </w:r>
          </w:p>
        </w:tc>
      </w:tr>
      <w:tr>
        <w:tc>
          <w:tcPr>
            <w:tcW w:type="dxa" w:w="3513"/>
            <w:vAlign w:val="top"/>
          </w:tcPr>
          <w:p>
            <w:r/>
            <w:r>
              <w:rPr>
                <w:b w:val="0"/>
                <w:sz w:val="16"/>
              </w:rPr>
              <w:t>33:34</w:t>
            </w:r>
          </w:p>
        </w:tc>
        <w:tc>
          <w:tcPr>
            <w:tcW w:type="dxa" w:w="3513"/>
            <w:vAlign w:val="top"/>
          </w:tcPr>
          <w:p>
            <w:r/>
            <w:r>
              <w:rPr>
                <w:b w:val="0"/>
                <w:sz w:val="16"/>
              </w:rPr>
              <w:t>Donatiello Cristian</w:t>
            </w:r>
          </w:p>
        </w:tc>
        <w:tc>
          <w:tcPr>
            <w:tcW w:type="dxa" w:w="3513"/>
            <w:vAlign w:val="top"/>
          </w:tcPr>
          <w:p>
            <w:r/>
            <w:r>
              <w:rPr>
                <w:b w:val="0"/>
                <w:sz w:val="16"/>
              </w:rPr>
              <w:t>Ableiten oder was ist wieder so?</w:t>
            </w:r>
          </w:p>
        </w:tc>
      </w:tr>
      <w:tr>
        <w:tc>
          <w:tcPr>
            <w:tcW w:type="dxa" w:w="3513"/>
            <w:vAlign w:val="top"/>
          </w:tcPr>
          <w:p>
            <w:r/>
            <w:r>
              <w:rPr>
                <w:b w:val="0"/>
                <w:sz w:val="16"/>
              </w:rPr>
              <w:t>33:35</w:t>
            </w:r>
          </w:p>
        </w:tc>
        <w:tc>
          <w:tcPr>
            <w:tcW w:type="dxa" w:w="3513"/>
            <w:vAlign w:val="top"/>
          </w:tcPr>
          <w:p>
            <w:r/>
            <w:r>
              <w:rPr>
                <w:b w:val="0"/>
                <w:sz w:val="16"/>
              </w:rPr>
              <w:t>Stefan Gilgen (HK&amp;T Bern)</w:t>
            </w:r>
          </w:p>
        </w:tc>
        <w:tc>
          <w:tcPr>
            <w:tcW w:type="dxa" w:w="3513"/>
            <w:vAlign w:val="top"/>
          </w:tcPr>
          <w:p>
            <w:r/>
            <w:r>
              <w:rPr>
                <w:b w:val="0"/>
                <w:sz w:val="16"/>
              </w:rPr>
              <w:t>Ja, aber es es gewisses, was gewisses darf man aber mit auf bei 15% von der gesamt Parzauer Fläche, aber das ist aber meistens schon ein eigenes Dach, wo nicht begrünt ist oder was auch immer, hab ich das aufgebraucht.</w:t>
            </w:r>
          </w:p>
        </w:tc>
      </w:tr>
      <w:tr>
        <w:tc>
          <w:tcPr>
            <w:tcW w:type="dxa" w:w="3513"/>
            <w:vAlign w:val="top"/>
          </w:tcPr>
          <w:p>
            <w:r/>
            <w:r>
              <w:rPr>
                <w:b w:val="0"/>
                <w:sz w:val="16"/>
              </w:rPr>
              <w:t>33:35</w:t>
            </w:r>
          </w:p>
        </w:tc>
        <w:tc>
          <w:tcPr>
            <w:tcW w:type="dxa" w:w="3513"/>
            <w:vAlign w:val="top"/>
          </w:tcPr>
          <w:p>
            <w:r/>
            <w:r>
              <w:rPr>
                <w:b w:val="0"/>
                <w:sz w:val="16"/>
              </w:rPr>
              <w:t>Jan Willem Brummelman</w:t>
            </w:r>
          </w:p>
        </w:tc>
        <w:tc>
          <w:tcPr>
            <w:tcW w:type="dxa" w:w="3513"/>
            <w:vAlign w:val="top"/>
          </w:tcPr>
          <w:p>
            <w:r/>
            <w:r>
              <w:rPr>
                <w:b w:val="0"/>
                <w:sz w:val="16"/>
              </w:rPr>
              <w:t>Jetzt sind wir überdritten sehr ne.</w:t>
            </w:r>
          </w:p>
        </w:tc>
      </w:tr>
      <w:tr>
        <w:tc>
          <w:tcPr>
            <w:tcW w:type="dxa" w:w="3513"/>
            <w:vAlign w:val="top"/>
          </w:tcPr>
          <w:p>
            <w:r/>
            <w:r>
              <w:rPr>
                <w:b w:val="0"/>
                <w:sz w:val="16"/>
              </w:rPr>
              <w:t>33:54</w:t>
            </w:r>
          </w:p>
        </w:tc>
        <w:tc>
          <w:tcPr>
            <w:tcW w:type="dxa" w:w="3513"/>
            <w:vAlign w:val="top"/>
          </w:tcPr>
          <w:p>
            <w:r/>
            <w:r>
              <w:rPr>
                <w:b w:val="0"/>
                <w:sz w:val="16"/>
              </w:rPr>
              <w:t>Donatiello Cristian</w:t>
            </w:r>
          </w:p>
        </w:tc>
        <w:tc>
          <w:tcPr>
            <w:tcW w:type="dxa" w:w="3513"/>
            <w:vAlign w:val="top"/>
          </w:tcPr>
          <w:p>
            <w:r/>
            <w:r>
              <w:rPr>
                <w:b w:val="0"/>
                <w:sz w:val="16"/>
              </w:rPr>
              <w:t>Und das Formular kommt von wem, wo der Stefan oder vom wer fällt?</w:t>
            </w:r>
          </w:p>
        </w:tc>
      </w:tr>
      <w:tr>
        <w:tc>
          <w:tcPr>
            <w:tcW w:type="dxa" w:w="3513"/>
            <w:vAlign w:val="top"/>
          </w:tcPr>
          <w:p>
            <w:r/>
            <w:r>
              <w:rPr>
                <w:b w:val="0"/>
                <w:sz w:val="16"/>
              </w:rPr>
              <w:t>33:59</w:t>
            </w:r>
          </w:p>
        </w:tc>
        <w:tc>
          <w:tcPr>
            <w:tcW w:type="dxa" w:w="3513"/>
            <w:vAlign w:val="top"/>
          </w:tcPr>
          <w:p>
            <w:r/>
            <w:r>
              <w:rPr>
                <w:b w:val="0"/>
                <w:sz w:val="16"/>
              </w:rPr>
              <w:t>Stefan Gilgen (HK&amp;T Bern)</w:t>
            </w:r>
          </w:p>
        </w:tc>
        <w:tc>
          <w:tcPr>
            <w:tcW w:type="dxa" w:w="3513"/>
            <w:vAlign w:val="top"/>
          </w:tcPr>
          <w:p>
            <w:r/>
            <w:r>
              <w:rPr>
                <w:b w:val="0"/>
                <w:sz w:val="16"/>
              </w:rPr>
              <w:t>Ja, also das ist, das ist eigentlich so ein Gemeinschaftsding zwischen Meer, zwischen Landschaft und auch eine zwischen der Werkleitung.</w:t>
            </w:r>
          </w:p>
        </w:tc>
      </w:tr>
      <w:tr>
        <w:tc>
          <w:tcPr>
            <w:tcW w:type="dxa" w:w="3513"/>
            <w:vAlign w:val="top"/>
          </w:tcPr>
          <w:p>
            <w:r/>
            <w:r>
              <w:rPr>
                <w:b w:val="0"/>
                <w:sz w:val="16"/>
              </w:rPr>
              <w:t>34:09</w:t>
            </w:r>
          </w:p>
        </w:tc>
        <w:tc>
          <w:tcPr>
            <w:tcW w:type="dxa" w:w="3513"/>
            <w:vAlign w:val="top"/>
          </w:tcPr>
          <w:p>
            <w:r/>
            <w:r>
              <w:rPr>
                <w:b w:val="0"/>
                <w:sz w:val="16"/>
              </w:rPr>
              <w:t>Stefan Gilgen (HK&amp;T Bern)</w:t>
            </w:r>
          </w:p>
        </w:tc>
        <w:tc>
          <w:tcPr>
            <w:tcW w:type="dxa" w:w="3513"/>
            <w:vAlign w:val="top"/>
          </w:tcPr>
          <w:p>
            <w:r/>
            <w:r>
              <w:rPr>
                <w:b w:val="0"/>
                <w:sz w:val="16"/>
              </w:rPr>
              <w:t>Wow, normalerweise muss man es mit der Abgabe Kanalisation gehen, darum ist es viel jetzt beim Sanitär gewesen, aber hier wird sicher Sanitär werkleitiges Thema sein. Und Landschafts braucht es natürlich, braucht man da Gabe von der ganzen Umgebungsflächen, aber wo man sieht, über die Schulter kann man ein bisschen reduzieren oder ja,</w:t>
            </w:r>
          </w:p>
        </w:tc>
      </w:tr>
      <w:tr>
        <w:tc>
          <w:tcPr>
            <w:tcW w:type="dxa" w:w="3513"/>
            <w:vAlign w:val="top"/>
          </w:tcPr>
          <w:p>
            <w:r/>
            <w:r>
              <w:rPr>
                <w:b w:val="0"/>
                <w:sz w:val="16"/>
              </w:rPr>
              <w:t>34:30</w:t>
            </w:r>
          </w:p>
        </w:tc>
        <w:tc>
          <w:tcPr>
            <w:tcW w:type="dxa" w:w="3513"/>
            <w:vAlign w:val="top"/>
          </w:tcPr>
          <w:p>
            <w:r/>
            <w:r>
              <w:rPr>
                <w:b w:val="0"/>
                <w:sz w:val="16"/>
              </w:rPr>
              <w:t>Ramon Nachmansohn</w:t>
            </w:r>
          </w:p>
        </w:tc>
        <w:tc>
          <w:tcPr>
            <w:tcW w:type="dxa" w:w="3513"/>
            <w:vAlign w:val="top"/>
          </w:tcPr>
          <w:p>
            <w:r/>
            <w:r>
              <w:rPr>
                <w:b w:val="0"/>
                <w:sz w:val="16"/>
              </w:rPr>
              <w:t>Darf ich noch schnell fragen, wenn es jetzt eine Rezension braucht, Stefan, die wer plant denn die? Also, ich hab gemeint, mir würden die nicht planen.</w:t>
            </w:r>
          </w:p>
        </w:tc>
      </w:tr>
      <w:tr>
        <w:tc>
          <w:tcPr>
            <w:tcW w:type="dxa" w:w="3513"/>
            <w:vAlign w:val="top"/>
          </w:tcPr>
          <w:p>
            <w:r/>
            <w:r>
              <w:rPr>
                <w:b w:val="0"/>
                <w:sz w:val="16"/>
              </w:rPr>
              <w:t>34:45</w:t>
            </w:r>
          </w:p>
        </w:tc>
        <w:tc>
          <w:tcPr>
            <w:tcW w:type="dxa" w:w="3513"/>
            <w:vAlign w:val="top"/>
          </w:tcPr>
          <w:p>
            <w:r/>
            <w:r>
              <w:rPr>
                <w:b w:val="0"/>
                <w:sz w:val="16"/>
              </w:rPr>
              <w:t>Jan Willem Brummelman</w:t>
            </w:r>
          </w:p>
        </w:tc>
        <w:tc>
          <w:tcPr>
            <w:tcW w:type="dxa" w:w="3513"/>
            <w:vAlign w:val="top"/>
          </w:tcPr>
          <w:p>
            <w:r/>
            <w:r>
              <w:rPr>
                <w:b w:val="0"/>
                <w:sz w:val="16"/>
              </w:rPr>
              <w:t>Sepplane mehr, wir haben da verdient, Abfluss BI Werte ja Fläche beschaffen heute im Prinzip Umgebungsplanung müssen natürlich steuer, Wasser und und Wasseroberflächen hemmen und dann gibt es eben die Zahl der Suse warme der Ableitung und Suse Rezension.</w:t>
            </w:r>
          </w:p>
        </w:tc>
      </w:tr>
      <w:tr>
        <w:tc>
          <w:tcPr>
            <w:tcW w:type="dxa" w:w="3513"/>
            <w:vAlign w:val="top"/>
          </w:tcPr>
          <w:p>
            <w:r/>
            <w:r>
              <w:rPr>
                <w:b w:val="0"/>
                <w:sz w:val="16"/>
              </w:rPr>
              <w:t>34:49</w:t>
            </w:r>
          </w:p>
        </w:tc>
        <w:tc>
          <w:tcPr>
            <w:tcW w:type="dxa" w:w="3513"/>
            <w:vAlign w:val="top"/>
          </w:tcPr>
          <w:p>
            <w:r/>
            <w:r>
              <w:rPr>
                <w:b w:val="0"/>
                <w:sz w:val="16"/>
              </w:rPr>
              <w:t>Ramon Nachmansohn</w:t>
            </w:r>
          </w:p>
        </w:tc>
        <w:tc>
          <w:tcPr>
            <w:tcW w:type="dxa" w:w="3513"/>
            <w:vAlign w:val="top"/>
          </w:tcPr>
          <w:p>
            <w:r/>
            <w:r>
              <w:rPr>
                <w:b w:val="0"/>
                <w:sz w:val="16"/>
              </w:rPr>
              <w:t>Na then is good. Na then is good.</w:t>
            </w:r>
          </w:p>
        </w:tc>
      </w:tr>
      <w:tr>
        <w:tc>
          <w:tcPr>
            <w:tcW w:type="dxa" w:w="3513"/>
            <w:vAlign w:val="top"/>
          </w:tcPr>
          <w:p>
            <w:r/>
            <w:r>
              <w:rPr>
                <w:b w:val="0"/>
                <w:sz w:val="16"/>
              </w:rPr>
              <w:t>34:59</w:t>
            </w:r>
          </w:p>
        </w:tc>
        <w:tc>
          <w:tcPr>
            <w:tcW w:type="dxa" w:w="3513"/>
            <w:vAlign w:val="top"/>
          </w:tcPr>
          <w:p>
            <w:r/>
            <w:r>
              <w:rPr>
                <w:b w:val="0"/>
                <w:sz w:val="16"/>
              </w:rPr>
              <w:t>Stefan Gilgen (HK&amp;T Bern)</w:t>
            </w:r>
          </w:p>
        </w:tc>
        <w:tc>
          <w:tcPr>
            <w:tcW w:type="dxa" w:w="3513"/>
            <w:vAlign w:val="top"/>
          </w:tcPr>
          <w:p>
            <w:r/>
            <w:r>
              <w:rPr>
                <w:b w:val="0"/>
                <w:sz w:val="16"/>
              </w:rPr>
              <w:t>Genau, aber geht's, geht's, geht's eine Valerie oder irgendein Biss, das müssen wir dann auch raus.</w:t>
            </w:r>
          </w:p>
        </w:tc>
      </w:tr>
      <w:tr>
        <w:tc>
          <w:tcPr>
            <w:tcW w:type="dxa" w:w="3513"/>
            <w:vAlign w:val="top"/>
          </w:tcPr>
          <w:p>
            <w:r/>
            <w:r>
              <w:rPr>
                <w:b w:val="0"/>
                <w:sz w:val="16"/>
              </w:rPr>
              <w:t>35:04</w:t>
            </w:r>
          </w:p>
        </w:tc>
        <w:tc>
          <w:tcPr>
            <w:tcW w:type="dxa" w:w="3513"/>
            <w:vAlign w:val="top"/>
          </w:tcPr>
          <w:p>
            <w:r/>
            <w:r>
              <w:rPr>
                <w:b w:val="0"/>
                <w:sz w:val="16"/>
              </w:rPr>
              <w:t>Angelika Peeters</w:t>
            </w:r>
          </w:p>
        </w:tc>
        <w:tc>
          <w:tcPr>
            <w:tcW w:type="dxa" w:w="3513"/>
            <w:vAlign w:val="top"/>
          </w:tcPr>
          <w:p>
            <w:r/>
            <w:r>
              <w:rPr>
                <w:b w:val="0"/>
                <w:sz w:val="16"/>
              </w:rPr>
              <w:t>Na, wir haben ja im im Wettbewerb eigentlich ja schon mal so Physik, Kriegsmulde abland aus Ibland und da denk ich schon mal. Zweitplatzierige haben wir schon mal dafür, dass wenn wir dann noch alle erkennen, ob die 2 langen Jahre, ob es dann notiert, ist schnell bis bis die Haare so ja.</w:t>
            </w:r>
          </w:p>
        </w:tc>
      </w:tr>
      <w:tr>
        <w:tc>
          <w:tcPr>
            <w:tcW w:type="dxa" w:w="3513"/>
            <w:vAlign w:val="top"/>
          </w:tcPr>
          <w:p>
            <w:r/>
            <w:r>
              <w:rPr>
                <w:b w:val="0"/>
                <w:sz w:val="16"/>
              </w:rPr>
              <w:t>35:05</w:t>
            </w:r>
          </w:p>
        </w:tc>
        <w:tc>
          <w:tcPr>
            <w:tcW w:type="dxa" w:w="3513"/>
            <w:vAlign w:val="top"/>
          </w:tcPr>
          <w:p>
            <w:r/>
            <w:r>
              <w:rPr>
                <w:b w:val="0"/>
                <w:sz w:val="16"/>
              </w:rPr>
              <w:t>Ramon Nachmansohn</w:t>
            </w:r>
          </w:p>
        </w:tc>
        <w:tc>
          <w:tcPr>
            <w:tcW w:type="dxa" w:w="3513"/>
            <w:vAlign w:val="top"/>
          </w:tcPr>
          <w:p>
            <w:r/>
            <w:r>
              <w:rPr>
                <w:b w:val="0"/>
                <w:sz w:val="16"/>
              </w:rPr>
              <w:t>Nein, ist gut. Will befehlen. Na dann ist gut, will ich eine andere.</w:t>
            </w:r>
          </w:p>
        </w:tc>
      </w:tr>
      <w:tr>
        <w:tc>
          <w:tcPr>
            <w:tcW w:type="dxa" w:w="3513"/>
            <w:vAlign w:val="top"/>
          </w:tcPr>
          <w:p>
            <w:r/>
            <w:r>
              <w:rPr>
                <w:b w:val="0"/>
                <w:sz w:val="16"/>
              </w:rPr>
              <w:t>35:21</w:t>
            </w:r>
          </w:p>
        </w:tc>
        <w:tc>
          <w:tcPr>
            <w:tcW w:type="dxa" w:w="3513"/>
            <w:vAlign w:val="top"/>
          </w:tcPr>
          <w:p>
            <w:r/>
            <w:r>
              <w:rPr>
                <w:b w:val="0"/>
                <w:sz w:val="16"/>
              </w:rPr>
              <w:t>Stefan Gilgen (HK&amp;T Bern)</w:t>
            </w:r>
          </w:p>
        </w:tc>
        <w:tc>
          <w:tcPr>
            <w:tcW w:type="dxa" w:w="3513"/>
            <w:vAlign w:val="top"/>
          </w:tcPr>
          <w:p>
            <w:r/>
            <w:r>
              <w:rPr>
                <w:b w:val="0"/>
                <w:sz w:val="16"/>
              </w:rPr>
              <w:t>Ich hab mal für der Michi App ja, ich hab mal für der Michi Apple hat mir mal aufrageschaut. Das ist gut, Luka, bist gut. Und jetzt kann ich mal einfach so gut, die nach deiner Plan stand von ich hab gar nicht ausgerechnet.</w:t>
            </w:r>
          </w:p>
        </w:tc>
      </w:tr>
      <w:tr>
        <w:tc>
          <w:tcPr>
            <w:tcW w:type="dxa" w:w="3513"/>
            <w:vAlign w:val="top"/>
          </w:tcPr>
          <w:p>
            <w:r/>
            <w:r>
              <w:rPr>
                <w:b w:val="0"/>
                <w:sz w:val="16"/>
              </w:rPr>
              <w:t>35:24</w:t>
            </w:r>
          </w:p>
        </w:tc>
        <w:tc>
          <w:tcPr>
            <w:tcW w:type="dxa" w:w="3513"/>
            <w:vAlign w:val="top"/>
          </w:tcPr>
          <w:p>
            <w:r/>
            <w:r>
              <w:rPr>
                <w:b w:val="0"/>
                <w:sz w:val="16"/>
              </w:rPr>
              <w:t>Jan Willem Brummelman</w:t>
            </w:r>
          </w:p>
        </w:tc>
        <w:tc>
          <w:tcPr>
            <w:tcW w:type="dxa" w:w="3513"/>
            <w:vAlign w:val="top"/>
          </w:tcPr>
          <w:p>
            <w:r/>
            <w:r>
              <w:rPr>
                <w:b w:val="0"/>
                <w:sz w:val="16"/>
              </w:rPr>
              <w:t>Ja, das Thema ist sowieso ein bisschen Krieg. Also.</w:t>
            </w:r>
          </w:p>
        </w:tc>
      </w:tr>
      <w:tr>
        <w:tc>
          <w:tcPr>
            <w:tcW w:type="dxa" w:w="3513"/>
            <w:vAlign w:val="top"/>
          </w:tcPr>
          <w:p>
            <w:r/>
            <w:r>
              <w:rPr>
                <w:b w:val="0"/>
                <w:sz w:val="16"/>
              </w:rPr>
              <w:t>36:03</w:t>
            </w:r>
          </w:p>
        </w:tc>
        <w:tc>
          <w:tcPr>
            <w:tcW w:type="dxa" w:w="3513"/>
            <w:vAlign w:val="top"/>
          </w:tcPr>
          <w:p>
            <w:r/>
            <w:r>
              <w:rPr>
                <w:b w:val="0"/>
                <w:sz w:val="16"/>
              </w:rPr>
              <w:t>Stefan Gilgen (HK&amp;T Bern)</w:t>
            </w:r>
          </w:p>
        </w:tc>
        <w:tc>
          <w:tcPr>
            <w:tcW w:type="dxa" w:w="3513"/>
            <w:vAlign w:val="top"/>
          </w:tcPr>
          <w:p>
            <w:r/>
            <w:r>
              <w:rPr>
                <w:b w:val="0"/>
                <w:sz w:val="16"/>
              </w:rPr>
              <w:t>Da bin ich auf 20% bin ich hoch. Vielleicht hat man da sogar noch Potential zum Optimieren. Ja, den Umgebungsplan hab ich den gehabt vom 7.2. 25.</w:t>
            </w:r>
          </w:p>
        </w:tc>
      </w:tr>
      <w:tr>
        <w:tc>
          <w:tcPr>
            <w:tcW w:type="dxa" w:w="3513"/>
            <w:vAlign w:val="top"/>
          </w:tcPr>
          <w:p>
            <w:r/>
            <w:r>
              <w:rPr>
                <w:b w:val="0"/>
                <w:sz w:val="16"/>
              </w:rPr>
              <w:t>36:22</w:t>
            </w:r>
          </w:p>
        </w:tc>
        <w:tc>
          <w:tcPr>
            <w:tcW w:type="dxa" w:w="3513"/>
            <w:vAlign w:val="top"/>
          </w:tcPr>
          <w:p>
            <w:r/>
            <w:r>
              <w:rPr>
                <w:b w:val="0"/>
                <w:sz w:val="16"/>
              </w:rPr>
              <w:t>Donatiello Cristian</w:t>
            </w:r>
          </w:p>
        </w:tc>
        <w:tc>
          <w:tcPr>
            <w:tcW w:type="dxa" w:w="3513"/>
            <w:vAlign w:val="top"/>
          </w:tcPr>
          <w:p>
            <w:r/>
            <w:r>
              <w:rPr>
                <w:b w:val="0"/>
                <w:sz w:val="16"/>
              </w:rPr>
              <w:t>Ja, da geht's ja hier neuer.</w:t>
            </w:r>
          </w:p>
        </w:tc>
      </w:tr>
      <w:tr>
        <w:tc>
          <w:tcPr>
            <w:tcW w:type="dxa" w:w="3513"/>
            <w:vAlign w:val="top"/>
          </w:tcPr>
          <w:p>
            <w:r/>
            <w:r>
              <w:rPr>
                <w:b w:val="0"/>
                <w:sz w:val="16"/>
              </w:rPr>
              <w:t>36:31</w:t>
            </w:r>
          </w:p>
        </w:tc>
        <w:tc>
          <w:tcPr>
            <w:tcW w:type="dxa" w:w="3513"/>
            <w:vAlign w:val="top"/>
          </w:tcPr>
          <w:p>
            <w:r/>
            <w:r>
              <w:rPr>
                <w:b w:val="0"/>
                <w:sz w:val="16"/>
              </w:rPr>
              <w:t>Donatiello Cristian</w:t>
            </w:r>
          </w:p>
        </w:tc>
        <w:tc>
          <w:tcPr>
            <w:tcW w:type="dxa" w:w="3513"/>
            <w:vAlign w:val="top"/>
          </w:tcPr>
          <w:p>
            <w:r/>
            <w:r>
              <w:rPr>
                <w:b w:val="0"/>
                <w:sz w:val="16"/>
              </w:rPr>
              <w:t>aber vom weiteren Vorgehen stellen von dem Plane zuerst mal Technik die ganze Anschlüsse inne und sobald wir die Hand kurz den auch zu der Firma Gruner dem Fall oder das mit den. Das wird aber nie.</w:t>
            </w:r>
          </w:p>
        </w:tc>
      </w:tr>
      <w:tr>
        <w:tc>
          <w:tcPr>
            <w:tcW w:type="dxa" w:w="3513"/>
            <w:vAlign w:val="top"/>
          </w:tcPr>
          <w:p>
            <w:r/>
            <w:r>
              <w:rPr>
                <w:b w:val="0"/>
                <w:sz w:val="16"/>
              </w:rPr>
              <w:t>36:47</w:t>
            </w:r>
          </w:p>
        </w:tc>
        <w:tc>
          <w:tcPr>
            <w:tcW w:type="dxa" w:w="3513"/>
            <w:vAlign w:val="top"/>
          </w:tcPr>
          <w:p>
            <w:r/>
            <w:r>
              <w:rPr>
                <w:b w:val="0"/>
                <w:sz w:val="16"/>
              </w:rPr>
              <w:t>Donatiello Cristian</w:t>
            </w:r>
          </w:p>
        </w:tc>
        <w:tc>
          <w:tcPr>
            <w:tcW w:type="dxa" w:w="3513"/>
            <w:vAlign w:val="top"/>
          </w:tcPr>
          <w:p>
            <w:r/>
            <w:r>
              <w:rPr>
                <w:b w:val="0"/>
                <w:sz w:val="16"/>
              </w:rPr>
              <w:t>Vielleicht ein bisschen Zeit, schöner Ramon. Wie siehst du das?</w:t>
            </w:r>
          </w:p>
        </w:tc>
      </w:tr>
      <w:tr>
        <w:tc>
          <w:tcPr>
            <w:tcW w:type="dxa" w:w="3513"/>
            <w:vAlign w:val="top"/>
          </w:tcPr>
          <w:p>
            <w:r/>
            <w:r>
              <w:rPr>
                <w:b w:val="0"/>
                <w:sz w:val="16"/>
              </w:rPr>
              <w:t>36:55</w:t>
            </w:r>
          </w:p>
        </w:tc>
        <w:tc>
          <w:tcPr>
            <w:tcW w:type="dxa" w:w="3513"/>
            <w:vAlign w:val="top"/>
          </w:tcPr>
          <w:p>
            <w:r/>
            <w:r>
              <w:rPr>
                <w:b w:val="0"/>
                <w:sz w:val="16"/>
              </w:rPr>
              <w:t>Ramon Nachmansohn</w:t>
            </w:r>
          </w:p>
        </w:tc>
        <w:tc>
          <w:tcPr>
            <w:tcW w:type="dxa" w:w="3513"/>
            <w:vAlign w:val="top"/>
          </w:tcPr>
          <w:p>
            <w:r/>
            <w:r>
              <w:rPr>
                <w:b w:val="0"/>
                <w:sz w:val="16"/>
              </w:rPr>
              <w:t>Lo DEO Berechnung und Gebäudeindustrie.</w:t>
            </w:r>
          </w:p>
        </w:tc>
      </w:tr>
      <w:tr>
        <w:tc>
          <w:tcPr>
            <w:tcW w:type="dxa" w:w="3513"/>
            <w:vAlign w:val="top"/>
          </w:tcPr>
          <w:p>
            <w:r/>
            <w:r>
              <w:rPr>
                <w:b w:val="0"/>
                <w:sz w:val="16"/>
              </w:rPr>
              <w:t>36:57</w:t>
            </w:r>
          </w:p>
        </w:tc>
        <w:tc>
          <w:tcPr>
            <w:tcW w:type="dxa" w:w="3513"/>
            <w:vAlign w:val="top"/>
          </w:tcPr>
          <w:p>
            <w:r/>
            <w:r>
              <w:rPr>
                <w:b w:val="0"/>
                <w:sz w:val="16"/>
              </w:rPr>
              <w:t>Stefan Gilgen (HK&amp;T Bern)</w:t>
            </w:r>
          </w:p>
        </w:tc>
        <w:tc>
          <w:tcPr>
            <w:tcW w:type="dxa" w:w="3513"/>
            <w:vAlign w:val="top"/>
          </w:tcPr>
          <w:p>
            <w:r/>
            <w:r>
              <w:rPr>
                <w:b w:val="0"/>
                <w:sz w:val="16"/>
              </w:rPr>
              <w:t>Also, dich haben wir relativ, dich haben wir. Denke mir, der der User Teil also, der muss immer relativ schnell. Das Verlauf von nächste Woche haben wir das sicher, gell? Zusammen müssen wir zuerst mal alles oben aber plane, dass man irgendwo gesehen, wo sie macht. Aber oder ist es so, wie wie gesagt, in dem Konzept, mir sitzt mal links rechts.</w:t>
            </w:r>
          </w:p>
        </w:tc>
      </w:tr>
      <w:tr>
        <w:tc>
          <w:tcPr>
            <w:tcW w:type="dxa" w:w="3513"/>
            <w:vAlign w:val="top"/>
          </w:tcPr>
          <w:p>
            <w:r/>
            <w:r>
              <w:rPr>
                <w:b w:val="0"/>
                <w:sz w:val="16"/>
              </w:rPr>
              <w:t>37:19</w:t>
            </w:r>
          </w:p>
        </w:tc>
        <w:tc>
          <w:tcPr>
            <w:tcW w:type="dxa" w:w="3513"/>
            <w:vAlign w:val="top"/>
          </w:tcPr>
          <w:p>
            <w:r/>
            <w:r>
              <w:rPr>
                <w:b w:val="0"/>
                <w:sz w:val="16"/>
              </w:rPr>
              <w:t>Stefan Gilgen (HK&amp;T Bern)</w:t>
            </w:r>
          </w:p>
        </w:tc>
        <w:tc>
          <w:tcPr>
            <w:tcW w:type="dxa" w:w="3513"/>
            <w:vAlign w:val="top"/>
          </w:tcPr>
          <w:p>
            <w:r/>
            <w:r>
              <w:rPr>
                <w:b w:val="0"/>
                <w:sz w:val="16"/>
              </w:rPr>
              <w:t>Vielleicht seit seit mit der, aber ihm, vor der Kanalisation her, muss um auf der Südseite, nur so vor der Gebäude oder was auch immer, aber ich glaube, das ist auch och le. Jetzt, es, es entsteht X. Werte vor der Planik, also mit der mit der Umgebung zusammen, also respektive mit Panik.</w:t>
            </w:r>
          </w:p>
        </w:tc>
      </w:tr>
      <w:tr>
        <w:tc>
          <w:tcPr>
            <w:tcW w:type="dxa" w:w="3513"/>
            <w:vAlign w:val="top"/>
          </w:tcPr>
          <w:p>
            <w:r/>
            <w:r>
              <w:rPr>
                <w:b w:val="0"/>
                <w:sz w:val="16"/>
              </w:rPr>
              <w:t>37:49</w:t>
            </w:r>
          </w:p>
        </w:tc>
        <w:tc>
          <w:tcPr>
            <w:tcW w:type="dxa" w:w="3513"/>
            <w:vAlign w:val="top"/>
          </w:tcPr>
          <w:p>
            <w:r/>
            <w:r>
              <w:rPr>
                <w:b w:val="0"/>
                <w:sz w:val="16"/>
              </w:rPr>
              <w:t>Jan Willem Brummelman</w:t>
            </w:r>
          </w:p>
        </w:tc>
        <w:tc>
          <w:tcPr>
            <w:tcW w:type="dxa" w:w="3513"/>
            <w:vAlign w:val="top"/>
          </w:tcPr>
          <w:p>
            <w:r/>
            <w:r>
              <w:rPr>
                <w:b w:val="0"/>
                <w:sz w:val="16"/>
              </w:rPr>
              <w:t>Gibt es da, gibt es den Kontakt von der Gemeinde, also wo man da auch noch in da schauen und besprechen wer war wo was ableiten darf und woher rennen und wieviel und?</w:t>
            </w:r>
          </w:p>
        </w:tc>
      </w:tr>
      <w:tr>
        <w:tc>
          <w:tcPr>
            <w:tcW w:type="dxa" w:w="3513"/>
            <w:vAlign w:val="top"/>
          </w:tcPr>
          <w:p>
            <w:r/>
            <w:r>
              <w:rPr>
                <w:b w:val="0"/>
                <w:sz w:val="16"/>
              </w:rPr>
              <w:t>37:49</w:t>
            </w:r>
          </w:p>
        </w:tc>
        <w:tc>
          <w:tcPr>
            <w:tcW w:type="dxa" w:w="3513"/>
            <w:vAlign w:val="top"/>
          </w:tcPr>
          <w:p>
            <w:r/>
            <w:r>
              <w:rPr>
                <w:b w:val="0"/>
                <w:sz w:val="16"/>
              </w:rPr>
              <w:t>Donatiello Cristian</w:t>
            </w:r>
          </w:p>
        </w:tc>
        <w:tc>
          <w:tcPr>
            <w:tcW w:type="dxa" w:w="3513"/>
            <w:vAlign w:val="top"/>
          </w:tcPr>
          <w:p>
            <w:r/>
            <w:r>
              <w:rPr>
                <w:b w:val="0"/>
                <w:sz w:val="16"/>
              </w:rPr>
              <w:t>Also. Ja, wir haben den Kontakt.</w:t>
            </w:r>
          </w:p>
        </w:tc>
      </w:tr>
      <w:tr>
        <w:tc>
          <w:tcPr>
            <w:tcW w:type="dxa" w:w="3513"/>
            <w:vAlign w:val="top"/>
          </w:tcPr>
          <w:p>
            <w:r/>
            <w:r>
              <w:rPr>
                <w:b w:val="0"/>
                <w:sz w:val="16"/>
              </w:rPr>
              <w:t>38:05</w:t>
            </w:r>
          </w:p>
        </w:tc>
        <w:tc>
          <w:tcPr>
            <w:tcW w:type="dxa" w:w="3513"/>
            <w:vAlign w:val="top"/>
          </w:tcPr>
          <w:p>
            <w:r/>
            <w:r>
              <w:rPr>
                <w:b w:val="0"/>
                <w:sz w:val="16"/>
              </w:rPr>
              <w:t>Donatiello Cristian</w:t>
            </w:r>
          </w:p>
        </w:tc>
        <w:tc>
          <w:tcPr>
            <w:tcW w:type="dxa" w:w="3513"/>
            <w:vAlign w:val="top"/>
          </w:tcPr>
          <w:p>
            <w:r/>
            <w:r>
              <w:rPr>
                <w:b w:val="0"/>
                <w:sz w:val="16"/>
              </w:rPr>
              <w:t>Den hab ich, da kann ich dir, da kann ich dir zustellen.</w:t>
            </w:r>
          </w:p>
        </w:tc>
      </w:tr>
      <w:tr>
        <w:tc>
          <w:tcPr>
            <w:tcW w:type="dxa" w:w="3513"/>
            <w:vAlign w:val="top"/>
          </w:tcPr>
          <w:p>
            <w:r/>
            <w:r>
              <w:rPr>
                <w:b w:val="0"/>
                <w:sz w:val="16"/>
              </w:rPr>
              <w:t>38:08</w:t>
            </w:r>
          </w:p>
        </w:tc>
        <w:tc>
          <w:tcPr>
            <w:tcW w:type="dxa" w:w="3513"/>
            <w:vAlign w:val="top"/>
          </w:tcPr>
          <w:p>
            <w:r/>
            <w:r>
              <w:rPr>
                <w:b w:val="0"/>
                <w:sz w:val="16"/>
              </w:rPr>
              <w:t>Jan Willem Brummelman</w:t>
            </w:r>
          </w:p>
        </w:tc>
        <w:tc>
          <w:tcPr>
            <w:tcW w:type="dxa" w:w="3513"/>
            <w:vAlign w:val="top"/>
          </w:tcPr>
          <w:p>
            <w:r/>
            <w:r>
              <w:rPr>
                <w:b w:val="0"/>
                <w:sz w:val="16"/>
              </w:rPr>
              <w:t>Gern ja, auf dass man da auch noch eine Besprechung mitnehmen wird, die Vorbesprechung werden.</w:t>
            </w:r>
          </w:p>
        </w:tc>
      </w:tr>
      <w:tr>
        <w:tc>
          <w:tcPr>
            <w:tcW w:type="dxa" w:w="3513"/>
            <w:vAlign w:val="top"/>
          </w:tcPr>
          <w:p>
            <w:r/>
            <w:r>
              <w:rPr>
                <w:b w:val="0"/>
                <w:sz w:val="16"/>
              </w:rPr>
              <w:t>38:11</w:t>
            </w:r>
          </w:p>
        </w:tc>
        <w:tc>
          <w:tcPr>
            <w:tcW w:type="dxa" w:w="3513"/>
            <w:vAlign w:val="top"/>
          </w:tcPr>
          <w:p>
            <w:r/>
            <w:r>
              <w:rPr>
                <w:b w:val="0"/>
                <w:sz w:val="16"/>
              </w:rPr>
              <w:t>Stefan Gilgen (HK&amp;T Bern)</w:t>
            </w:r>
          </w:p>
        </w:tc>
        <w:tc>
          <w:tcPr>
            <w:tcW w:type="dxa" w:w="3513"/>
            <w:vAlign w:val="top"/>
          </w:tcPr>
          <w:p>
            <w:r/>
            <w:r>
              <w:rPr>
                <w:b w:val="0"/>
                <w:sz w:val="16"/>
              </w:rPr>
              <w:t>Und sag, vielleicht mal aus Teams machen, ja, möglichst früh ins Boot, möglichst früh ins Boot holen. Da hat man auch nicht das Gestört mit, ne?</w:t>
            </w:r>
          </w:p>
        </w:tc>
      </w:tr>
      <w:tr>
        <w:tc>
          <w:tcPr>
            <w:tcW w:type="dxa" w:w="3513"/>
            <w:vAlign w:val="top"/>
          </w:tcPr>
          <w:p>
            <w:r/>
            <w:r>
              <w:rPr>
                <w:b w:val="0"/>
                <w:sz w:val="16"/>
              </w:rPr>
              <w:t>38:14</w:t>
            </w:r>
          </w:p>
        </w:tc>
        <w:tc>
          <w:tcPr>
            <w:tcW w:type="dxa" w:w="3513"/>
            <w:vAlign w:val="top"/>
          </w:tcPr>
          <w:p>
            <w:r/>
            <w:r>
              <w:rPr>
                <w:b w:val="0"/>
                <w:sz w:val="16"/>
              </w:rPr>
              <w:t>Jan Willem Brummelman</w:t>
            </w:r>
          </w:p>
        </w:tc>
        <w:tc>
          <w:tcPr>
            <w:tcW w:type="dxa" w:w="3513"/>
            <w:vAlign w:val="top"/>
          </w:tcPr>
          <w:p>
            <w:r/>
            <w:r>
              <w:rPr>
                <w:b w:val="0"/>
                <w:sz w:val="16"/>
              </w:rPr>
              <w:t>Order ist. Ja genau, ja genau, das einfach mal Ehrenteilchen die bringen, dann haben wir solche Schnittstellen am Schluss, genau.</w:t>
            </w:r>
          </w:p>
        </w:tc>
      </w:tr>
      <w:tr>
        <w:tc>
          <w:tcPr>
            <w:tcW w:type="dxa" w:w="3513"/>
            <w:vAlign w:val="top"/>
          </w:tcPr>
          <w:p>
            <w:r/>
            <w:r>
              <w:rPr>
                <w:b w:val="0"/>
                <w:sz w:val="16"/>
              </w:rPr>
              <w:t>38:32</w:t>
            </w:r>
          </w:p>
        </w:tc>
        <w:tc>
          <w:tcPr>
            <w:tcW w:type="dxa" w:w="3513"/>
            <w:vAlign w:val="top"/>
          </w:tcPr>
          <w:p>
            <w:r/>
            <w:r>
              <w:rPr>
                <w:b w:val="0"/>
                <w:sz w:val="16"/>
              </w:rPr>
              <w:t>Ramon Nachmansohn</w:t>
            </w:r>
          </w:p>
        </w:tc>
        <w:tc>
          <w:tcPr>
            <w:tcW w:type="dxa" w:w="3513"/>
            <w:vAlign w:val="top"/>
          </w:tcPr>
          <w:p>
            <w:r/>
            <w:r>
              <w:rPr>
                <w:b w:val="0"/>
                <w:sz w:val="16"/>
              </w:rPr>
              <w:t>Du Stephan, ich habe gesehen, bitte Garage. Da oben dran noch eine zusätzliche Rinne. Braucht es dann da zwei Rinnen in der Tiefgarage abfahren. Was ist von der Fläche her? Da schreibst du maximal 20 Quadratmeter möglich. Also brauchen wir da noch eine zweite.</w:t>
            </w:r>
          </w:p>
        </w:tc>
      </w:tr>
      <w:tr>
        <w:tc>
          <w:tcPr>
            <w:tcW w:type="dxa" w:w="3513"/>
            <w:vAlign w:val="top"/>
          </w:tcPr>
          <w:p>
            <w:r/>
            <w:r>
              <w:rPr>
                <w:b w:val="0"/>
                <w:sz w:val="16"/>
              </w:rPr>
              <w:t>38:45</w:t>
            </w:r>
          </w:p>
        </w:tc>
        <w:tc>
          <w:tcPr>
            <w:tcW w:type="dxa" w:w="3513"/>
            <w:vAlign w:val="top"/>
          </w:tcPr>
          <w:p>
            <w:r/>
            <w:r>
              <w:rPr>
                <w:b w:val="0"/>
                <w:sz w:val="16"/>
              </w:rPr>
              <w:t>Stefan Gilgen (HK&amp;T Bern)</w:t>
            </w:r>
          </w:p>
        </w:tc>
        <w:tc>
          <w:tcPr>
            <w:tcW w:type="dxa" w:w="3513"/>
            <w:vAlign w:val="top"/>
          </w:tcPr>
          <w:p>
            <w:r/>
            <w:r>
              <w:rPr>
                <w:b w:val="0"/>
                <w:sz w:val="16"/>
              </w:rPr>
              <w:t>Außer Ostern, das war aus hier überdeckt, Peter.</w:t>
            </w:r>
          </w:p>
        </w:tc>
      </w:tr>
      <w:tr>
        <w:tc>
          <w:tcPr>
            <w:tcW w:type="dxa" w:w="3513"/>
            <w:vAlign w:val="top"/>
          </w:tcPr>
          <w:p>
            <w:r/>
            <w:r>
              <w:rPr>
                <w:b w:val="0"/>
                <w:sz w:val="16"/>
              </w:rPr>
              <w:t>38:50</w:t>
            </w:r>
          </w:p>
        </w:tc>
        <w:tc>
          <w:tcPr>
            <w:tcW w:type="dxa" w:w="3513"/>
            <w:vAlign w:val="top"/>
          </w:tcPr>
          <w:p>
            <w:r/>
            <w:r>
              <w:rPr>
                <w:b w:val="0"/>
                <w:sz w:val="16"/>
              </w:rPr>
              <w:t>Stefan Gilgen (HK&amp;T Bern)</w:t>
            </w:r>
          </w:p>
        </w:tc>
        <w:tc>
          <w:tcPr>
            <w:tcW w:type="dxa" w:w="3513"/>
            <w:vAlign w:val="top"/>
          </w:tcPr>
          <w:p>
            <w:r/>
            <w:r>
              <w:rPr>
                <w:b w:val="0"/>
                <w:sz w:val="16"/>
              </w:rPr>
              <w:t>Ich darf maximal, ach so, aber das ist doch jetzt Thema, da hier, wenn ich dir natürlich im natürlicher H. I. Trägerinnen Kanalisation, ich kann, ist das nicht das Problem. Ich darf nicht mehr als die 20 Quadratmeter in der Pumpschacht, ich. Ich habe am Schluss haben wir das riesen Bauwerk in muss pro Quadratmeter Fläche 50 Liter Reservevolumen in Pumpenschacht haben. Also, wenn ich die VW Ding hat, dann ist ja nur mit 1,5 Kubik Reservevolumen für 2 Wasser bedarf nach. Leut Satz nicht mehr drinne.</w:t>
            </w:r>
          </w:p>
        </w:tc>
      </w:tr>
      <w:tr>
        <w:tc>
          <w:tcPr>
            <w:tcW w:type="dxa" w:w="3513"/>
            <w:vAlign w:val="top"/>
          </w:tcPr>
          <w:p>
            <w:r/>
            <w:r>
              <w:rPr>
                <w:b w:val="0"/>
                <w:sz w:val="16"/>
              </w:rPr>
              <w:t>39:27</w:t>
            </w:r>
          </w:p>
        </w:tc>
        <w:tc>
          <w:tcPr>
            <w:tcW w:type="dxa" w:w="3513"/>
            <w:vAlign w:val="top"/>
          </w:tcPr>
          <w:p>
            <w:r/>
            <w:r>
              <w:rPr>
                <w:b w:val="0"/>
                <w:sz w:val="16"/>
              </w:rPr>
              <w:t>Claudia Kresser</w:t>
            </w:r>
          </w:p>
        </w:tc>
        <w:tc>
          <w:tcPr>
            <w:tcW w:type="dxa" w:w="3513"/>
            <w:vAlign w:val="top"/>
          </w:tcPr>
          <w:p>
            <w:r/>
            <w:r>
              <w:rPr>
                <w:b w:val="0"/>
                <w:sz w:val="16"/>
              </w:rPr>
              <w:t>Also, was heißt da ganz kurz Lesbarkeit? Das heißt maximal 20.</w:t>
            </w:r>
          </w:p>
        </w:tc>
      </w:tr>
      <w:tr>
        <w:tc>
          <w:tcPr>
            <w:tcW w:type="dxa" w:w="3513"/>
            <w:vAlign w:val="top"/>
          </w:tcPr>
          <w:p>
            <w:r/>
            <w:r>
              <w:rPr>
                <w:b w:val="0"/>
                <w:sz w:val="16"/>
              </w:rPr>
              <w:t>39:33</w:t>
            </w:r>
          </w:p>
        </w:tc>
        <w:tc>
          <w:tcPr>
            <w:tcW w:type="dxa" w:w="3513"/>
            <w:vAlign w:val="top"/>
          </w:tcPr>
          <w:p>
            <w:r/>
            <w:r>
              <w:rPr>
                <w:b w:val="0"/>
                <w:sz w:val="16"/>
              </w:rPr>
              <w:t>Stefan Gilgen (HK&amp;T Bern)</w:t>
            </w:r>
          </w:p>
        </w:tc>
        <w:tc>
          <w:tcPr>
            <w:tcW w:type="dxa" w:w="3513"/>
            <w:vAlign w:val="top"/>
          </w:tcPr>
          <w:p>
            <w:r/>
            <w:r>
              <w:rPr>
                <w:b w:val="0"/>
                <w:sz w:val="16"/>
              </w:rPr>
              <w:t>30 Quadratmeter, Entschuldigung.</w:t>
            </w:r>
          </w:p>
        </w:tc>
      </w:tr>
      <w:tr>
        <w:tc>
          <w:tcPr>
            <w:tcW w:type="dxa" w:w="3513"/>
            <w:vAlign w:val="top"/>
          </w:tcPr>
          <w:p>
            <w:r/>
            <w:r>
              <w:rPr>
                <w:b w:val="0"/>
                <w:sz w:val="16"/>
              </w:rPr>
              <w:t>39:35</w:t>
            </w:r>
          </w:p>
        </w:tc>
        <w:tc>
          <w:tcPr>
            <w:tcW w:type="dxa" w:w="3513"/>
            <w:vAlign w:val="top"/>
          </w:tcPr>
          <w:p>
            <w:r/>
            <w:r>
              <w:rPr>
                <w:b w:val="0"/>
                <w:sz w:val="16"/>
              </w:rPr>
              <w:t>Claudia Kresser</w:t>
            </w:r>
          </w:p>
        </w:tc>
        <w:tc>
          <w:tcPr>
            <w:tcW w:type="dxa" w:w="3513"/>
            <w:vAlign w:val="top"/>
          </w:tcPr>
          <w:p>
            <w:r/>
            <w:r>
              <w:rPr>
                <w:b w:val="0"/>
                <w:sz w:val="16"/>
              </w:rPr>
              <w:t>Durch Quadratmeter möglich. Also, ich kann hat sie.</w:t>
            </w:r>
          </w:p>
        </w:tc>
      </w:tr>
      <w:tr>
        <w:tc>
          <w:tcPr>
            <w:tcW w:type="dxa" w:w="3513"/>
            <w:vAlign w:val="top"/>
          </w:tcPr>
          <w:p>
            <w:r/>
            <w:r>
              <w:rPr>
                <w:b w:val="0"/>
                <w:sz w:val="16"/>
              </w:rPr>
              <w:t>39:36</w:t>
            </w:r>
          </w:p>
        </w:tc>
        <w:tc>
          <w:tcPr>
            <w:tcW w:type="dxa" w:w="3513"/>
            <w:vAlign w:val="top"/>
          </w:tcPr>
          <w:p>
            <w:r/>
            <w:r>
              <w:rPr>
                <w:b w:val="0"/>
                <w:sz w:val="16"/>
              </w:rPr>
              <w:t>Stefan Gilgen (HK&amp;T Bern)</w:t>
            </w:r>
          </w:p>
        </w:tc>
        <w:tc>
          <w:tcPr>
            <w:tcW w:type="dxa" w:w="3513"/>
            <w:vAlign w:val="top"/>
          </w:tcPr>
          <w:p>
            <w:r/>
            <w:r>
              <w:rPr>
                <w:b w:val="0"/>
                <w:sz w:val="16"/>
              </w:rPr>
              <w:t>Ja, darf ich bererken, darf ich bererken, die Flasche in Pumpenschachteln?</w:t>
            </w:r>
          </w:p>
        </w:tc>
      </w:tr>
      <w:tr>
        <w:tc>
          <w:tcPr>
            <w:tcW w:type="dxa" w:w="3513"/>
            <w:vAlign w:val="top"/>
          </w:tcPr>
          <w:p>
            <w:r/>
            <w:r>
              <w:rPr>
                <w:b w:val="0"/>
                <w:sz w:val="16"/>
              </w:rPr>
              <w:t>39:44</w:t>
            </w:r>
          </w:p>
        </w:tc>
        <w:tc>
          <w:tcPr>
            <w:tcW w:type="dxa" w:w="3513"/>
            <w:vAlign w:val="top"/>
          </w:tcPr>
          <w:p>
            <w:r/>
            <w:r>
              <w:rPr>
                <w:b w:val="0"/>
                <w:sz w:val="16"/>
              </w:rPr>
              <w:t>Ramon Nachmansohn</w:t>
            </w:r>
          </w:p>
        </w:tc>
        <w:tc>
          <w:tcPr>
            <w:tcW w:type="dxa" w:w="3513"/>
            <w:vAlign w:val="top"/>
          </w:tcPr>
          <w:p>
            <w:r/>
            <w:r>
              <w:rPr>
                <w:b w:val="0"/>
                <w:sz w:val="16"/>
              </w:rPr>
              <w:t>Jetzt hat mich gerade Information erreicht. So Versicherungsverhältnis. Der Untergrund war schuld, weist zwar eine gute Wasserdurchlässigkeit und damit ein gutes Schluckvermögen auf, ist aber praktisch ist aber praktisch bereits vollständig gesättigt. daher ist im vorliegenden Fall eine konzentrierte Versickerung von Meteorwasser Meteorwasser auf dem Projektareal nicht möglich. Das auffallende Meteorwasser muss die Bewilligung dazwischen Behörde in eine geeignete Vorflut beziehungsweise Oberflächengewässer oder mit einem Meteorwasserkanal eingeleitet werden. Dabei sind nach Möglichkeit Rückhaltemaßnahmen zu treffen, damit das Wasser beim großen Anfall gleichmäßig abfließen kann.</w:t>
            </w:r>
          </w:p>
        </w:tc>
      </w:tr>
      <w:tr>
        <w:tc>
          <w:tcPr>
            <w:tcW w:type="dxa" w:w="3513"/>
            <w:vAlign w:val="top"/>
          </w:tcPr>
          <w:p>
            <w:r/>
            <w:r>
              <w:rPr>
                <w:b w:val="0"/>
                <w:sz w:val="16"/>
              </w:rPr>
              <w:t>40:37</w:t>
            </w:r>
          </w:p>
        </w:tc>
        <w:tc>
          <w:tcPr>
            <w:tcW w:type="dxa" w:w="3513"/>
            <w:vAlign w:val="top"/>
          </w:tcPr>
          <w:p>
            <w:r/>
            <w:r>
              <w:rPr>
                <w:b w:val="0"/>
                <w:sz w:val="16"/>
              </w:rPr>
              <w:t>Stefan Gilgen (HK&amp;T Bern)</w:t>
            </w:r>
          </w:p>
        </w:tc>
        <w:tc>
          <w:tcPr>
            <w:tcW w:type="dxa" w:w="3513"/>
            <w:vAlign w:val="top"/>
          </w:tcPr>
          <w:p>
            <w:r/>
            <w:r>
              <w:rPr>
                <w:b w:val="0"/>
                <w:sz w:val="16"/>
              </w:rPr>
              <w:t>Also, was mir ja, hey, aber aber das war das sicher ein bisschen mit der auf der Nordseite und auf der Südseite vom Gebäude haben wir eine Regenwasserleitung. Was ist hier schon das Trennsystem, so wie ich das richtig gesehen hab?</w:t>
            </w:r>
          </w:p>
        </w:tc>
      </w:tr>
      <w:tr>
        <w:tc>
          <w:tcPr>
            <w:tcW w:type="dxa" w:w="3513"/>
            <w:vAlign w:val="top"/>
          </w:tcPr>
          <w:p>
            <w:r/>
            <w:r>
              <w:rPr>
                <w:b w:val="0"/>
                <w:sz w:val="16"/>
              </w:rPr>
              <w:t>40:50</w:t>
            </w:r>
          </w:p>
        </w:tc>
        <w:tc>
          <w:tcPr>
            <w:tcW w:type="dxa" w:w="3513"/>
            <w:vAlign w:val="top"/>
          </w:tcPr>
          <w:p>
            <w:r/>
            <w:r>
              <w:rPr>
                <w:b w:val="0"/>
                <w:sz w:val="16"/>
              </w:rPr>
              <w:t>Stefan Gilgen (HK&amp;T Bern)</w:t>
            </w:r>
          </w:p>
        </w:tc>
        <w:tc>
          <w:tcPr>
            <w:tcW w:type="dxa" w:w="3513"/>
            <w:vAlign w:val="top"/>
          </w:tcPr>
          <w:p>
            <w:r/>
            <w:r>
              <w:rPr>
                <w:b w:val="0"/>
                <w:sz w:val="16"/>
              </w:rPr>
              <w:t>Und da war die Frage, wie viel dürfen wir da einleiten?</w:t>
            </w:r>
          </w:p>
        </w:tc>
      </w:tr>
      <w:tr>
        <w:tc>
          <w:tcPr>
            <w:tcW w:type="dxa" w:w="3513"/>
            <w:vAlign w:val="top"/>
          </w:tcPr>
          <w:p>
            <w:r/>
            <w:r>
              <w:rPr>
                <w:b w:val="0"/>
                <w:sz w:val="16"/>
              </w:rPr>
              <w:t>41:15</w:t>
            </w:r>
          </w:p>
        </w:tc>
        <w:tc>
          <w:tcPr>
            <w:tcW w:type="dxa" w:w="3513"/>
            <w:vAlign w:val="top"/>
          </w:tcPr>
          <w:p>
            <w:r/>
            <w:r>
              <w:rPr>
                <w:b w:val="0"/>
                <w:sz w:val="16"/>
              </w:rPr>
              <w:t>Angelika Peeters</w:t>
            </w:r>
          </w:p>
        </w:tc>
        <w:tc>
          <w:tcPr>
            <w:tcW w:type="dxa" w:w="3513"/>
            <w:vAlign w:val="top"/>
          </w:tcPr>
          <w:p>
            <w:r/>
            <w:r>
              <w:rPr>
                <w:b w:val="0"/>
                <w:sz w:val="16"/>
              </w:rPr>
              <w:t>Ja, oder man denkt, man muss sich die, es sind dann halt weniger Physik, kriegt man mehr Intentionsmodelle, wo dann sicher mit dem Ablauf ausgestattet sind.</w:t>
            </w:r>
          </w:p>
        </w:tc>
      </w:tr>
      <w:tr>
        <w:tc>
          <w:tcPr>
            <w:tcW w:type="dxa" w:w="3513"/>
            <w:vAlign w:val="top"/>
          </w:tcPr>
          <w:p>
            <w:r/>
            <w:r>
              <w:rPr>
                <w:b w:val="0"/>
                <w:sz w:val="16"/>
              </w:rPr>
              <w:t>41:35</w:t>
            </w:r>
          </w:p>
        </w:tc>
        <w:tc>
          <w:tcPr>
            <w:tcW w:type="dxa" w:w="3513"/>
            <w:vAlign w:val="top"/>
          </w:tcPr>
          <w:p>
            <w:r/>
            <w:r>
              <w:rPr>
                <w:b w:val="0"/>
                <w:sz w:val="16"/>
              </w:rPr>
              <w:t>Donatiello Cristian</w:t>
            </w:r>
          </w:p>
        </w:tc>
        <w:tc>
          <w:tcPr>
            <w:tcW w:type="dxa" w:w="3513"/>
            <w:vAlign w:val="top"/>
          </w:tcPr>
          <w:p>
            <w:r/>
            <w:r>
              <w:rPr>
                <w:b w:val="0"/>
                <w:sz w:val="16"/>
              </w:rPr>
              <w:t>Ich hatte Kontakt gerade mal im Chat. Das ist Ingenieurbüro Bünzli, wo du zuständig ist in Münchaltorf, Ingenieurbüro Bünzli A. G.</w:t>
            </w:r>
          </w:p>
        </w:tc>
      </w:tr>
      <w:tr>
        <w:tc>
          <w:tcPr>
            <w:tcW w:type="dxa" w:w="3513"/>
            <w:vAlign w:val="top"/>
          </w:tcPr>
          <w:p>
            <w:r/>
            <w:r>
              <w:rPr>
                <w:b w:val="0"/>
                <w:sz w:val="16"/>
              </w:rPr>
              <w:t>42:01</w:t>
            </w:r>
          </w:p>
        </w:tc>
        <w:tc>
          <w:tcPr>
            <w:tcW w:type="dxa" w:w="3513"/>
            <w:vAlign w:val="top"/>
          </w:tcPr>
          <w:p>
            <w:r/>
            <w:r>
              <w:rPr>
                <w:b w:val="0"/>
                <w:sz w:val="16"/>
              </w:rPr>
              <w:t>Donatiello Cristian</w:t>
            </w:r>
          </w:p>
        </w:tc>
        <w:tc>
          <w:tcPr>
            <w:tcW w:type="dxa" w:w="3513"/>
            <w:vAlign w:val="top"/>
          </w:tcPr>
          <w:p>
            <w:r/>
            <w:r>
              <w:rPr>
                <w:b w:val="0"/>
                <w:sz w:val="16"/>
              </w:rPr>
              <w:t>Wilbert, von der Seite aus eine Frage, gerade.</w:t>
            </w:r>
          </w:p>
        </w:tc>
      </w:tr>
      <w:tr>
        <w:tc>
          <w:tcPr>
            <w:tcW w:type="dxa" w:w="3513"/>
            <w:vAlign w:val="top"/>
          </w:tcPr>
          <w:p>
            <w:r/>
            <w:r>
              <w:rPr>
                <w:b w:val="0"/>
                <w:sz w:val="16"/>
              </w:rPr>
              <w:t>42:12</w:t>
            </w:r>
          </w:p>
        </w:tc>
        <w:tc>
          <w:tcPr>
            <w:tcW w:type="dxa" w:w="3513"/>
            <w:vAlign w:val="top"/>
          </w:tcPr>
          <w:p>
            <w:r/>
            <w:r>
              <w:rPr>
                <w:b w:val="0"/>
                <w:sz w:val="16"/>
              </w:rPr>
              <w:t>Jan Willem Brummelman</w:t>
            </w:r>
          </w:p>
        </w:tc>
        <w:tc>
          <w:tcPr>
            <w:tcW w:type="dxa" w:w="3513"/>
            <w:vAlign w:val="top"/>
          </w:tcPr>
          <w:p>
            <w:r/>
            <w:r>
              <w:rPr>
                <w:b w:val="0"/>
                <w:sz w:val="16"/>
              </w:rPr>
              <w:t>Nö, nö, gibt's ja den. Termin, die nächste Frage ist die müssten wir auf irgendwo. Jo, ich glaube, das passt schon.</w:t>
            </w:r>
          </w:p>
        </w:tc>
      </w:tr>
      <w:tr>
        <w:tc>
          <w:tcPr>
            <w:tcW w:type="dxa" w:w="3513"/>
            <w:vAlign w:val="top"/>
          </w:tcPr>
          <w:p>
            <w:r/>
            <w:r>
              <w:rPr>
                <w:b w:val="0"/>
                <w:sz w:val="16"/>
              </w:rPr>
              <w:t>42:22</w:t>
            </w:r>
          </w:p>
        </w:tc>
        <w:tc>
          <w:tcPr>
            <w:tcW w:type="dxa" w:w="3513"/>
            <w:vAlign w:val="top"/>
          </w:tcPr>
          <w:p>
            <w:r/>
            <w:r>
              <w:rPr>
                <w:b w:val="0"/>
                <w:sz w:val="16"/>
              </w:rPr>
              <w:t>Rieser Mathias</w:t>
            </w:r>
          </w:p>
        </w:tc>
        <w:tc>
          <w:tcPr>
            <w:tcW w:type="dxa" w:w="3513"/>
            <w:vAlign w:val="top"/>
          </w:tcPr>
          <w:p>
            <w:r/>
            <w:r>
              <w:rPr>
                <w:b w:val="0"/>
                <w:sz w:val="16"/>
              </w:rPr>
              <w:t>Was wir sind, das Elektronen in Rauna Werkleitungen vom EKZ und von der Swisscom. Die müssen natürlich die neue Planung aufgenommen werden. Wir können eigentlich eine Leistungszusammenstellung machen, wie viel Strom, das wir brauchen im Gebäude, sobald wir Grundlage eigentlich hin vom Hallkas-Konzept, aber das geht sicher.</w:t>
            </w:r>
          </w:p>
        </w:tc>
      </w:tr>
      <w:tr>
        <w:tc>
          <w:tcPr>
            <w:tcW w:type="dxa" w:w="3513"/>
            <w:vAlign w:val="top"/>
          </w:tcPr>
          <w:p>
            <w:r/>
            <w:r>
              <w:rPr>
                <w:b w:val="0"/>
                <w:sz w:val="16"/>
              </w:rPr>
              <w:t>42:42</w:t>
            </w:r>
          </w:p>
        </w:tc>
        <w:tc>
          <w:tcPr>
            <w:tcW w:type="dxa" w:w="3513"/>
            <w:vAlign w:val="top"/>
          </w:tcPr>
          <w:p>
            <w:r/>
            <w:r>
              <w:rPr>
                <w:b w:val="0"/>
                <w:sz w:val="16"/>
              </w:rPr>
              <w:t>Rieser Mathias</w:t>
            </w:r>
          </w:p>
        </w:tc>
        <w:tc>
          <w:tcPr>
            <w:tcW w:type="dxa" w:w="3513"/>
            <w:vAlign w:val="top"/>
          </w:tcPr>
          <w:p>
            <w:r/>
            <w:r>
              <w:rPr>
                <w:b w:val="0"/>
                <w:sz w:val="16"/>
              </w:rPr>
              <w:t>Na, bis die Grundlagen erarbeitet sind. Sobald wir das ummachen, können wir eigentlich die Gesamtberechnung machen.</w:t>
            </w:r>
          </w:p>
        </w:tc>
      </w:tr>
      <w:tr>
        <w:tc>
          <w:tcPr>
            <w:tcW w:type="dxa" w:w="3513"/>
            <w:vAlign w:val="top"/>
          </w:tcPr>
          <w:p>
            <w:r/>
            <w:r>
              <w:rPr>
                <w:b w:val="0"/>
                <w:sz w:val="16"/>
              </w:rPr>
              <w:t>42:56</w:t>
            </w:r>
          </w:p>
        </w:tc>
        <w:tc>
          <w:tcPr>
            <w:tcW w:type="dxa" w:w="3513"/>
            <w:vAlign w:val="top"/>
          </w:tcPr>
          <w:p>
            <w:r/>
            <w:r>
              <w:rPr>
                <w:b w:val="0"/>
                <w:sz w:val="16"/>
              </w:rPr>
              <w:t>Jan Willem Brummelman</w:t>
            </w:r>
          </w:p>
        </w:tc>
        <w:tc>
          <w:tcPr>
            <w:tcW w:type="dxa" w:w="3513"/>
            <w:vAlign w:val="top"/>
          </w:tcPr>
          <w:p>
            <w:r/>
            <w:r>
              <w:rPr>
                <w:b w:val="0"/>
                <w:sz w:val="16"/>
              </w:rPr>
              <w:t>Genau über Bergleitungsmäßige vom Schuss ist Anhang, Punkt, Anschusspunkt und das Gebäude und woher kommt da?</w:t>
            </w:r>
          </w:p>
        </w:tc>
      </w:tr>
      <w:tr>
        <w:tc>
          <w:tcPr>
            <w:tcW w:type="dxa" w:w="3513"/>
            <w:vAlign w:val="top"/>
          </w:tcPr>
          <w:p>
            <w:r/>
            <w:r>
              <w:rPr>
                <w:b w:val="0"/>
                <w:sz w:val="16"/>
              </w:rPr>
              <w:t>43:05</w:t>
            </w:r>
          </w:p>
        </w:tc>
        <w:tc>
          <w:tcPr>
            <w:tcW w:type="dxa" w:w="3513"/>
            <w:vAlign w:val="top"/>
          </w:tcPr>
          <w:p>
            <w:r/>
            <w:r>
              <w:rPr>
                <w:b w:val="0"/>
                <w:sz w:val="16"/>
              </w:rPr>
              <w:t>Jan Willem Brummelman</w:t>
            </w:r>
          </w:p>
        </w:tc>
        <w:tc>
          <w:tcPr>
            <w:tcW w:type="dxa" w:w="3513"/>
            <w:vAlign w:val="top"/>
          </w:tcPr>
          <w:p>
            <w:r/>
            <w:r>
              <w:rPr>
                <w:b w:val="0"/>
                <w:sz w:val="16"/>
              </w:rPr>
              <w:t>Wenn man das schon geklärt hätte, s ja.</w:t>
            </w:r>
          </w:p>
        </w:tc>
      </w:tr>
      <w:tr>
        <w:tc>
          <w:tcPr>
            <w:tcW w:type="dxa" w:w="3513"/>
            <w:vAlign w:val="top"/>
          </w:tcPr>
          <w:p>
            <w:r/>
            <w:r>
              <w:rPr>
                <w:b w:val="0"/>
                <w:sz w:val="16"/>
              </w:rPr>
              <w:t>43:11</w:t>
            </w:r>
          </w:p>
        </w:tc>
        <w:tc>
          <w:tcPr>
            <w:tcW w:type="dxa" w:w="3513"/>
            <w:vAlign w:val="top"/>
          </w:tcPr>
          <w:p>
            <w:r/>
            <w:r>
              <w:rPr>
                <w:b w:val="0"/>
                <w:sz w:val="16"/>
              </w:rPr>
              <w:t>Jan Willem Brummelman</w:t>
            </w:r>
          </w:p>
        </w:tc>
        <w:tc>
          <w:tcPr>
            <w:tcW w:type="dxa" w:w="3513"/>
            <w:vAlign w:val="top"/>
          </w:tcPr>
          <w:p>
            <w:r/>
            <w:r>
              <w:rPr>
                <w:b w:val="0"/>
                <w:sz w:val="16"/>
              </w:rPr>
              <w:t>Genau das andere, weil wir Grundlage hin und so schwören wir auf individuell auf die Leute zu, aber da sind, glaub das passt.</w:t>
            </w:r>
          </w:p>
        </w:tc>
      </w:tr>
      <w:tr>
        <w:tc>
          <w:tcPr>
            <w:tcW w:type="dxa" w:w="3513"/>
            <w:vAlign w:val="top"/>
          </w:tcPr>
          <w:p>
            <w:r/>
            <w:r>
              <w:rPr>
                <w:b w:val="0"/>
                <w:sz w:val="16"/>
              </w:rPr>
              <w:t>43:18</w:t>
            </w:r>
          </w:p>
        </w:tc>
        <w:tc>
          <w:tcPr>
            <w:tcW w:type="dxa" w:w="3513"/>
            <w:vAlign w:val="top"/>
          </w:tcPr>
          <w:p>
            <w:r/>
            <w:r>
              <w:rPr>
                <w:b w:val="0"/>
                <w:sz w:val="16"/>
              </w:rPr>
              <w:t>Donatiello Cristian</w:t>
            </w:r>
          </w:p>
        </w:tc>
        <w:tc>
          <w:tcPr>
            <w:tcW w:type="dxa" w:w="3513"/>
            <w:vAlign w:val="top"/>
          </w:tcPr>
          <w:p>
            <w:r/>
            <w:r>
              <w:rPr>
                <w:b w:val="0"/>
                <w:sz w:val="16"/>
              </w:rPr>
              <w:t>Richtig, ja, das passt. Gut, danke. Dann würde ich, bevor ich auf Husstechnik gelegt habe, dazu würde ich gerne noch Bauphysik und Holzbau anschauen, David, du hast mir das Mail gemacht. Betraffic. Dass du noch mehr zu Zeit brauchst für für die Energie, noch weiß oder wo du gesagt hast, beziehungsweise da noch Angabe brauchst, den Fossite Holzbau, die Dufbau, die Dufbaudetails sehen oder.</w:t>
            </w:r>
          </w:p>
        </w:tc>
      </w:tr>
      <w:tr>
        <w:tc>
          <w:tcPr>
            <w:tcW w:type="dxa" w:w="3513"/>
            <w:vAlign w:val="top"/>
          </w:tcPr>
          <w:p>
            <w:r/>
            <w:r>
              <w:rPr>
                <w:b w:val="0"/>
                <w:sz w:val="16"/>
              </w:rPr>
              <w:t>43:59</w:t>
            </w:r>
          </w:p>
        </w:tc>
        <w:tc>
          <w:tcPr>
            <w:tcW w:type="dxa" w:w="3513"/>
            <w:vAlign w:val="top"/>
          </w:tcPr>
          <w:p>
            <w:r/>
            <w:r>
              <w:rPr>
                <w:b w:val="0"/>
                <w:sz w:val="16"/>
              </w:rPr>
              <w:t>David Ebinger</w:t>
            </w:r>
          </w:p>
        </w:tc>
        <w:tc>
          <w:tcPr>
            <w:tcW w:type="dxa" w:w="3513"/>
            <w:vAlign w:val="top"/>
          </w:tcPr>
          <w:p>
            <w:r/>
            <w:r>
              <w:rPr>
                <w:b w:val="0"/>
                <w:sz w:val="16"/>
              </w:rPr>
              <w:t>Ja klar, also ich bräuchte wie, wie bisschen, bisschen Futter, welche Konstruktion. Also erstens bräuchte ich den Platten, brauche ich 'ne Plankrundlage, 'ne belastbare natürlich für 'n belastbaren Energienachweis. Also wo sind mit allen Fassaden, Fensteröffnung und so weiter. Und im zweiten Schritt bräuchte ich auch von euch halt konstruktive Vorgaben bisschen. von von von den Aufbauten, die ich da einfließen lassen kann. Ich kann die ja nicht erfinden, sozusagen. Ich meine, ich kann es mir einigermaßen denken, was ihr vorhabt, aber genau, dass man von euch den ersten Wurf von den Konstruktionen Außenwände. Dachflächen, dass ich den ersten Wurf von euch mal bekomme. Die Dämmwerte daraus bestimme und euch dann rückmelden kann. Reicht das aus oder müssen wir mehr machen oder können wir optimieren in irgendeiner Form? So eine ersten Angaben habe ich ja gemacht, sozusagen wie viel Dämmung und welche Ziel U-Werte wir bräuchten. Ja, jetzt bräuchte ich, bevor ich einen richtigen Energienachweis mache, wie ein bisschen zur Arbeit, ja.</w:t>
            </w:r>
          </w:p>
        </w:tc>
      </w:tr>
      <w:tr>
        <w:tc>
          <w:tcPr>
            <w:tcW w:type="dxa" w:w="3513"/>
            <w:vAlign w:val="top"/>
          </w:tcPr>
          <w:p>
            <w:r/>
            <w:r>
              <w:rPr>
                <w:b w:val="0"/>
                <w:sz w:val="16"/>
              </w:rPr>
              <w:t>45:04</w:t>
            </w:r>
          </w:p>
        </w:tc>
        <w:tc>
          <w:tcPr>
            <w:tcW w:type="dxa" w:w="3513"/>
            <w:vAlign w:val="top"/>
          </w:tcPr>
          <w:p>
            <w:r/>
            <w:r>
              <w:rPr>
                <w:b w:val="0"/>
                <w:sz w:val="16"/>
              </w:rPr>
              <w:t>Dürr Jonas</w:t>
            </w:r>
          </w:p>
        </w:tc>
        <w:tc>
          <w:tcPr>
            <w:tcW w:type="dxa" w:w="3513"/>
            <w:vAlign w:val="top"/>
          </w:tcPr>
          <w:p>
            <w:r/>
            <w:r>
              <w:rPr>
                <w:b w:val="0"/>
                <w:sz w:val="16"/>
              </w:rPr>
              <w:t>Kann da mal durchchecken. Also im Prinzip, Busse waren da. Das war's dann schon, oder? Und zwar einmal Wohnung und Büro.</w:t>
            </w:r>
          </w:p>
        </w:tc>
      </w:tr>
      <w:tr>
        <w:tc>
          <w:tcPr>
            <w:tcW w:type="dxa" w:w="3513"/>
            <w:vAlign w:val="top"/>
          </w:tcPr>
          <w:p>
            <w:r/>
            <w:r>
              <w:rPr>
                <w:b w:val="0"/>
                <w:sz w:val="16"/>
              </w:rPr>
              <w:t>45:08</w:t>
            </w:r>
          </w:p>
        </w:tc>
        <w:tc>
          <w:tcPr>
            <w:tcW w:type="dxa" w:w="3513"/>
            <w:vAlign w:val="top"/>
          </w:tcPr>
          <w:p>
            <w:r/>
            <w:r>
              <w:rPr>
                <w:b w:val="0"/>
                <w:sz w:val="16"/>
              </w:rPr>
              <w:t>David Ebinger</w:t>
            </w:r>
          </w:p>
        </w:tc>
        <w:tc>
          <w:tcPr>
            <w:tcW w:type="dxa" w:w="3513"/>
            <w:vAlign w:val="top"/>
          </w:tcPr>
          <w:p>
            <w:r/>
            <w:r>
              <w:rPr>
                <w:b w:val="0"/>
                <w:sz w:val="16"/>
              </w:rPr>
              <w:t>Genau, und dann haben wir wahrscheinlich noch ein paar spezielle Außenwände, dort wo die Außentreppe ist beim Umbaugebäude wahrscheinlich. Ich weiß gar nicht, ob das dann Holzbau stattfindet oder ob das Massivbau sein wird. Also da wo es Massivbau ist, ich glaube da bräuchte ich halt auch wie. 'ne Bestätigung, dass es so, ja, oder wie es jetzt ausgeführt werden soll.</w:t>
            </w:r>
          </w:p>
        </w:tc>
      </w:tr>
      <w:tr>
        <w:tc>
          <w:tcPr>
            <w:tcW w:type="dxa" w:w="3513"/>
            <w:vAlign w:val="top"/>
          </w:tcPr>
          <w:p>
            <w:r/>
            <w:r>
              <w:rPr>
                <w:b w:val="0"/>
                <w:sz w:val="16"/>
              </w:rPr>
              <w:t>45:34</w:t>
            </w:r>
          </w:p>
        </w:tc>
        <w:tc>
          <w:tcPr>
            <w:tcW w:type="dxa" w:w="3513"/>
            <w:vAlign w:val="top"/>
          </w:tcPr>
          <w:p>
            <w:r/>
            <w:r>
              <w:rPr>
                <w:b w:val="0"/>
                <w:sz w:val="16"/>
              </w:rPr>
              <w:t>Ramon Nachmansohn</w:t>
            </w:r>
          </w:p>
        </w:tc>
        <w:tc>
          <w:tcPr>
            <w:tcW w:type="dxa" w:w="3513"/>
            <w:vAlign w:val="top"/>
          </w:tcPr>
          <w:p>
            <w:r/>
            <w:r>
              <w:rPr>
                <w:b w:val="0"/>
                <w:sz w:val="16"/>
              </w:rPr>
              <w:t>Ja, und und ihr müsstet wirklich wissen, wo die wo der Dämmperimeter dann verläuft oder wird physisch wirklich noch entscheiden, hat's noch Informationen, hat's gleich. Auch für die die ganze thermische Berechnung ist schon noch wichtig, dass</w:t>
            </w:r>
          </w:p>
        </w:tc>
      </w:tr>
      <w:tr>
        <w:tc>
          <w:tcPr>
            <w:tcW w:type="dxa" w:w="3513"/>
            <w:vAlign w:val="top"/>
          </w:tcPr>
          <w:p>
            <w:r/>
            <w:r>
              <w:rPr>
                <w:b w:val="0"/>
                <w:sz w:val="16"/>
              </w:rPr>
              <w:t>45:51</w:t>
            </w:r>
          </w:p>
        </w:tc>
        <w:tc>
          <w:tcPr>
            <w:tcW w:type="dxa" w:w="3513"/>
            <w:vAlign w:val="top"/>
          </w:tcPr>
          <w:p>
            <w:r/>
            <w:r>
              <w:rPr>
                <w:b w:val="0"/>
                <w:sz w:val="16"/>
              </w:rPr>
              <w:t>David Ebinger</w:t>
            </w:r>
          </w:p>
        </w:tc>
        <w:tc>
          <w:tcPr>
            <w:tcW w:type="dxa" w:w="3513"/>
            <w:vAlign w:val="top"/>
          </w:tcPr>
          <w:p>
            <w:r/>
            <w:r>
              <w:rPr>
                <w:b w:val="0"/>
                <w:sz w:val="16"/>
              </w:rPr>
              <w:t>Genau, also so einen ersten Vorschlag, wie wir den Dämmperimeterverlauf sehen, habe ich der Claudia schon geschickt gehabt und das jetzt, glaube ich, auch so in den Plänen eingezeichnet. Das da ist jetzt wie im Untergeschoss, also im Obergeschoss ist eh alles klar, wie der Dämmperimeter verläuft, so mehr oder weniger.</w:t>
            </w:r>
          </w:p>
        </w:tc>
      </w:tr>
      <w:tr>
        <w:tc>
          <w:tcPr>
            <w:tcW w:type="dxa" w:w="3513"/>
            <w:vAlign w:val="top"/>
          </w:tcPr>
          <w:p>
            <w:r/>
            <w:r>
              <w:rPr>
                <w:b w:val="0"/>
                <w:sz w:val="16"/>
              </w:rPr>
              <w:t>46:08</w:t>
            </w:r>
          </w:p>
        </w:tc>
        <w:tc>
          <w:tcPr>
            <w:tcW w:type="dxa" w:w="3513"/>
            <w:vAlign w:val="top"/>
          </w:tcPr>
          <w:p>
            <w:r/>
            <w:r>
              <w:rPr>
                <w:b w:val="0"/>
                <w:sz w:val="16"/>
              </w:rPr>
              <w:t>David Ebinger</w:t>
            </w:r>
          </w:p>
        </w:tc>
        <w:tc>
          <w:tcPr>
            <w:tcW w:type="dxa" w:w="3513"/>
            <w:vAlign w:val="top"/>
          </w:tcPr>
          <w:p>
            <w:r/>
            <w:r>
              <w:rPr>
                <w:b w:val="0"/>
                <w:sz w:val="16"/>
              </w:rPr>
              <w:t>Also, es ist ja nur im Untergeschoss, wo es wo es irgendwie vielleicht nicht sofort ganz klar ist. Und da ist eigentlich beim beim Bürobau haben wir gedacht, dass wir das gesamte Untergeschoss mit den den Perimeter reinnehmen, also außenrum einmal dämmen komplett, weil da einfach.</w:t>
            </w:r>
          </w:p>
        </w:tc>
      </w:tr>
      <w:tr>
        <w:tc>
          <w:tcPr>
            <w:tcW w:type="dxa" w:w="3513"/>
            <w:vAlign w:val="top"/>
          </w:tcPr>
          <w:p>
            <w:r/>
            <w:r>
              <w:rPr>
                <w:b w:val="0"/>
                <w:sz w:val="16"/>
              </w:rPr>
              <w:t>46:26</w:t>
            </w:r>
          </w:p>
        </w:tc>
        <w:tc>
          <w:tcPr>
            <w:tcW w:type="dxa" w:w="3513"/>
            <w:vAlign w:val="top"/>
          </w:tcPr>
          <w:p>
            <w:r/>
            <w:r>
              <w:rPr>
                <w:b w:val="0"/>
                <w:sz w:val="16"/>
              </w:rPr>
              <w:t>Ramon Nachmansohn</w:t>
            </w:r>
          </w:p>
        </w:tc>
        <w:tc>
          <w:tcPr>
            <w:tcW w:type="dxa" w:w="3513"/>
            <w:vAlign w:val="top"/>
          </w:tcPr>
          <w:p>
            <w:r/>
            <w:r>
              <w:rPr>
                <w:b w:val="0"/>
                <w:sz w:val="16"/>
              </w:rPr>
              <w:t>Und dann baut er ohne Tiere oder wie? Aha, Busse waren so und der Borde.</w:t>
            </w:r>
          </w:p>
        </w:tc>
      </w:tr>
      <w:tr>
        <w:tc>
          <w:tcPr>
            <w:tcW w:type="dxa" w:w="3513"/>
            <w:vAlign w:val="top"/>
          </w:tcPr>
          <w:p>
            <w:r/>
            <w:r>
              <w:rPr>
                <w:b w:val="0"/>
                <w:sz w:val="16"/>
              </w:rPr>
              <w:t>46:34</w:t>
            </w:r>
          </w:p>
        </w:tc>
        <w:tc>
          <w:tcPr>
            <w:tcW w:type="dxa" w:w="3513"/>
            <w:vAlign w:val="top"/>
          </w:tcPr>
          <w:p>
            <w:r/>
            <w:r>
              <w:rPr>
                <w:b w:val="0"/>
                <w:sz w:val="16"/>
              </w:rPr>
              <w:t>Claudia Kresser</w:t>
            </w:r>
          </w:p>
        </w:tc>
        <w:tc>
          <w:tcPr>
            <w:tcW w:type="dxa" w:w="3513"/>
            <w:vAlign w:val="top"/>
          </w:tcPr>
          <w:p>
            <w:r/>
            <w:r>
              <w:rPr>
                <w:b w:val="0"/>
                <w:sz w:val="16"/>
              </w:rPr>
              <w:t>David, die durchschnallte Planeinblende, das oder gut.</w:t>
            </w:r>
          </w:p>
        </w:tc>
      </w:tr>
      <w:tr>
        <w:tc>
          <w:tcPr>
            <w:tcW w:type="dxa" w:w="3513"/>
            <w:vAlign w:val="top"/>
          </w:tcPr>
          <w:p>
            <w:r/>
            <w:r>
              <w:rPr>
                <w:b w:val="0"/>
                <w:sz w:val="16"/>
              </w:rPr>
              <w:t>46:36</w:t>
            </w:r>
          </w:p>
        </w:tc>
        <w:tc>
          <w:tcPr>
            <w:tcW w:type="dxa" w:w="3513"/>
            <w:vAlign w:val="top"/>
          </w:tcPr>
          <w:p>
            <w:r/>
            <w:r>
              <w:rPr>
                <w:b w:val="0"/>
                <w:sz w:val="16"/>
              </w:rPr>
              <w:t>David Ebinger</w:t>
            </w:r>
          </w:p>
        </w:tc>
        <w:tc>
          <w:tcPr>
            <w:tcW w:type="dxa" w:w="3513"/>
            <w:vAlign w:val="top"/>
          </w:tcPr>
          <w:p>
            <w:r/>
            <w:r>
              <w:rPr>
                <w:b w:val="0"/>
                <w:sz w:val="16"/>
              </w:rPr>
              <w:t>Perfekt. Ja, danke dir. Ja. Ja. Genau, also wir dämmen die Außenwände zum Erdreich beim Bürobau und wir dämmen zur zur Tiefgarage hin und zur Rampe hin die Wände und den Boden</w:t>
            </w:r>
          </w:p>
        </w:tc>
      </w:tr>
      <w:tr>
        <w:tc>
          <w:tcPr>
            <w:tcW w:type="dxa" w:w="3513"/>
            <w:vAlign w:val="top"/>
          </w:tcPr>
          <w:p>
            <w:r/>
            <w:r>
              <w:rPr>
                <w:b w:val="0"/>
                <w:sz w:val="16"/>
              </w:rPr>
              <w:t>46:50</w:t>
            </w:r>
          </w:p>
        </w:tc>
        <w:tc>
          <w:tcPr>
            <w:tcW w:type="dxa" w:w="3513"/>
            <w:vAlign w:val="top"/>
          </w:tcPr>
          <w:p>
            <w:r/>
            <w:r>
              <w:rPr>
                <w:b w:val="0"/>
                <w:sz w:val="16"/>
              </w:rPr>
              <w:t>David Ebinger</w:t>
            </w:r>
          </w:p>
        </w:tc>
        <w:tc>
          <w:tcPr>
            <w:tcW w:type="dxa" w:w="3513"/>
            <w:vAlign w:val="top"/>
          </w:tcPr>
          <w:p>
            <w:r/>
            <w:r>
              <w:rPr>
                <w:b w:val="0"/>
                <w:sz w:val="16"/>
              </w:rPr>
              <w:t>Dämme auch entweder unterseitig oder oberseitig. Das sind eben so Sachen, die, die kann ich gar nicht alleine entscheiden. Da kommen ja vielleicht noch andere Kriterien dazu. Unterseitig ist immer besser zu dämmen, aber weil man weniger Wärmebrücken Wärmebrücken macht. Aber ich weiß jetzt nicht, ob das statisch möglich ist oder wie wie das Fundament aussehen wird.</w:t>
            </w:r>
          </w:p>
        </w:tc>
      </w:tr>
      <w:tr>
        <w:tc>
          <w:tcPr>
            <w:tcW w:type="dxa" w:w="3513"/>
            <w:vAlign w:val="top"/>
          </w:tcPr>
          <w:p>
            <w:r/>
            <w:r>
              <w:rPr>
                <w:b w:val="0"/>
                <w:sz w:val="16"/>
              </w:rPr>
              <w:t>47:10</w:t>
            </w:r>
          </w:p>
        </w:tc>
        <w:tc>
          <w:tcPr>
            <w:tcW w:type="dxa" w:w="3513"/>
            <w:vAlign w:val="top"/>
          </w:tcPr>
          <w:p>
            <w:r/>
            <w:r>
              <w:rPr>
                <w:b w:val="0"/>
                <w:sz w:val="16"/>
              </w:rPr>
              <w:t>David Ebinger</w:t>
            </w:r>
          </w:p>
        </w:tc>
        <w:tc>
          <w:tcPr>
            <w:tcW w:type="dxa" w:w="3513"/>
            <w:vAlign w:val="top"/>
          </w:tcPr>
          <w:p>
            <w:r/>
            <w:r>
              <w:rPr>
                <w:b w:val="0"/>
                <w:sz w:val="16"/>
              </w:rPr>
              <w:t>also eben das kann ich als Bauphysiker jetzt nicht entscheiden, alleine sozusagen. Der Vorschlag ist unterseitig zu dämmen. Und beim Wohnungsbau, da würden wir quasi, wenn man den Grundriss ins Untergeschoss anschaut, quasi empfehlen, einfach nur den Treppenhauskern</w:t>
            </w:r>
          </w:p>
        </w:tc>
      </w:tr>
      <w:tr>
        <w:tc>
          <w:tcPr>
            <w:tcW w:type="dxa" w:w="3513"/>
            <w:vAlign w:val="top"/>
          </w:tcPr>
          <w:p>
            <w:r/>
            <w:r>
              <w:rPr>
                <w:b w:val="0"/>
                <w:sz w:val="16"/>
              </w:rPr>
              <w:t>47:26</w:t>
            </w:r>
          </w:p>
        </w:tc>
        <w:tc>
          <w:tcPr>
            <w:tcW w:type="dxa" w:w="3513"/>
            <w:vAlign w:val="top"/>
          </w:tcPr>
          <w:p>
            <w:r/>
            <w:r>
              <w:rPr>
                <w:b w:val="0"/>
                <w:sz w:val="16"/>
              </w:rPr>
              <w:t>David Ebinger</w:t>
            </w:r>
          </w:p>
        </w:tc>
        <w:tc>
          <w:tcPr>
            <w:tcW w:type="dxa" w:w="3513"/>
            <w:vAlign w:val="top"/>
          </w:tcPr>
          <w:p>
            <w:r/>
            <w:r>
              <w:rPr>
                <w:b w:val="0"/>
                <w:sz w:val="16"/>
              </w:rPr>
              <w:t>sozusagen in Dämmperimeter zu nehmen und die Kellerräume rauszunehmen aus dem Dämmperimeter und dort sozusagen dann die die Decke zwischen E. G. und Untergeschoss unterseitig zu dämmen, dann. Und bei den Kellerräumen einfach noch eine Kondensatdämmung an den Wänden gegen Erdreich zu machen. Ja, das ist jetzt so unser Vorschlag gewesen, ja.</w:t>
            </w:r>
          </w:p>
        </w:tc>
      </w:tr>
      <w:tr>
        <w:tc>
          <w:tcPr>
            <w:tcW w:type="dxa" w:w="3513"/>
            <w:vAlign w:val="top"/>
          </w:tcPr>
          <w:p>
            <w:r/>
            <w:r>
              <w:rPr>
                <w:b w:val="0"/>
                <w:sz w:val="16"/>
              </w:rPr>
              <w:t>47:54</w:t>
            </w:r>
          </w:p>
        </w:tc>
        <w:tc>
          <w:tcPr>
            <w:tcW w:type="dxa" w:w="3513"/>
            <w:vAlign w:val="top"/>
          </w:tcPr>
          <w:p>
            <w:r/>
            <w:r>
              <w:rPr>
                <w:b w:val="0"/>
                <w:sz w:val="16"/>
              </w:rPr>
              <w:t>David Ebinger</w:t>
            </w:r>
          </w:p>
        </w:tc>
        <w:tc>
          <w:tcPr>
            <w:tcW w:type="dxa" w:w="3513"/>
            <w:vAlign w:val="top"/>
          </w:tcPr>
          <w:p>
            <w:r/>
            <w:r>
              <w:rPr>
                <w:b w:val="0"/>
                <w:sz w:val="16"/>
              </w:rPr>
              <w:t>Ob das so kommt, genau das war ist einfach mal so eine Runde gespielt, ja.</w:t>
            </w:r>
          </w:p>
        </w:tc>
      </w:tr>
      <w:tr>
        <w:tc>
          <w:tcPr>
            <w:tcW w:type="dxa" w:w="3513"/>
            <w:vAlign w:val="top"/>
          </w:tcPr>
          <w:p>
            <w:r/>
            <w:r>
              <w:rPr>
                <w:b w:val="0"/>
                <w:sz w:val="16"/>
              </w:rPr>
              <w:t>48:00</w:t>
            </w:r>
          </w:p>
        </w:tc>
        <w:tc>
          <w:tcPr>
            <w:tcW w:type="dxa" w:w="3513"/>
            <w:vAlign w:val="top"/>
          </w:tcPr>
          <w:p>
            <w:r/>
            <w:r>
              <w:rPr>
                <w:b w:val="0"/>
                <w:sz w:val="16"/>
              </w:rPr>
              <w:t>Claudia Kresser</w:t>
            </w:r>
          </w:p>
        </w:tc>
        <w:tc>
          <w:tcPr>
            <w:tcW w:type="dxa" w:w="3513"/>
            <w:vAlign w:val="top"/>
          </w:tcPr>
          <w:p>
            <w:r/>
            <w:r>
              <w:rPr>
                <w:b w:val="0"/>
                <w:sz w:val="16"/>
              </w:rPr>
              <w:t>Also darf ich ganz kurz was, wo wir dann drauf gestoßen sind beim Einfügen oder beim Anpassen, dass natürlich der Perimeter dort im Wohnhaus, dass der den eben der springt wie so lustig, also unten ist es sozusagen. Unten ist die Dämmung sozusagen außerhalb von der Wende oder eigentlich innerhalb, so, so stimmt es eigentlich. Im UG ist es innerhalb vom Gebäude, mehr oder weniger, ja, und dann im EG springt das sozusagen nach außen, das heißt.</w:t>
            </w:r>
          </w:p>
        </w:tc>
      </w:tr>
      <w:tr>
        <w:tc>
          <w:tcPr>
            <w:tcW w:type="dxa" w:w="3513"/>
            <w:vAlign w:val="top"/>
          </w:tcPr>
          <w:p>
            <w:r/>
            <w:r>
              <w:rPr>
                <w:b w:val="0"/>
                <w:sz w:val="16"/>
              </w:rPr>
              <w:t>48:20</w:t>
            </w:r>
          </w:p>
        </w:tc>
        <w:tc>
          <w:tcPr>
            <w:tcW w:type="dxa" w:w="3513"/>
            <w:vAlign w:val="top"/>
          </w:tcPr>
          <w:p>
            <w:r/>
            <w:r>
              <w:rPr>
                <w:b w:val="0"/>
                <w:sz w:val="16"/>
              </w:rPr>
              <w:t>David Ebinger</w:t>
            </w:r>
          </w:p>
        </w:tc>
        <w:tc>
          <w:tcPr>
            <w:tcW w:type="dxa" w:w="3513"/>
            <w:vAlign w:val="top"/>
          </w:tcPr>
          <w:p>
            <w:r/>
            <w:r>
              <w:rPr>
                <w:b w:val="0"/>
                <w:sz w:val="16"/>
              </w:rPr>
              <w:t>Aha, die Treppe ist eigentlich im Kalten, sozusagen.</w:t>
            </w:r>
          </w:p>
        </w:tc>
      </w:tr>
      <w:tr>
        <w:tc>
          <w:tcPr>
            <w:tcW w:type="dxa" w:w="3513"/>
            <w:vAlign w:val="top"/>
          </w:tcPr>
          <w:p>
            <w:r/>
            <w:r>
              <w:rPr>
                <w:b w:val="0"/>
                <w:sz w:val="16"/>
              </w:rPr>
              <w:t>48:34</w:t>
            </w:r>
          </w:p>
        </w:tc>
        <w:tc>
          <w:tcPr>
            <w:tcW w:type="dxa" w:w="3513"/>
            <w:vAlign w:val="top"/>
          </w:tcPr>
          <w:p>
            <w:r/>
            <w:r>
              <w:rPr>
                <w:b w:val="0"/>
                <w:sz w:val="16"/>
              </w:rPr>
              <w:t>Claudia Kresser</w:t>
            </w:r>
          </w:p>
        </w:tc>
        <w:tc>
          <w:tcPr>
            <w:tcW w:type="dxa" w:w="3513"/>
            <w:vAlign w:val="top"/>
          </w:tcPr>
          <w:p>
            <w:r/>
            <w:r>
              <w:rPr>
                <w:b w:val="0"/>
                <w:sz w:val="16"/>
              </w:rPr>
              <w:t>Die Getränke ist im Kalten genau.</w:t>
            </w:r>
          </w:p>
        </w:tc>
      </w:tr>
      <w:tr>
        <w:tc>
          <w:tcPr>
            <w:tcW w:type="dxa" w:w="3513"/>
            <w:vAlign w:val="top"/>
          </w:tcPr>
          <w:p>
            <w:r/>
            <w:r>
              <w:rPr>
                <w:b w:val="0"/>
                <w:sz w:val="16"/>
              </w:rPr>
              <w:t>48:39</w:t>
            </w:r>
          </w:p>
        </w:tc>
        <w:tc>
          <w:tcPr>
            <w:tcW w:type="dxa" w:w="3513"/>
            <w:vAlign w:val="top"/>
          </w:tcPr>
          <w:p>
            <w:r/>
            <w:r>
              <w:rPr>
                <w:b w:val="0"/>
                <w:sz w:val="16"/>
              </w:rPr>
              <w:t>Claudia Kresser</w:t>
            </w:r>
          </w:p>
        </w:tc>
        <w:tc>
          <w:tcPr>
            <w:tcW w:type="dxa" w:w="3513"/>
            <w:vAlign w:val="top"/>
          </w:tcPr>
          <w:p>
            <w:r/>
            <w:r>
              <w:rPr>
                <w:b w:val="0"/>
                <w:sz w:val="16"/>
              </w:rPr>
              <w:t>Nur, dass das allen, also das, das wir haben jetzt aber das so hingebracht mit der Wandaufbauten und mit dem mit mit den Wänden übereinander und so, dass das eigentlich schon funktioniert, wenn das außer du musst dir das noch mal überlegen, David, ob das wirklich stimmt. Aber so ist es jetzt. Im Moment einmal in der Pläne und dann gibt es ja dann um den Lift Kern gibt es auf der Innenseite vom Ruhm gibt es jetzt dann nur Vorsatzschale.</w:t>
            </w:r>
          </w:p>
        </w:tc>
      </w:tr>
      <w:tr>
        <w:tc>
          <w:tcPr>
            <w:tcW w:type="dxa" w:w="3513"/>
            <w:vAlign w:val="top"/>
          </w:tcPr>
          <w:p>
            <w:r/>
            <w:r>
              <w:rPr>
                <w:b w:val="0"/>
                <w:sz w:val="16"/>
              </w:rPr>
              <w:t>49:11</w:t>
            </w:r>
          </w:p>
        </w:tc>
        <w:tc>
          <w:tcPr>
            <w:tcW w:type="dxa" w:w="3513"/>
            <w:vAlign w:val="top"/>
          </w:tcPr>
          <w:p>
            <w:r/>
            <w:r>
              <w:rPr>
                <w:b w:val="0"/>
                <w:sz w:val="16"/>
              </w:rPr>
              <w:t>Claudia Kresser</w:t>
            </w:r>
          </w:p>
        </w:tc>
        <w:tc>
          <w:tcPr>
            <w:tcW w:type="dxa" w:w="3513"/>
            <w:vAlign w:val="top"/>
          </w:tcPr>
          <w:p>
            <w:r/>
            <w:r>
              <w:rPr>
                <w:b w:val="0"/>
                <w:sz w:val="16"/>
              </w:rPr>
              <w:t>Für alle, weil wenn das das ist, ja dann auch eine Steigzone. Da dahinter haben wir eine Steigzone, dass man eben weiß, da ist. Wenn man da irgendwie raus müsste oder so, dann gibt es da halt immer eine Perforation von der Perimeter, sozusagen, ja. Also, es ist eine Spezialität, so ein bisschen, dass das über die Höhe dann springt.</w:t>
            </w:r>
          </w:p>
        </w:tc>
      </w:tr>
      <w:tr>
        <w:tc>
          <w:tcPr>
            <w:tcW w:type="dxa" w:w="3513"/>
            <w:vAlign w:val="top"/>
          </w:tcPr>
          <w:p>
            <w:r/>
            <w:r>
              <w:rPr>
                <w:b w:val="0"/>
                <w:sz w:val="16"/>
              </w:rPr>
              <w:t>49:35</w:t>
            </w:r>
          </w:p>
        </w:tc>
        <w:tc>
          <w:tcPr>
            <w:tcW w:type="dxa" w:w="3513"/>
            <w:vAlign w:val="top"/>
          </w:tcPr>
          <w:p>
            <w:r/>
            <w:r>
              <w:rPr>
                <w:b w:val="0"/>
                <w:sz w:val="16"/>
              </w:rPr>
              <w:t>David Ebinger</w:t>
            </w:r>
          </w:p>
        </w:tc>
        <w:tc>
          <w:tcPr>
            <w:tcW w:type="dxa" w:w="3513"/>
            <w:vAlign w:val="top"/>
          </w:tcPr>
          <w:p>
            <w:r/>
            <w:r>
              <w:rPr>
                <w:b w:val="0"/>
                <w:sz w:val="16"/>
              </w:rPr>
              <w:t>Du, ich muss mir das dann tatsächlich nochmal überlegen mit der Dämmung von Lift und Treppe im Untergeschoss. Wenn die kalt ist, müssen wir die auch nicht dämmen. Zum, also ja, also da gebe ich dir nochmal eine Rückmeldung. Ich glaube, das habe ich nicht ganz zu Ende gedacht, muss ich zugeben.</w:t>
            </w:r>
          </w:p>
        </w:tc>
      </w:tr>
      <w:tr>
        <w:tc>
          <w:tcPr>
            <w:tcW w:type="dxa" w:w="3513"/>
            <w:vAlign w:val="top"/>
          </w:tcPr>
          <w:p>
            <w:r/>
            <w:r>
              <w:rPr>
                <w:b w:val="0"/>
                <w:sz w:val="16"/>
              </w:rPr>
              <w:t>49:51</w:t>
            </w:r>
          </w:p>
        </w:tc>
        <w:tc>
          <w:tcPr>
            <w:tcW w:type="dxa" w:w="3513"/>
            <w:vAlign w:val="top"/>
          </w:tcPr>
          <w:p>
            <w:r/>
            <w:r>
              <w:rPr>
                <w:b w:val="0"/>
                <w:sz w:val="16"/>
              </w:rPr>
              <w:t>David Ebinger</w:t>
            </w:r>
          </w:p>
        </w:tc>
        <w:tc>
          <w:tcPr>
            <w:tcW w:type="dxa" w:w="3513"/>
            <w:vAlign w:val="top"/>
          </w:tcPr>
          <w:p>
            <w:r/>
            <w:r>
              <w:rPr>
                <w:b w:val="0"/>
                <w:sz w:val="16"/>
              </w:rPr>
              <w:t>Aber ich glaube, du hast das schon gut gezeichnet, wenn ich mir deine Pläne anschaue. Aber ich gebe dir dazu nochmal eine Rückmeldung, ja.</w:t>
            </w:r>
          </w:p>
        </w:tc>
      </w:tr>
      <w:tr>
        <w:tc>
          <w:tcPr>
            <w:tcW w:type="dxa" w:w="3513"/>
            <w:vAlign w:val="top"/>
          </w:tcPr>
          <w:p>
            <w:r/>
            <w:r>
              <w:rPr>
                <w:b w:val="0"/>
                <w:sz w:val="16"/>
              </w:rPr>
              <w:t>49:59</w:t>
            </w:r>
          </w:p>
        </w:tc>
        <w:tc>
          <w:tcPr>
            <w:tcW w:type="dxa" w:w="3513"/>
            <w:vAlign w:val="top"/>
          </w:tcPr>
          <w:p>
            <w:r/>
            <w:r>
              <w:rPr>
                <w:b w:val="0"/>
                <w:sz w:val="16"/>
              </w:rPr>
              <w:t>Claudia Kresser</w:t>
            </w:r>
          </w:p>
        </w:tc>
        <w:tc>
          <w:tcPr>
            <w:tcW w:type="dxa" w:w="3513"/>
            <w:vAlign w:val="top"/>
          </w:tcPr>
          <w:p>
            <w:r/>
            <w:r>
              <w:rPr>
                <w:b w:val="0"/>
                <w:sz w:val="16"/>
              </w:rPr>
              <w:t>Gut. Also wir haben das auch mit dem Lupco zusammen besprochen, dass man im Moment das ist es gewünscht, dass man diesen Teil eigentlich massiv macht, konventionell, dass man eben auch die Treppe gut. befestigen kann. Und dann gibt es auf der Außenseite gibt es eine Wärmedämmung und hinterlüftete Außenbekleidung, dass quasi die ganze Fassade schön durchgehen kann. gell.</w:t>
            </w:r>
          </w:p>
        </w:tc>
      </w:tr>
      <w:tr>
        <w:tc>
          <w:tcPr>
            <w:tcW w:type="dxa" w:w="3513"/>
            <w:vAlign w:val="top"/>
          </w:tcPr>
          <w:p>
            <w:r/>
            <w:r>
              <w:rPr>
                <w:b w:val="0"/>
                <w:sz w:val="16"/>
              </w:rPr>
              <w:t>50:29</w:t>
            </w:r>
          </w:p>
        </w:tc>
        <w:tc>
          <w:tcPr>
            <w:tcW w:type="dxa" w:w="3513"/>
            <w:vAlign w:val="top"/>
          </w:tcPr>
          <w:p>
            <w:r/>
            <w:r>
              <w:rPr>
                <w:b w:val="0"/>
                <w:sz w:val="16"/>
              </w:rPr>
              <w:t>Claudia Kresser</w:t>
            </w:r>
          </w:p>
        </w:tc>
        <w:tc>
          <w:tcPr>
            <w:tcW w:type="dxa" w:w="3513"/>
            <w:vAlign w:val="top"/>
          </w:tcPr>
          <w:p>
            <w:r/>
            <w:r>
              <w:rPr>
                <w:b w:val="0"/>
                <w:sz w:val="16"/>
              </w:rPr>
              <w:t>So wäre die Idee jetzt genau gut. Dann magst du mir eine Rückmeldung geben zu dem.</w:t>
            </w:r>
          </w:p>
        </w:tc>
      </w:tr>
      <w:tr>
        <w:tc>
          <w:tcPr>
            <w:tcW w:type="dxa" w:w="3513"/>
            <w:vAlign w:val="top"/>
          </w:tcPr>
          <w:p>
            <w:r/>
            <w:r>
              <w:rPr>
                <w:b w:val="0"/>
                <w:sz w:val="16"/>
              </w:rPr>
              <w:t>50:31</w:t>
            </w:r>
          </w:p>
        </w:tc>
        <w:tc>
          <w:tcPr>
            <w:tcW w:type="dxa" w:w="3513"/>
            <w:vAlign w:val="top"/>
          </w:tcPr>
          <w:p>
            <w:r/>
            <w:r>
              <w:rPr>
                <w:b w:val="0"/>
                <w:sz w:val="16"/>
              </w:rPr>
              <w:t>David Ebinger</w:t>
            </w:r>
          </w:p>
        </w:tc>
        <w:tc>
          <w:tcPr>
            <w:tcW w:type="dxa" w:w="3513"/>
            <w:vAlign w:val="top"/>
          </w:tcPr>
          <w:p>
            <w:r/>
            <w:r>
              <w:rPr>
                <w:b w:val="0"/>
                <w:sz w:val="16"/>
              </w:rPr>
              <w:t>Da gibt ja, das schau ich mir noch mal an. Aber bleibt der Treppenlauf dann, der geht von außen, von Außenbereich nach unten offen durch. Das ist ja dann wie fast fast gewittert dann im Untergeschoss.</w:t>
            </w:r>
          </w:p>
        </w:tc>
      </w:tr>
      <w:tr>
        <w:tc>
          <w:tcPr>
            <w:tcW w:type="dxa" w:w="3513"/>
            <w:vAlign w:val="top"/>
          </w:tcPr>
          <w:p>
            <w:r/>
            <w:r>
              <w:rPr>
                <w:b w:val="0"/>
                <w:sz w:val="16"/>
              </w:rPr>
              <w:t>50:43</w:t>
            </w:r>
          </w:p>
        </w:tc>
        <w:tc>
          <w:tcPr>
            <w:tcW w:type="dxa" w:w="3513"/>
            <w:vAlign w:val="top"/>
          </w:tcPr>
          <w:p>
            <w:r/>
            <w:r>
              <w:rPr>
                <w:b w:val="0"/>
                <w:sz w:val="16"/>
              </w:rPr>
              <w:t>Claudia Kresser</w:t>
            </w:r>
          </w:p>
        </w:tc>
        <w:tc>
          <w:tcPr>
            <w:tcW w:type="dxa" w:w="3513"/>
            <w:vAlign w:val="top"/>
          </w:tcPr>
          <w:p>
            <w:r/>
            <w:r>
              <w:rPr>
                <w:b w:val="0"/>
                <w:sz w:val="16"/>
              </w:rPr>
              <w:t>Ja, das. Kann man sagen, ja, das ist ein bisschen, ja, das ist da die Krux an der Sache, da shift es auch voll rein und also wird wohl, aber es ist natürlich bedacht, aber ja, das ist der Witterung ausgesetzt.</w:t>
            </w:r>
          </w:p>
        </w:tc>
      </w:tr>
      <w:tr>
        <w:tc>
          <w:tcPr>
            <w:tcW w:type="dxa" w:w="3513"/>
            <w:vAlign w:val="top"/>
          </w:tcPr>
          <w:p>
            <w:r/>
            <w:r>
              <w:rPr>
                <w:b w:val="0"/>
                <w:sz w:val="16"/>
              </w:rPr>
              <w:t>51:03</w:t>
            </w:r>
          </w:p>
        </w:tc>
        <w:tc>
          <w:tcPr>
            <w:tcW w:type="dxa" w:w="3513"/>
            <w:vAlign w:val="top"/>
          </w:tcPr>
          <w:p>
            <w:r/>
            <w:r>
              <w:rPr>
                <w:b w:val="0"/>
                <w:sz w:val="16"/>
              </w:rPr>
              <w:t>David Ebinger</w:t>
            </w:r>
          </w:p>
        </w:tc>
        <w:tc>
          <w:tcPr>
            <w:tcW w:type="dxa" w:w="3513"/>
            <w:vAlign w:val="top"/>
          </w:tcPr>
          <w:p>
            <w:r/>
            <w:r>
              <w:rPr>
                <w:b w:val="0"/>
                <w:sz w:val="16"/>
              </w:rPr>
              <w:t>Gut, gebe ich dir nochmal eine Rückmeldung dazu. Dann ändert sich da der Dämmperimeter wahrscheinlich nochmal ein bisschen im Untergeschoss.</w:t>
            </w:r>
          </w:p>
        </w:tc>
      </w:tr>
      <w:tr>
        <w:tc>
          <w:tcPr>
            <w:tcW w:type="dxa" w:w="3513"/>
            <w:vAlign w:val="top"/>
          </w:tcPr>
          <w:p>
            <w:r/>
            <w:r>
              <w:rPr>
                <w:b w:val="0"/>
                <w:sz w:val="16"/>
              </w:rPr>
              <w:t>51:13</w:t>
            </w:r>
          </w:p>
        </w:tc>
        <w:tc>
          <w:tcPr>
            <w:tcW w:type="dxa" w:w="3513"/>
            <w:vAlign w:val="top"/>
          </w:tcPr>
          <w:p>
            <w:r/>
            <w:r>
              <w:rPr>
                <w:b w:val="0"/>
                <w:sz w:val="16"/>
              </w:rPr>
              <w:t>Dürr Jonas</w:t>
            </w:r>
          </w:p>
        </w:tc>
        <w:tc>
          <w:tcPr>
            <w:tcW w:type="dxa" w:w="3513"/>
            <w:vAlign w:val="top"/>
          </w:tcPr>
          <w:p>
            <w:r/>
            <w:r>
              <w:rPr>
                <w:b w:val="0"/>
                <w:sz w:val="16"/>
              </w:rPr>
              <w:t>Ist betreffend betreffend der Materialisierung dort vor der großen Wand, ist das ist der Entscheid schon gefallen, wie wie wir die ausführen, weil wir ja immer nur diskutiert sind, ob vielleicht Holzbau gekapselt auch eine Variante wäre oder die bessere Variante. Weiß nicht, ob das schon wieder gesprochen wurde.</w:t>
            </w:r>
          </w:p>
        </w:tc>
      </w:tr>
      <w:tr>
        <w:tc>
          <w:tcPr>
            <w:tcW w:type="dxa" w:w="3513"/>
            <w:vAlign w:val="top"/>
          </w:tcPr>
          <w:p>
            <w:r/>
            <w:r>
              <w:rPr>
                <w:b w:val="0"/>
                <w:sz w:val="16"/>
              </w:rPr>
              <w:t>51:34</w:t>
            </w:r>
          </w:p>
        </w:tc>
        <w:tc>
          <w:tcPr>
            <w:tcW w:type="dxa" w:w="3513"/>
            <w:vAlign w:val="top"/>
          </w:tcPr>
          <w:p>
            <w:r/>
            <w:r>
              <w:rPr>
                <w:b w:val="0"/>
                <w:sz w:val="16"/>
              </w:rPr>
              <w:t>Claudia Kresser</w:t>
            </w:r>
          </w:p>
        </w:tc>
        <w:tc>
          <w:tcPr>
            <w:tcW w:type="dxa" w:w="3513"/>
            <w:vAlign w:val="top"/>
          </w:tcPr>
          <w:p>
            <w:r/>
            <w:r>
              <w:rPr>
                <w:b w:val="0"/>
                <w:sz w:val="16"/>
              </w:rPr>
              <w:t>Also, wir haben das immer angetönt, glaube ich, dass man das in Holzbau macht. Ich hab dann daraufhin mit dem mit dem Lubko haben wir mal drüber geredet und ja, die Rückmeldung war eigentlich die, dass es halt auch Aufwendiger ist. Um ein Vielfaches und daher haben wir uns jetzt entschieden, dass wir das konventionell machen, mal nur den Teil, weil irgendwo muss der Luco ja auch, also irgendwo muss er auch das Ding zum Halten bringen. Weißt, drum haben wir gefunden, das ist irgendwie naheliegend, dass man das jetzt in massiv, also massiv. Macht.</w:t>
            </w:r>
          </w:p>
        </w:tc>
      </w:tr>
      <w:tr>
        <w:tc>
          <w:tcPr>
            <w:tcW w:type="dxa" w:w="3513"/>
            <w:vAlign w:val="top"/>
          </w:tcPr>
          <w:p>
            <w:r/>
            <w:r>
              <w:rPr>
                <w:b w:val="0"/>
                <w:sz w:val="16"/>
              </w:rPr>
              <w:t>52:17</w:t>
            </w:r>
          </w:p>
        </w:tc>
        <w:tc>
          <w:tcPr>
            <w:tcW w:type="dxa" w:w="3513"/>
            <w:vAlign w:val="top"/>
          </w:tcPr>
          <w:p>
            <w:r/>
            <w:r>
              <w:rPr>
                <w:b w:val="0"/>
                <w:sz w:val="16"/>
              </w:rPr>
              <w:t>Dürr Jonas</w:t>
            </w:r>
          </w:p>
        </w:tc>
        <w:tc>
          <w:tcPr>
            <w:tcW w:type="dxa" w:w="3513"/>
            <w:vAlign w:val="top"/>
          </w:tcPr>
          <w:p>
            <w:r/>
            <w:r>
              <w:rPr>
                <w:b w:val="0"/>
                <w:sz w:val="16"/>
              </w:rPr>
              <w:t>Kannst du noch mal schnell ahnen, ob die Situation hat?</w:t>
            </w:r>
          </w:p>
        </w:tc>
      </w:tr>
      <w:tr>
        <w:tc>
          <w:tcPr>
            <w:tcW w:type="dxa" w:w="3513"/>
            <w:vAlign w:val="top"/>
          </w:tcPr>
          <w:p>
            <w:r/>
            <w:r>
              <w:rPr>
                <w:b w:val="0"/>
                <w:sz w:val="16"/>
              </w:rPr>
              <w:t>52:20</w:t>
            </w:r>
          </w:p>
        </w:tc>
        <w:tc>
          <w:tcPr>
            <w:tcW w:type="dxa" w:w="3513"/>
            <w:vAlign w:val="top"/>
          </w:tcPr>
          <w:p>
            <w:r/>
            <w:r>
              <w:rPr>
                <w:b w:val="0"/>
                <w:sz w:val="16"/>
              </w:rPr>
              <w:t>Claudia Kresser</w:t>
            </w:r>
          </w:p>
        </w:tc>
        <w:tc>
          <w:tcPr>
            <w:tcW w:type="dxa" w:w="3513"/>
            <w:vAlign w:val="top"/>
          </w:tcPr>
          <w:p>
            <w:r/>
            <w:r>
              <w:rPr>
                <w:b w:val="0"/>
                <w:sz w:val="16"/>
              </w:rPr>
              <w:t>Also, ich kann mal kurz in die richtige in den richtigen Plan gehen. Könnt ihr das sehen?</w:t>
            </w:r>
          </w:p>
        </w:tc>
      </w:tr>
      <w:tr>
        <w:tc>
          <w:tcPr>
            <w:tcW w:type="dxa" w:w="3513"/>
            <w:vAlign w:val="top"/>
          </w:tcPr>
          <w:p>
            <w:r/>
            <w:r>
              <w:rPr>
                <w:b w:val="0"/>
                <w:sz w:val="16"/>
              </w:rPr>
              <w:t>52:31</w:t>
            </w:r>
          </w:p>
        </w:tc>
        <w:tc>
          <w:tcPr>
            <w:tcW w:type="dxa" w:w="3513"/>
            <w:vAlign w:val="top"/>
          </w:tcPr>
          <w:p>
            <w:r/>
            <w:r>
              <w:rPr>
                <w:b w:val="0"/>
                <w:sz w:val="16"/>
              </w:rPr>
              <w:t>Claudia Kresser</w:t>
            </w:r>
          </w:p>
        </w:tc>
        <w:tc>
          <w:tcPr>
            <w:tcW w:type="dxa" w:w="3513"/>
            <w:vAlign w:val="top"/>
          </w:tcPr>
          <w:p>
            <w:r/>
            <w:r>
              <w:rPr>
                <w:b w:val="0"/>
                <w:sz w:val="16"/>
              </w:rPr>
              <w:t>Also, Entscheid ist insofern gefallen, dass ich das jetzt so in den Plänen drin hab. Ich hab das jetzt so entschieden und ja, wenn ihr natürlich findet, nah das. Also für mich ist es das Beischild auch, oder? Im Prinzip.</w:t>
            </w:r>
          </w:p>
        </w:tc>
      </w:tr>
      <w:tr>
        <w:tc>
          <w:tcPr>
            <w:tcW w:type="dxa" w:w="3513"/>
            <w:vAlign w:val="top"/>
          </w:tcPr>
          <w:p>
            <w:r/>
            <w:r>
              <w:rPr>
                <w:b w:val="0"/>
                <w:sz w:val="16"/>
              </w:rPr>
              <w:t>52:50</w:t>
            </w:r>
          </w:p>
        </w:tc>
        <w:tc>
          <w:tcPr>
            <w:tcW w:type="dxa" w:w="3513"/>
            <w:vAlign w:val="top"/>
          </w:tcPr>
          <w:p>
            <w:r/>
            <w:r>
              <w:rPr>
                <w:b w:val="0"/>
                <w:sz w:val="16"/>
              </w:rPr>
              <w:t>Donatiello Cristian</w:t>
            </w:r>
          </w:p>
        </w:tc>
        <w:tc>
          <w:tcPr>
            <w:tcW w:type="dxa" w:w="3513"/>
            <w:vAlign w:val="top"/>
          </w:tcPr>
          <w:p>
            <w:r/>
            <w:r>
              <w:rPr>
                <w:b w:val="0"/>
                <w:sz w:val="16"/>
              </w:rPr>
              <w:t>Ich glaube auch, hast Gefühl, wir machen so und so. Also, ich weiß nicht, wie du es siehst, Luke. Das Gefühl, es macht uns einfacher, wenn wir sie so lösen.</w:t>
            </w:r>
          </w:p>
        </w:tc>
      </w:tr>
      <w:tr>
        <w:tc>
          <w:tcPr>
            <w:tcW w:type="dxa" w:w="3513"/>
            <w:vAlign w:val="top"/>
          </w:tcPr>
          <w:p>
            <w:r/>
            <w:r>
              <w:rPr>
                <w:b w:val="0"/>
                <w:sz w:val="16"/>
              </w:rPr>
              <w:t>53:05</w:t>
            </w:r>
          </w:p>
        </w:tc>
        <w:tc>
          <w:tcPr>
            <w:tcW w:type="dxa" w:w="3513"/>
            <w:vAlign w:val="top"/>
          </w:tcPr>
          <w:p>
            <w:r/>
            <w:r>
              <w:rPr>
                <w:b w:val="0"/>
                <w:sz w:val="16"/>
              </w:rPr>
              <w:t>Velten Lukas</w:t>
            </w:r>
          </w:p>
        </w:tc>
        <w:tc>
          <w:tcPr>
            <w:tcW w:type="dxa" w:w="3513"/>
            <w:vAlign w:val="top"/>
          </w:tcPr>
          <w:p>
            <w:r/>
            <w:r>
              <w:rPr>
                <w:b w:val="0"/>
                <w:sz w:val="16"/>
              </w:rPr>
              <w:t>Ich hab Lukas ist glaub nicht mehr dabei.</w:t>
            </w:r>
          </w:p>
        </w:tc>
      </w:tr>
      <w:tr>
        <w:tc>
          <w:tcPr>
            <w:tcW w:type="dxa" w:w="3513"/>
            <w:vAlign w:val="top"/>
          </w:tcPr>
          <w:p>
            <w:r/>
            <w:r>
              <w:rPr>
                <w:b w:val="0"/>
                <w:sz w:val="16"/>
              </w:rPr>
              <w:t>53:08</w:t>
            </w:r>
          </w:p>
        </w:tc>
        <w:tc>
          <w:tcPr>
            <w:tcW w:type="dxa" w:w="3513"/>
            <w:vAlign w:val="top"/>
          </w:tcPr>
          <w:p>
            <w:r/>
            <w:r>
              <w:rPr>
                <w:b w:val="0"/>
                <w:sz w:val="16"/>
              </w:rPr>
              <w:t>Donatiello Cristian</w:t>
            </w:r>
          </w:p>
        </w:tc>
        <w:tc>
          <w:tcPr>
            <w:tcW w:type="dxa" w:w="3513"/>
            <w:vAlign w:val="top"/>
          </w:tcPr>
          <w:p>
            <w:r/>
            <w:r>
              <w:rPr>
                <w:b w:val="0"/>
                <w:sz w:val="16"/>
              </w:rPr>
              <w:t>Nein, Lukas, Lukas hat gemeint.</w:t>
            </w:r>
          </w:p>
        </w:tc>
      </w:tr>
      <w:tr>
        <w:tc>
          <w:tcPr>
            <w:tcW w:type="dxa" w:w="3513"/>
            <w:vAlign w:val="top"/>
          </w:tcPr>
          <w:p>
            <w:r/>
            <w:r>
              <w:rPr>
                <w:b w:val="0"/>
                <w:sz w:val="16"/>
              </w:rPr>
              <w:t>53:11</w:t>
            </w:r>
          </w:p>
        </w:tc>
        <w:tc>
          <w:tcPr>
            <w:tcW w:type="dxa" w:w="3513"/>
            <w:vAlign w:val="top"/>
          </w:tcPr>
          <w:p>
            <w:r/>
            <w:r>
              <w:rPr>
                <w:b w:val="0"/>
                <w:sz w:val="16"/>
              </w:rPr>
              <w:t>Velten Lukas</w:t>
            </w:r>
          </w:p>
        </w:tc>
        <w:tc>
          <w:tcPr>
            <w:tcW w:type="dxa" w:w="3513"/>
            <w:vAlign w:val="top"/>
          </w:tcPr>
          <w:p>
            <w:r/>
            <w:r>
              <w:rPr>
                <w:b w:val="0"/>
                <w:sz w:val="16"/>
              </w:rPr>
              <w:t>Mein erster Gedanke war tatsächlich auch im Massivbau.</w:t>
            </w:r>
          </w:p>
        </w:tc>
      </w:tr>
      <w:tr>
        <w:tc>
          <w:tcPr>
            <w:tcW w:type="dxa" w:w="3513"/>
            <w:vAlign w:val="top"/>
          </w:tcPr>
          <w:p>
            <w:r/>
            <w:r>
              <w:rPr>
                <w:b w:val="0"/>
                <w:sz w:val="16"/>
              </w:rPr>
              <w:t>53:18</w:t>
            </w:r>
          </w:p>
        </w:tc>
        <w:tc>
          <w:tcPr>
            <w:tcW w:type="dxa" w:w="3513"/>
            <w:vAlign w:val="top"/>
          </w:tcPr>
          <w:p>
            <w:r/>
            <w:r>
              <w:rPr>
                <w:b w:val="0"/>
                <w:sz w:val="16"/>
              </w:rPr>
              <w:t>Velten Lukas</w:t>
            </w:r>
          </w:p>
        </w:tc>
        <w:tc>
          <w:tcPr>
            <w:tcW w:type="dxa" w:w="3513"/>
            <w:vAlign w:val="top"/>
          </w:tcPr>
          <w:p>
            <w:r/>
            <w:r>
              <w:rPr>
                <w:b w:val="0"/>
                <w:sz w:val="16"/>
              </w:rPr>
              <w:t>Das hat einfach die Treppe Situation, wobei die Treppe muss man jetzt auch irgendwie durch die Dämmung durch den Feuerwärmeschutz an die Wand hinter anschließe.</w:t>
            </w:r>
          </w:p>
        </w:tc>
      </w:tr>
      <w:tr>
        <w:tc>
          <w:tcPr>
            <w:tcW w:type="dxa" w:w="3513"/>
            <w:vAlign w:val="top"/>
          </w:tcPr>
          <w:p>
            <w:r/>
            <w:r>
              <w:rPr>
                <w:b w:val="0"/>
                <w:sz w:val="16"/>
              </w:rPr>
              <w:t>53:28</w:t>
            </w:r>
          </w:p>
        </w:tc>
        <w:tc>
          <w:tcPr>
            <w:tcW w:type="dxa" w:w="3513"/>
            <w:vAlign w:val="top"/>
          </w:tcPr>
          <w:p>
            <w:r/>
            <w:r>
              <w:rPr>
                <w:b w:val="0"/>
                <w:sz w:val="16"/>
              </w:rPr>
              <w:t>Claudia Kresser</w:t>
            </w:r>
          </w:p>
        </w:tc>
        <w:tc>
          <w:tcPr>
            <w:tcW w:type="dxa" w:w="3513"/>
            <w:vAlign w:val="top"/>
          </w:tcPr>
          <w:p>
            <w:r/>
            <w:r>
              <w:rPr>
                <w:b w:val="0"/>
                <w:sz w:val="16"/>
              </w:rPr>
              <w:t>Aber das, das ist ja eigentlich, das geht ja mit, sagen wir mal, sag ich jetzt mal blöd, mit Dorne kann man das ja machen, oder? Also das haben wir jetzt auch in meine Dorf so gehabt.</w:t>
            </w:r>
          </w:p>
        </w:tc>
      </w:tr>
      <w:tr>
        <w:tc>
          <w:tcPr>
            <w:tcW w:type="dxa" w:w="3513"/>
            <w:vAlign w:val="top"/>
          </w:tcPr>
          <w:p>
            <w:r/>
            <w:r>
              <w:rPr>
                <w:b w:val="0"/>
                <w:sz w:val="16"/>
              </w:rPr>
              <w:t>53:38</w:t>
            </w:r>
          </w:p>
        </w:tc>
        <w:tc>
          <w:tcPr>
            <w:tcW w:type="dxa" w:w="3513"/>
            <w:vAlign w:val="top"/>
          </w:tcPr>
          <w:p>
            <w:r/>
            <w:r>
              <w:rPr>
                <w:b w:val="0"/>
                <w:sz w:val="16"/>
              </w:rPr>
              <w:t>David Ebinger</w:t>
            </w:r>
          </w:p>
        </w:tc>
        <w:tc>
          <w:tcPr>
            <w:tcW w:type="dxa" w:w="3513"/>
            <w:vAlign w:val="top"/>
          </w:tcPr>
          <w:p>
            <w:r/>
            <w:r>
              <w:rPr>
                <w:b w:val="0"/>
                <w:sz w:val="16"/>
              </w:rPr>
              <w:t>Genau, ja, wie in Mendorf, analoge.</w:t>
            </w:r>
          </w:p>
        </w:tc>
      </w:tr>
      <w:tr>
        <w:tc>
          <w:tcPr>
            <w:tcW w:type="dxa" w:w="3513"/>
            <w:vAlign w:val="top"/>
          </w:tcPr>
          <w:p>
            <w:r/>
            <w:r>
              <w:rPr>
                <w:b w:val="0"/>
                <w:sz w:val="16"/>
              </w:rPr>
              <w:t>53:43</w:t>
            </w:r>
          </w:p>
        </w:tc>
        <w:tc>
          <w:tcPr>
            <w:tcW w:type="dxa" w:w="3513"/>
            <w:vAlign w:val="top"/>
          </w:tcPr>
          <w:p>
            <w:r/>
            <w:r>
              <w:rPr>
                <w:b w:val="0"/>
                <w:sz w:val="16"/>
              </w:rPr>
              <w:t>Donatiello Cristian</w:t>
            </w:r>
          </w:p>
        </w:tc>
        <w:tc>
          <w:tcPr>
            <w:tcW w:type="dxa" w:w="3513"/>
            <w:vAlign w:val="top"/>
          </w:tcPr>
          <w:p>
            <w:r/>
            <w:r>
              <w:rPr>
                <w:b w:val="0"/>
                <w:sz w:val="16"/>
              </w:rPr>
              <w:t>Steibullen oder will sie auch?</w:t>
            </w:r>
          </w:p>
        </w:tc>
      </w:tr>
      <w:tr>
        <w:tc>
          <w:tcPr>
            <w:tcW w:type="dxa" w:w="3513"/>
            <w:vAlign w:val="top"/>
          </w:tcPr>
          <w:p>
            <w:r/>
            <w:r>
              <w:rPr>
                <w:b w:val="0"/>
                <w:sz w:val="16"/>
              </w:rPr>
              <w:t>53:51</w:t>
            </w:r>
          </w:p>
        </w:tc>
        <w:tc>
          <w:tcPr>
            <w:tcW w:type="dxa" w:w="3513"/>
            <w:vAlign w:val="top"/>
          </w:tcPr>
          <w:p>
            <w:r/>
            <w:r>
              <w:rPr>
                <w:b w:val="0"/>
                <w:sz w:val="16"/>
              </w:rPr>
              <w:t>Claudia Kresser</w:t>
            </w:r>
          </w:p>
        </w:tc>
        <w:tc>
          <w:tcPr>
            <w:tcW w:type="dxa" w:w="3513"/>
            <w:vAlign w:val="top"/>
          </w:tcPr>
          <w:p>
            <w:r/>
            <w:r>
              <w:rPr>
                <w:b w:val="0"/>
                <w:sz w:val="16"/>
              </w:rPr>
              <w:t>Also, was spricht denn, sagen wir so, andersrum gefragt, Jonas, was spricht dafür, dass man es in Holzbau macht?</w:t>
            </w:r>
          </w:p>
        </w:tc>
      </w:tr>
      <w:tr>
        <w:tc>
          <w:tcPr>
            <w:tcW w:type="dxa" w:w="3513"/>
            <w:vAlign w:val="top"/>
          </w:tcPr>
          <w:p>
            <w:r/>
            <w:r>
              <w:rPr>
                <w:b w:val="0"/>
                <w:sz w:val="16"/>
              </w:rPr>
              <w:t>54:00</w:t>
            </w:r>
          </w:p>
        </w:tc>
        <w:tc>
          <w:tcPr>
            <w:tcW w:type="dxa" w:w="3513"/>
            <w:vAlign w:val="top"/>
          </w:tcPr>
          <w:p>
            <w:r/>
            <w:r>
              <w:rPr>
                <w:b w:val="0"/>
                <w:sz w:val="16"/>
              </w:rPr>
              <w:t>Dürr Jonas</w:t>
            </w:r>
          </w:p>
        </w:tc>
        <w:tc>
          <w:tcPr>
            <w:tcW w:type="dxa" w:w="3513"/>
            <w:vAlign w:val="top"/>
          </w:tcPr>
          <w:p>
            <w:r/>
            <w:r>
              <w:rPr>
                <w:b w:val="0"/>
                <w:sz w:val="16"/>
              </w:rPr>
              <w:t>Vielleicht wegen Toleranzen zum Holzbau, also anders als Schnittstelle wegen woanders, aber ist schon beides denkbar. Intuitiv würden wir wahrscheinlich auf Massivbau. Ja, wollt es einfach noch mal aufmachen. Das Thema.</w:t>
            </w:r>
          </w:p>
        </w:tc>
      </w:tr>
      <w:tr>
        <w:tc>
          <w:tcPr>
            <w:tcW w:type="dxa" w:w="3513"/>
            <w:vAlign w:val="top"/>
          </w:tcPr>
          <w:p>
            <w:r/>
            <w:r>
              <w:rPr>
                <w:b w:val="0"/>
                <w:sz w:val="16"/>
              </w:rPr>
              <w:t>54:17</w:t>
            </w:r>
          </w:p>
        </w:tc>
        <w:tc>
          <w:tcPr>
            <w:tcW w:type="dxa" w:w="3513"/>
            <w:vAlign w:val="top"/>
          </w:tcPr>
          <w:p>
            <w:r/>
            <w:r>
              <w:rPr>
                <w:b w:val="0"/>
                <w:sz w:val="16"/>
              </w:rPr>
              <w:t>Dürr Jonas</w:t>
            </w:r>
          </w:p>
        </w:tc>
        <w:tc>
          <w:tcPr>
            <w:tcW w:type="dxa" w:w="3513"/>
            <w:vAlign w:val="top"/>
          </w:tcPr>
          <w:p>
            <w:r/>
            <w:r>
              <w:rPr>
                <w:b w:val="0"/>
                <w:sz w:val="16"/>
              </w:rPr>
              <w:t>Bevor wir jetzt irgendwo was. Fix gesetzt hin, aber prinzipiell, ich glaub, für uns ist das schon denkbar, ja.</w:t>
            </w:r>
          </w:p>
        </w:tc>
      </w:tr>
      <w:tr>
        <w:tc>
          <w:tcPr>
            <w:tcW w:type="dxa" w:w="3513"/>
            <w:vAlign w:val="top"/>
          </w:tcPr>
          <w:p>
            <w:r/>
            <w:r>
              <w:rPr>
                <w:b w:val="0"/>
                <w:sz w:val="16"/>
              </w:rPr>
              <w:t>54:25</w:t>
            </w:r>
          </w:p>
        </w:tc>
        <w:tc>
          <w:tcPr>
            <w:tcW w:type="dxa" w:w="3513"/>
            <w:vAlign w:val="top"/>
          </w:tcPr>
          <w:p>
            <w:r/>
            <w:r>
              <w:rPr>
                <w:b w:val="0"/>
                <w:sz w:val="16"/>
              </w:rPr>
              <w:t>Ramon Nachmansohn</w:t>
            </w:r>
          </w:p>
        </w:tc>
        <w:tc>
          <w:tcPr>
            <w:tcW w:type="dxa" w:w="3513"/>
            <w:vAlign w:val="top"/>
          </w:tcPr>
          <w:p>
            <w:r/>
            <w:r>
              <w:rPr>
                <w:b w:val="0"/>
                <w:sz w:val="16"/>
              </w:rPr>
              <w:t>Also, der vor der vordere Teil vor der Schachtwand, der könnt ja dann betoniert sie, Da müsst alle fast ein bisschen murret sie, oder wenn man da hinten 3 Installationen und so könnt ihr dann nicht installieren. Also, dort müssen wir irgendwie noch ein Teil der gemurrten Streifen haben.</w:t>
            </w:r>
          </w:p>
        </w:tc>
      </w:tr>
      <w:tr>
        <w:tc>
          <w:tcPr>
            <w:tcW w:type="dxa" w:w="3513"/>
            <w:vAlign w:val="top"/>
          </w:tcPr>
          <w:p>
            <w:r/>
            <w:r>
              <w:rPr>
                <w:b w:val="0"/>
                <w:sz w:val="16"/>
              </w:rPr>
              <w:t>54:41</w:t>
            </w:r>
          </w:p>
        </w:tc>
        <w:tc>
          <w:tcPr>
            <w:tcW w:type="dxa" w:w="3513"/>
            <w:vAlign w:val="top"/>
          </w:tcPr>
          <w:p>
            <w:r/>
            <w:r>
              <w:rPr>
                <w:b w:val="0"/>
                <w:sz w:val="16"/>
              </w:rPr>
              <w:t>Claudia Kresser</w:t>
            </w:r>
          </w:p>
        </w:tc>
        <w:tc>
          <w:tcPr>
            <w:tcW w:type="dxa" w:w="3513"/>
            <w:vAlign w:val="top"/>
          </w:tcPr>
          <w:p>
            <w:r/>
            <w:r>
              <w:rPr>
                <w:b w:val="0"/>
                <w:sz w:val="16"/>
              </w:rPr>
              <w:t>Also da von mir aus. Daughts must.</w:t>
            </w:r>
          </w:p>
        </w:tc>
      </w:tr>
      <w:tr>
        <w:tc>
          <w:tcPr>
            <w:tcW w:type="dxa" w:w="3513"/>
            <w:vAlign w:val="top"/>
          </w:tcPr>
          <w:p>
            <w:r/>
            <w:r>
              <w:rPr>
                <w:b w:val="0"/>
                <w:sz w:val="16"/>
              </w:rPr>
              <w:t>54:48</w:t>
            </w:r>
          </w:p>
        </w:tc>
        <w:tc>
          <w:tcPr>
            <w:tcW w:type="dxa" w:w="3513"/>
            <w:vAlign w:val="top"/>
          </w:tcPr>
          <w:p>
            <w:r/>
            <w:r>
              <w:rPr>
                <w:b w:val="0"/>
                <w:sz w:val="16"/>
              </w:rPr>
              <w:t>Ramon Nachmansohn</w:t>
            </w:r>
          </w:p>
        </w:tc>
        <w:tc>
          <w:tcPr>
            <w:tcW w:type="dxa" w:w="3513"/>
            <w:vAlign w:val="top"/>
          </w:tcPr>
          <w:p>
            <w:r/>
            <w:r>
              <w:rPr>
                <w:b w:val="0"/>
                <w:sz w:val="16"/>
              </w:rPr>
              <w:t>Ja, genau, dass man von vorne zugänglich hält. Oder wenn man dort die Wand noch an der anderen, weil im Bett, dann kann man sie schon ja, ja genau die.</w:t>
            </w:r>
          </w:p>
        </w:tc>
      </w:tr>
      <w:tr>
        <w:tc>
          <w:tcPr>
            <w:tcW w:type="dxa" w:w="3513"/>
            <w:vAlign w:val="top"/>
          </w:tcPr>
          <w:p>
            <w:r/>
            <w:r>
              <w:rPr>
                <w:b w:val="0"/>
                <w:sz w:val="16"/>
              </w:rPr>
              <w:t>54:54</w:t>
            </w:r>
          </w:p>
        </w:tc>
        <w:tc>
          <w:tcPr>
            <w:tcW w:type="dxa" w:w="3513"/>
            <w:vAlign w:val="top"/>
          </w:tcPr>
          <w:p>
            <w:r/>
            <w:r>
              <w:rPr>
                <w:b w:val="0"/>
                <w:sz w:val="16"/>
              </w:rPr>
              <w:t>Claudia Kresser</w:t>
            </w:r>
          </w:p>
        </w:tc>
        <w:tc>
          <w:tcPr>
            <w:tcW w:type="dxa" w:w="3513"/>
            <w:vAlign w:val="top"/>
          </w:tcPr>
          <w:p>
            <w:r/>
            <w:r>
              <w:rPr>
                <w:b w:val="0"/>
                <w:sz w:val="16"/>
              </w:rPr>
              <w:t>Sick. Den Dall da müsstest im Bett, da müsstest Guren haben.</w:t>
            </w:r>
          </w:p>
        </w:tc>
      </w:tr>
      <w:tr>
        <w:tc>
          <w:tcPr>
            <w:tcW w:type="dxa" w:w="3513"/>
            <w:vAlign w:val="top"/>
          </w:tcPr>
          <w:p>
            <w:r/>
            <w:r>
              <w:rPr>
                <w:b w:val="0"/>
                <w:sz w:val="16"/>
              </w:rPr>
              <w:t>54:58</w:t>
            </w:r>
          </w:p>
        </w:tc>
        <w:tc>
          <w:tcPr>
            <w:tcW w:type="dxa" w:w="3513"/>
            <w:vAlign w:val="top"/>
          </w:tcPr>
          <w:p>
            <w:r/>
            <w:r>
              <w:rPr>
                <w:b w:val="0"/>
                <w:sz w:val="16"/>
              </w:rPr>
              <w:t>Ramon Nachmansohn</w:t>
            </w:r>
          </w:p>
        </w:tc>
        <w:tc>
          <w:tcPr>
            <w:tcW w:type="dxa" w:w="3513"/>
            <w:vAlign w:val="top"/>
          </w:tcPr>
          <w:p>
            <w:r/>
            <w:r>
              <w:rPr>
                <w:b w:val="0"/>
                <w:sz w:val="16"/>
              </w:rPr>
              <w:t>Ja, am liebsten Bachstein oder so, da kann man das nachträglich hoch aufnehmen.</w:t>
            </w:r>
          </w:p>
        </w:tc>
      </w:tr>
      <w:tr>
        <w:tc>
          <w:tcPr>
            <w:tcW w:type="dxa" w:w="3513"/>
            <w:vAlign w:val="top"/>
          </w:tcPr>
          <w:p>
            <w:r/>
            <w:r>
              <w:rPr>
                <w:b w:val="0"/>
                <w:sz w:val="16"/>
              </w:rPr>
              <w:t>55:12</w:t>
            </w:r>
          </w:p>
        </w:tc>
        <w:tc>
          <w:tcPr>
            <w:tcW w:type="dxa" w:w="3513"/>
            <w:vAlign w:val="top"/>
          </w:tcPr>
          <w:p>
            <w:r/>
            <w:r>
              <w:rPr>
                <w:b w:val="0"/>
                <w:sz w:val="16"/>
              </w:rPr>
              <w:t>Claudia Kresser</w:t>
            </w:r>
          </w:p>
        </w:tc>
        <w:tc>
          <w:tcPr>
            <w:tcW w:type="dxa" w:w="3513"/>
            <w:vAlign w:val="top"/>
          </w:tcPr>
          <w:p>
            <w:r/>
            <w:r>
              <w:rPr>
                <w:b w:val="0"/>
                <w:sz w:val="16"/>
              </w:rPr>
              <w:t>Das ja also da eigentlich müsste da der der Lupko auch noch ein bisschen was dazu sagen, von wegen weißt wegen wie das ist statisch und so weiter.</w:t>
            </w:r>
          </w:p>
        </w:tc>
      </w:tr>
      <w:tr>
        <w:tc>
          <w:tcPr>
            <w:tcW w:type="dxa" w:w="3513"/>
            <w:vAlign w:val="top"/>
          </w:tcPr>
          <w:p>
            <w:r/>
            <w:r>
              <w:rPr>
                <w:b w:val="0"/>
                <w:sz w:val="16"/>
              </w:rPr>
              <w:t>55:20</w:t>
            </w:r>
          </w:p>
        </w:tc>
        <w:tc>
          <w:tcPr>
            <w:tcW w:type="dxa" w:w="3513"/>
            <w:vAlign w:val="top"/>
          </w:tcPr>
          <w:p>
            <w:r/>
            <w:r>
              <w:rPr>
                <w:b w:val="0"/>
                <w:sz w:val="16"/>
              </w:rPr>
              <w:t>Ramon Nachmansohn</w:t>
            </w:r>
          </w:p>
        </w:tc>
        <w:tc>
          <w:tcPr>
            <w:tcW w:type="dxa" w:w="3513"/>
            <w:vAlign w:val="top"/>
          </w:tcPr>
          <w:p>
            <w:r/>
            <w:r>
              <w:rPr>
                <w:b w:val="0"/>
                <w:sz w:val="16"/>
              </w:rPr>
              <w:t>ja, alles gut. Ja, ich wollte nur schnell die E-Mails bringen, aber das muss man mal sagen, Lorenz.</w:t>
            </w:r>
          </w:p>
        </w:tc>
      </w:tr>
      <w:tr>
        <w:tc>
          <w:tcPr>
            <w:tcW w:type="dxa" w:w="3513"/>
            <w:vAlign w:val="top"/>
          </w:tcPr>
          <w:p>
            <w:r/>
            <w:r>
              <w:rPr>
                <w:b w:val="0"/>
                <w:sz w:val="16"/>
              </w:rPr>
              <w:t>55:29</w:t>
            </w:r>
          </w:p>
        </w:tc>
        <w:tc>
          <w:tcPr>
            <w:tcW w:type="dxa" w:w="3513"/>
            <w:vAlign w:val="top"/>
          </w:tcPr>
          <w:p>
            <w:r/>
            <w:r>
              <w:rPr>
                <w:b w:val="0"/>
                <w:sz w:val="16"/>
              </w:rPr>
              <w:t>Velten Lukas</w:t>
            </w:r>
          </w:p>
        </w:tc>
        <w:tc>
          <w:tcPr>
            <w:tcW w:type="dxa" w:w="3513"/>
            <w:vAlign w:val="top"/>
          </w:tcPr>
          <w:p>
            <w:r/>
            <w:r>
              <w:rPr>
                <w:b w:val="0"/>
                <w:sz w:val="16"/>
              </w:rPr>
              <w:t>Jonas, weißt du, die Decke ist auf der linken Seite in dem Zimmer. Die müsste man ja dann auch irgendwie an die Betonwand anschließen, oder? Got abwesend.</w:t>
            </w:r>
          </w:p>
        </w:tc>
      </w:tr>
      <w:tr>
        <w:tc>
          <w:tcPr>
            <w:tcW w:type="dxa" w:w="3513"/>
            <w:vAlign w:val="top"/>
          </w:tcPr>
          <w:p>
            <w:r/>
            <w:r>
              <w:rPr>
                <w:b w:val="0"/>
                <w:sz w:val="16"/>
              </w:rPr>
              <w:t>55:50</w:t>
            </w:r>
          </w:p>
        </w:tc>
        <w:tc>
          <w:tcPr>
            <w:tcW w:type="dxa" w:w="3513"/>
            <w:vAlign w:val="top"/>
          </w:tcPr>
          <w:p>
            <w:r/>
            <w:r>
              <w:rPr>
                <w:b w:val="0"/>
                <w:sz w:val="16"/>
              </w:rPr>
              <w:t>Velten Lukas</w:t>
            </w:r>
          </w:p>
        </w:tc>
        <w:tc>
          <w:tcPr>
            <w:tcW w:type="dxa" w:w="3513"/>
            <w:vAlign w:val="top"/>
          </w:tcPr>
          <w:p>
            <w:r/>
            <w:r>
              <w:rPr>
                <w:b w:val="0"/>
                <w:sz w:val="16"/>
              </w:rPr>
              <w:t>Weil das wird ja dann irgendwie 'nen eine sichtbares Auflage geben links unten im Eck, gibt es Gizeh oder?</w:t>
            </w:r>
          </w:p>
        </w:tc>
      </w:tr>
      <w:tr>
        <w:tc>
          <w:tcPr>
            <w:tcW w:type="dxa" w:w="3513"/>
            <w:vAlign w:val="top"/>
          </w:tcPr>
          <w:p>
            <w:r/>
            <w:r>
              <w:rPr>
                <w:b w:val="0"/>
                <w:sz w:val="16"/>
              </w:rPr>
              <w:t>56:00</w:t>
            </w:r>
          </w:p>
        </w:tc>
        <w:tc>
          <w:tcPr>
            <w:tcW w:type="dxa" w:w="3513"/>
            <w:vAlign w:val="top"/>
          </w:tcPr>
          <w:p>
            <w:r/>
            <w:r>
              <w:rPr>
                <w:b w:val="0"/>
                <w:sz w:val="16"/>
              </w:rPr>
              <w:t>Claudia Kresser</w:t>
            </w:r>
          </w:p>
        </w:tc>
        <w:tc>
          <w:tcPr>
            <w:tcW w:type="dxa" w:w="3513"/>
            <w:vAlign w:val="top"/>
          </w:tcPr>
          <w:p>
            <w:r/>
            <w:r>
              <w:rPr>
                <w:b w:val="0"/>
                <w:sz w:val="16"/>
              </w:rPr>
              <w:t>Auf der Wohnungsseite hältst du jetzt, also du, wie die Decke.</w:t>
            </w:r>
          </w:p>
        </w:tc>
      </w:tr>
      <w:tr>
        <w:tc>
          <w:tcPr>
            <w:tcW w:type="dxa" w:w="3513"/>
            <w:vAlign w:val="top"/>
          </w:tcPr>
          <w:p>
            <w:r/>
            <w:r>
              <w:rPr>
                <w:b w:val="0"/>
                <w:sz w:val="16"/>
              </w:rPr>
              <w:t>56:03</w:t>
            </w:r>
          </w:p>
        </w:tc>
        <w:tc>
          <w:tcPr>
            <w:tcW w:type="dxa" w:w="3513"/>
            <w:vAlign w:val="top"/>
          </w:tcPr>
          <w:p>
            <w:r/>
            <w:r>
              <w:rPr>
                <w:b w:val="0"/>
                <w:sz w:val="16"/>
              </w:rPr>
              <w:t>Ramon Nachmansohn</w:t>
            </w:r>
          </w:p>
        </w:tc>
        <w:tc>
          <w:tcPr>
            <w:tcW w:type="dxa" w:w="3513"/>
            <w:vAlign w:val="top"/>
          </w:tcPr>
          <w:p>
            <w:r/>
            <w:r>
              <w:rPr>
                <w:b w:val="0"/>
                <w:sz w:val="16"/>
              </w:rPr>
              <w:t>Ja, weil das ist ja dann eine Stickzone, hat schon recht, oder weil da ist eine Stickzone, da hat ja da hat ja eine Öffnung, da muss ich auf mit Lüftungskanal und dann muss man direkt Auflage von der Decke schon da irgendetwas machen, das ist richtig.</w:t>
            </w:r>
          </w:p>
        </w:tc>
      </w:tr>
      <w:tr>
        <w:tc>
          <w:tcPr>
            <w:tcW w:type="dxa" w:w="3513"/>
            <w:vAlign w:val="top"/>
          </w:tcPr>
          <w:p>
            <w:r/>
            <w:r>
              <w:rPr>
                <w:b w:val="0"/>
                <w:sz w:val="16"/>
              </w:rPr>
              <w:t>56:18</w:t>
            </w:r>
          </w:p>
        </w:tc>
        <w:tc>
          <w:tcPr>
            <w:tcW w:type="dxa" w:w="3513"/>
            <w:vAlign w:val="top"/>
          </w:tcPr>
          <w:p>
            <w:r/>
            <w:r>
              <w:rPr>
                <w:b w:val="0"/>
                <w:sz w:val="16"/>
              </w:rPr>
              <w:t>Velten Lukas</w:t>
            </w:r>
          </w:p>
        </w:tc>
        <w:tc>
          <w:tcPr>
            <w:tcW w:type="dxa" w:w="3513"/>
            <w:vAlign w:val="top"/>
          </w:tcPr>
          <w:p>
            <w:r/>
            <w:r>
              <w:rPr>
                <w:b w:val="0"/>
                <w:sz w:val="16"/>
              </w:rPr>
              <w:t>Genau das ist einmal die Auflagersituation bei der Steigzone, aber auch weiter links in diesem Zimmer. In diesem separaten Zimmer spannt ja die Decke in dem Fall von der Außenwand zur Treppenhauswand und dort müsste man in dem Bereich auch ein Auflager generieren.</w:t>
            </w:r>
          </w:p>
        </w:tc>
      </w:tr>
      <w:tr>
        <w:tc>
          <w:tcPr>
            <w:tcW w:type="dxa" w:w="3513"/>
            <w:vAlign w:val="top"/>
          </w:tcPr>
          <w:p>
            <w:r/>
            <w:r>
              <w:rPr>
                <w:b w:val="0"/>
                <w:sz w:val="16"/>
              </w:rPr>
              <w:t>56:41</w:t>
            </w:r>
          </w:p>
        </w:tc>
        <w:tc>
          <w:tcPr>
            <w:tcW w:type="dxa" w:w="3513"/>
            <w:vAlign w:val="top"/>
          </w:tcPr>
          <w:p>
            <w:r/>
            <w:r>
              <w:rPr>
                <w:b w:val="0"/>
                <w:sz w:val="16"/>
              </w:rPr>
              <w:t>Donatiello Cristian</w:t>
            </w:r>
          </w:p>
        </w:tc>
        <w:tc>
          <w:tcPr>
            <w:tcW w:type="dxa" w:w="3513"/>
            <w:vAlign w:val="top"/>
          </w:tcPr>
          <w:p>
            <w:r/>
            <w:r>
              <w:rPr>
                <w:b w:val="0"/>
                <w:sz w:val="16"/>
              </w:rPr>
              <w:t>Also, wo ich geleckt dich sozusagen, oder?</w:t>
            </w:r>
          </w:p>
        </w:tc>
      </w:tr>
      <w:tr>
        <w:tc>
          <w:tcPr>
            <w:tcW w:type="dxa" w:w="3513"/>
            <w:vAlign w:val="top"/>
          </w:tcPr>
          <w:p>
            <w:r/>
            <w:r>
              <w:rPr>
                <w:b w:val="0"/>
                <w:sz w:val="16"/>
              </w:rPr>
              <w:t>56:43</w:t>
            </w:r>
          </w:p>
        </w:tc>
        <w:tc>
          <w:tcPr>
            <w:tcW w:type="dxa" w:w="3513"/>
            <w:vAlign w:val="top"/>
          </w:tcPr>
          <w:p>
            <w:r/>
            <w:r>
              <w:rPr>
                <w:b w:val="0"/>
                <w:sz w:val="16"/>
              </w:rPr>
              <w:t>Claudia Kresser</w:t>
            </w:r>
          </w:p>
        </w:tc>
        <w:tc>
          <w:tcPr>
            <w:tcW w:type="dxa" w:w="3513"/>
            <w:vAlign w:val="top"/>
          </w:tcPr>
          <w:p>
            <w:r/>
            <w:r>
              <w:rPr>
                <w:b w:val="0"/>
                <w:sz w:val="16"/>
              </w:rPr>
              <w:t>Beziehungsweise, man kann es auch mit Konsole machen oder.</w:t>
            </w:r>
          </w:p>
        </w:tc>
      </w:tr>
      <w:tr>
        <w:tc>
          <w:tcPr>
            <w:tcW w:type="dxa" w:w="3513"/>
            <w:vAlign w:val="top"/>
          </w:tcPr>
          <w:p>
            <w:r/>
            <w:r>
              <w:rPr>
                <w:b w:val="0"/>
                <w:sz w:val="16"/>
              </w:rPr>
              <w:t>56:54</w:t>
            </w:r>
          </w:p>
        </w:tc>
        <w:tc>
          <w:tcPr>
            <w:tcW w:type="dxa" w:w="3513"/>
            <w:vAlign w:val="top"/>
          </w:tcPr>
          <w:p>
            <w:r/>
            <w:r>
              <w:rPr>
                <w:b w:val="0"/>
                <w:sz w:val="16"/>
              </w:rPr>
              <w:t>Velten Lukas</w:t>
            </w:r>
          </w:p>
        </w:tc>
        <w:tc>
          <w:tcPr>
            <w:tcW w:type="dxa" w:w="3513"/>
            <w:vAlign w:val="top"/>
          </w:tcPr>
          <w:p>
            <w:r/>
            <w:r>
              <w:rPr>
                <w:b w:val="0"/>
                <w:sz w:val="16"/>
              </w:rPr>
              <w:t>Das müsste man sich jetzt natürlich mal anschauen, aber da wäre es natürlich vom Holzbau wahrscheinlich irgendwie ein bisschen einfacher, eine Nische irgendwie auszubilden, wo dann die Decke eingelegt wird.</w:t>
            </w:r>
          </w:p>
        </w:tc>
      </w:tr>
      <w:tr>
        <w:tc>
          <w:tcPr>
            <w:tcW w:type="dxa" w:w="3513"/>
            <w:vAlign w:val="top"/>
          </w:tcPr>
          <w:p>
            <w:r/>
            <w:r>
              <w:rPr>
                <w:b w:val="0"/>
                <w:sz w:val="16"/>
              </w:rPr>
              <w:t>57:11</w:t>
            </w:r>
          </w:p>
        </w:tc>
        <w:tc>
          <w:tcPr>
            <w:tcW w:type="dxa" w:w="3513"/>
            <w:vAlign w:val="top"/>
          </w:tcPr>
          <w:p>
            <w:r/>
            <w:r>
              <w:rPr>
                <w:b w:val="0"/>
                <w:sz w:val="16"/>
              </w:rPr>
              <w:t>Claudia Kresser</w:t>
            </w:r>
          </w:p>
        </w:tc>
        <w:tc>
          <w:tcPr>
            <w:tcW w:type="dxa" w:w="3513"/>
            <w:vAlign w:val="top"/>
          </w:tcPr>
          <w:p>
            <w:r/>
            <w:r>
              <w:rPr>
                <w:b w:val="0"/>
                <w:sz w:val="16"/>
              </w:rPr>
              <w:t>Eigentlich wäre das jetzt Koordinationsthema zwischen Statik, also Bauingenieur und Holzbauingenieur, oder? Müssten wir vielleicht miteinander mal die Jutta anschauen, wie dann?</w:t>
            </w:r>
          </w:p>
        </w:tc>
      </w:tr>
      <w:tr>
        <w:tc>
          <w:tcPr>
            <w:tcW w:type="dxa" w:w="3513"/>
            <w:vAlign w:val="top"/>
          </w:tcPr>
          <w:p>
            <w:r/>
            <w:r>
              <w:rPr>
                <w:b w:val="0"/>
                <w:sz w:val="16"/>
              </w:rPr>
              <w:t>57:25</w:t>
            </w:r>
          </w:p>
        </w:tc>
        <w:tc>
          <w:tcPr>
            <w:tcW w:type="dxa" w:w="3513"/>
            <w:vAlign w:val="top"/>
          </w:tcPr>
          <w:p>
            <w:r/>
            <w:r>
              <w:rPr>
                <w:b w:val="0"/>
                <w:sz w:val="16"/>
              </w:rPr>
              <w:t>Dürr Jonas</w:t>
            </w:r>
          </w:p>
        </w:tc>
        <w:tc>
          <w:tcPr>
            <w:tcW w:type="dxa" w:w="3513"/>
            <w:vAlign w:val="top"/>
          </w:tcPr>
          <w:p>
            <w:r/>
            <w:r>
              <w:rPr>
                <w:b w:val="0"/>
                <w:sz w:val="16"/>
              </w:rPr>
              <w:t>Glaubst du schon ein Thema, was man nicht jetzt lösen will oder also es bucht halt irgendwo auf Lager und mit Massivbau ist tendenziell vielleicht eher sichtbar wie nicht sichtbar oder es hat eine Abdeckung drunter, aber lösbar.</w:t>
            </w:r>
          </w:p>
        </w:tc>
      </w:tr>
      <w:tr>
        <w:tc>
          <w:tcPr>
            <w:tcW w:type="dxa" w:w="3513"/>
            <w:vAlign w:val="top"/>
          </w:tcPr>
          <w:p>
            <w:r/>
            <w:r>
              <w:rPr>
                <w:b w:val="0"/>
                <w:sz w:val="16"/>
              </w:rPr>
              <w:t>57:44</w:t>
            </w:r>
          </w:p>
        </w:tc>
        <w:tc>
          <w:tcPr>
            <w:tcW w:type="dxa" w:w="3513"/>
            <w:vAlign w:val="top"/>
          </w:tcPr>
          <w:p>
            <w:r/>
            <w:r>
              <w:rPr>
                <w:b w:val="0"/>
                <w:sz w:val="16"/>
              </w:rPr>
              <w:t>Donatiello Cristian</w:t>
            </w:r>
          </w:p>
        </w:tc>
        <w:tc>
          <w:tcPr>
            <w:tcW w:type="dxa" w:w="3513"/>
            <w:vAlign w:val="top"/>
          </w:tcPr>
          <w:p>
            <w:r/>
            <w:r>
              <w:rPr>
                <w:b w:val="0"/>
                <w:sz w:val="16"/>
              </w:rPr>
              <w:t>gut Jonas. Noch mal kurz wegen denen aufgebaut, wo der David angesprochen hat. Ist da schon was oben oder bis wann hast du die im David zustellen?</w:t>
            </w:r>
          </w:p>
        </w:tc>
      </w:tr>
      <w:tr>
        <w:tc>
          <w:tcPr>
            <w:tcW w:type="dxa" w:w="3513"/>
            <w:vAlign w:val="top"/>
          </w:tcPr>
          <w:p>
            <w:r/>
            <w:r>
              <w:rPr>
                <w:b w:val="0"/>
                <w:sz w:val="16"/>
              </w:rPr>
              <w:t>57:52</w:t>
            </w:r>
          </w:p>
        </w:tc>
        <w:tc>
          <w:tcPr>
            <w:tcW w:type="dxa" w:w="3513"/>
            <w:vAlign w:val="top"/>
          </w:tcPr>
          <w:p>
            <w:r/>
            <w:r>
              <w:rPr>
                <w:b w:val="0"/>
                <w:sz w:val="16"/>
              </w:rPr>
              <w:t>Dürr Jonas</w:t>
            </w:r>
          </w:p>
        </w:tc>
        <w:tc>
          <w:tcPr>
            <w:tcW w:type="dxa" w:w="3513"/>
            <w:vAlign w:val="top"/>
          </w:tcPr>
          <w:p>
            <w:r/>
            <w:r>
              <w:rPr>
                <w:b w:val="0"/>
                <w:sz w:val="16"/>
              </w:rPr>
              <w:t>Ja, ich hätte jetzt noch mal aus dem aus dem Wettbewerb eigentlich die Aufbaudose zugeführt, Hülle, an denen hätte sich an und für sie nichts geändert und ich glaub mit denen können wir mal wieder fahren.</w:t>
            </w:r>
          </w:p>
        </w:tc>
      </w:tr>
      <w:tr>
        <w:tc>
          <w:tcPr>
            <w:tcW w:type="dxa" w:w="3513"/>
            <w:vAlign w:val="top"/>
          </w:tcPr>
          <w:p>
            <w:r/>
            <w:r>
              <w:rPr>
                <w:b w:val="0"/>
                <w:sz w:val="16"/>
              </w:rPr>
              <w:t>58:06</w:t>
            </w:r>
          </w:p>
        </w:tc>
        <w:tc>
          <w:tcPr>
            <w:tcW w:type="dxa" w:w="3513"/>
            <w:vAlign w:val="top"/>
          </w:tcPr>
          <w:p>
            <w:r/>
            <w:r>
              <w:rPr>
                <w:b w:val="0"/>
                <w:sz w:val="16"/>
              </w:rPr>
              <w:t>Claudia Kresser</w:t>
            </w:r>
          </w:p>
        </w:tc>
        <w:tc>
          <w:tcPr>
            <w:tcW w:type="dxa" w:w="3513"/>
            <w:vAlign w:val="top"/>
          </w:tcPr>
          <w:p>
            <w:r/>
            <w:r>
              <w:rPr>
                <w:b w:val="0"/>
                <w:sz w:val="16"/>
              </w:rPr>
              <w:t>Ich habe da so eine Frage, wenn du, wenn ihr gerade da seid von der Holztruppe, wir haben irgendwie uns gefragt, es gibt bei der Aufbau da gibt es wie 2 verschiedene Innenwände. Und wir wissen nicht genau, was ist ein oder vielleicht wäre es leichter, wenn ihr. Könnt ihr vielleicht noch mal den aktuellen Stand an Wandaufbauten verschicken?</w:t>
            </w:r>
          </w:p>
        </w:tc>
      </w:tr>
      <w:tr>
        <w:tc>
          <w:tcPr>
            <w:tcW w:type="dxa" w:w="3513"/>
            <w:vAlign w:val="top"/>
          </w:tcPr>
          <w:p>
            <w:r/>
            <w:r>
              <w:rPr>
                <w:b w:val="0"/>
                <w:sz w:val="16"/>
              </w:rPr>
              <w:t>58:33</w:t>
            </w:r>
          </w:p>
        </w:tc>
        <w:tc>
          <w:tcPr>
            <w:tcW w:type="dxa" w:w="3513"/>
            <w:vAlign w:val="top"/>
          </w:tcPr>
          <w:p>
            <w:r/>
            <w:r>
              <w:rPr>
                <w:b w:val="0"/>
                <w:sz w:val="16"/>
              </w:rPr>
              <w:t>Dürr Jonas</w:t>
            </w:r>
          </w:p>
        </w:tc>
        <w:tc>
          <w:tcPr>
            <w:tcW w:type="dxa" w:w="3513"/>
            <w:vAlign w:val="top"/>
          </w:tcPr>
          <w:p>
            <w:r/>
            <w:r>
              <w:rPr>
                <w:b w:val="0"/>
                <w:sz w:val="16"/>
              </w:rPr>
              <w:t>Was hast denn du also Kagötzi, dass es ich mein, du hast vom Wohngebäude?</w:t>
            </w:r>
          </w:p>
        </w:tc>
      </w:tr>
      <w:tr>
        <w:tc>
          <w:tcPr>
            <w:tcW w:type="dxa" w:w="3513"/>
            <w:vAlign w:val="top"/>
          </w:tcPr>
          <w:p>
            <w:r/>
            <w:r>
              <w:rPr>
                <w:b w:val="0"/>
                <w:sz w:val="16"/>
              </w:rPr>
              <w:t>58:41</w:t>
            </w:r>
          </w:p>
        </w:tc>
        <w:tc>
          <w:tcPr>
            <w:tcW w:type="dxa" w:w="3513"/>
            <w:vAlign w:val="top"/>
          </w:tcPr>
          <w:p>
            <w:r/>
            <w:r>
              <w:rPr>
                <w:b w:val="0"/>
                <w:sz w:val="16"/>
              </w:rPr>
              <w:t>Dürr Jonas</w:t>
            </w:r>
          </w:p>
        </w:tc>
        <w:tc>
          <w:tcPr>
            <w:tcW w:type="dxa" w:w="3513"/>
            <w:vAlign w:val="top"/>
          </w:tcPr>
          <w:p>
            <w:r/>
            <w:r>
              <w:rPr>
                <w:b w:val="0"/>
                <w:sz w:val="16"/>
              </w:rPr>
              <w:t>Ich meine, dass mir 2 Typen gemacht haben, weil die eine, ich glaube, mit W.C. werden U stiefend A. gesetzt, Und deshalb meine Handy ne ne USB ne starke druff, wo man so klassischerweise wahrscheinlich nicht hin.</w:t>
            </w:r>
          </w:p>
        </w:tc>
      </w:tr>
      <w:tr>
        <w:tc>
          <w:tcPr>
            <w:tcW w:type="dxa" w:w="3513"/>
            <w:vAlign w:val="top"/>
          </w:tcPr>
          <w:p>
            <w:r/>
            <w:r>
              <w:rPr>
                <w:b w:val="0"/>
                <w:sz w:val="16"/>
              </w:rPr>
              <w:t>58:59</w:t>
            </w:r>
          </w:p>
        </w:tc>
        <w:tc>
          <w:tcPr>
            <w:tcW w:type="dxa" w:w="3513"/>
            <w:vAlign w:val="top"/>
          </w:tcPr>
          <w:p>
            <w:r/>
            <w:r>
              <w:rPr>
                <w:b w:val="0"/>
                <w:sz w:val="16"/>
              </w:rPr>
              <w:t>Dürr Jonas</w:t>
            </w:r>
          </w:p>
        </w:tc>
        <w:tc>
          <w:tcPr>
            <w:tcW w:type="dxa" w:w="3513"/>
            <w:vAlign w:val="top"/>
          </w:tcPr>
          <w:p>
            <w:r/>
            <w:r>
              <w:rPr>
                <w:b w:val="0"/>
                <w:sz w:val="16"/>
              </w:rPr>
              <w:t>Ich glaub, das kommt von Urstiefel her.</w:t>
            </w:r>
          </w:p>
        </w:tc>
      </w:tr>
      <w:tr>
        <w:tc>
          <w:tcPr>
            <w:tcW w:type="dxa" w:w="3513"/>
            <w:vAlign w:val="top"/>
          </w:tcPr>
          <w:p>
            <w:r/>
            <w:r>
              <w:rPr>
                <w:b w:val="0"/>
                <w:sz w:val="16"/>
              </w:rPr>
              <w:t>59:03</w:t>
            </w:r>
          </w:p>
        </w:tc>
        <w:tc>
          <w:tcPr>
            <w:tcW w:type="dxa" w:w="3513"/>
            <w:vAlign w:val="top"/>
          </w:tcPr>
          <w:p>
            <w:r/>
            <w:r>
              <w:rPr>
                <w:b w:val="0"/>
                <w:sz w:val="16"/>
              </w:rPr>
              <w:t>Claudia Kresser</w:t>
            </w:r>
          </w:p>
        </w:tc>
        <w:tc>
          <w:tcPr>
            <w:tcW w:type="dxa" w:w="3513"/>
            <w:vAlign w:val="top"/>
          </w:tcPr>
          <w:p>
            <w:r/>
            <w:r>
              <w:rPr>
                <w:b w:val="0"/>
                <w:sz w:val="16"/>
              </w:rPr>
              <w:t>Wohnen. Was schaust du dann? Wohin? Das ist das mit der Kapselung.</w:t>
            </w:r>
          </w:p>
        </w:tc>
      </w:tr>
      <w:tr>
        <w:tc>
          <w:tcPr>
            <w:tcW w:type="dxa" w:w="3513"/>
            <w:vAlign w:val="top"/>
          </w:tcPr>
          <w:p>
            <w:r/>
            <w:r>
              <w:rPr>
                <w:b w:val="0"/>
                <w:sz w:val="16"/>
              </w:rPr>
              <w:t>59:09</w:t>
            </w:r>
          </w:p>
        </w:tc>
        <w:tc>
          <w:tcPr>
            <w:tcW w:type="dxa" w:w="3513"/>
            <w:vAlign w:val="top"/>
          </w:tcPr>
          <w:p>
            <w:r/>
            <w:r>
              <w:rPr>
                <w:b w:val="0"/>
                <w:sz w:val="16"/>
              </w:rPr>
              <w:t>Dürr Jonas</w:t>
            </w:r>
          </w:p>
        </w:tc>
        <w:tc>
          <w:tcPr>
            <w:tcW w:type="dxa" w:w="3513"/>
            <w:vAlign w:val="top"/>
          </w:tcPr>
          <w:p>
            <w:r/>
            <w:r>
              <w:rPr>
                <w:b w:val="0"/>
                <w:sz w:val="16"/>
              </w:rPr>
              <w:t>Genau, Kapseln wird jetzt obsolet.</w:t>
            </w:r>
          </w:p>
        </w:tc>
      </w:tr>
      <w:tr>
        <w:tc>
          <w:tcPr>
            <w:tcW w:type="dxa" w:w="3513"/>
            <w:vAlign w:val="top"/>
          </w:tcPr>
          <w:p>
            <w:r/>
            <w:r>
              <w:rPr>
                <w:b w:val="0"/>
                <w:sz w:val="16"/>
              </w:rPr>
              <w:t>59:13</w:t>
            </w:r>
          </w:p>
        </w:tc>
        <w:tc>
          <w:tcPr>
            <w:tcW w:type="dxa" w:w="3513"/>
            <w:vAlign w:val="top"/>
          </w:tcPr>
          <w:p>
            <w:r/>
            <w:r>
              <w:rPr>
                <w:b w:val="0"/>
                <w:sz w:val="16"/>
              </w:rPr>
              <w:t>Claudia Kresser</w:t>
            </w:r>
          </w:p>
        </w:tc>
        <w:tc>
          <w:tcPr>
            <w:tcW w:type="dxa" w:w="3513"/>
            <w:vAlign w:val="top"/>
          </w:tcPr>
          <w:p>
            <w:r/>
            <w:r>
              <w:rPr>
                <w:b w:val="0"/>
                <w:sz w:val="16"/>
              </w:rPr>
              <w:t>**** ist klar, Wohnen Innenwand. Genau da gibt es einmal Innenwand 01, Trennwand ist auch klar und dann die IW03. Ist das das, was du gemeint hast?</w:t>
            </w:r>
          </w:p>
        </w:tc>
      </w:tr>
      <w:tr>
        <w:tc>
          <w:tcPr>
            <w:tcW w:type="dxa" w:w="3513"/>
            <w:vAlign w:val="top"/>
          </w:tcPr>
          <w:p>
            <w:r/>
            <w:r>
              <w:rPr>
                <w:b w:val="0"/>
                <w:sz w:val="16"/>
              </w:rPr>
              <w:t>59:21</w:t>
            </w:r>
          </w:p>
        </w:tc>
        <w:tc>
          <w:tcPr>
            <w:tcW w:type="dxa" w:w="3513"/>
            <w:vAlign w:val="top"/>
          </w:tcPr>
          <w:p>
            <w:r/>
            <w:r>
              <w:rPr>
                <w:b w:val="0"/>
                <w:sz w:val="16"/>
              </w:rPr>
              <w:t>Dürr Jonas</w:t>
            </w:r>
          </w:p>
        </w:tc>
        <w:tc>
          <w:tcPr>
            <w:tcW w:type="dxa" w:w="3513"/>
            <w:vAlign w:val="top"/>
          </w:tcPr>
          <w:p>
            <w:r/>
            <w:r>
              <w:rPr>
                <w:b w:val="0"/>
                <w:sz w:val="16"/>
              </w:rPr>
              <w:t>Yeah, Genau, das ist ja, das müsste ein W.C. Wand sie. Hast du in dem Ordner aus? gibt noch ein Konzept irgendwo. Müsste auch noch irgendwo rumfahren, wo das auch im Grundriss skizziert ist, meinte ich.</w:t>
            </w:r>
          </w:p>
        </w:tc>
      </w:tr>
      <w:tr>
        <w:tc>
          <w:tcPr>
            <w:tcW w:type="dxa" w:w="3513"/>
            <w:vAlign w:val="top"/>
          </w:tcPr>
          <w:p>
            <w:r/>
            <w:r>
              <w:rPr>
                <w:b w:val="0"/>
                <w:sz w:val="16"/>
              </w:rPr>
              <w:t>59:39</w:t>
            </w:r>
          </w:p>
        </w:tc>
        <w:tc>
          <w:tcPr>
            <w:tcW w:type="dxa" w:w="3513"/>
            <w:vAlign w:val="top"/>
          </w:tcPr>
          <w:p>
            <w:r/>
            <w:r>
              <w:rPr>
                <w:b w:val="0"/>
                <w:sz w:val="16"/>
              </w:rPr>
              <w:t>Dürr Jonas</w:t>
            </w:r>
          </w:p>
        </w:tc>
        <w:tc>
          <w:tcPr>
            <w:tcW w:type="dxa" w:w="3513"/>
            <w:vAlign w:val="top"/>
          </w:tcPr>
          <w:p>
            <w:r/>
            <w:r>
              <w:rPr>
                <w:b w:val="0"/>
                <w:sz w:val="16"/>
              </w:rPr>
              <w:t>Also, weißt du, wo du gerade warst? Im besten Fall ist das mit dem, was ich nicht so aussehe.</w:t>
            </w:r>
          </w:p>
        </w:tc>
      </w:tr>
      <w:tr>
        <w:tc>
          <w:tcPr>
            <w:tcW w:type="dxa" w:w="3513"/>
            <w:vAlign w:val="top"/>
          </w:tcPr>
          <w:p>
            <w:r/>
            <w:r>
              <w:rPr>
                <w:b w:val="0"/>
                <w:sz w:val="16"/>
              </w:rPr>
              <w:t>59:46</w:t>
            </w:r>
          </w:p>
        </w:tc>
        <w:tc>
          <w:tcPr>
            <w:tcW w:type="dxa" w:w="3513"/>
            <w:vAlign w:val="top"/>
          </w:tcPr>
          <w:p>
            <w:r/>
            <w:r>
              <w:rPr>
                <w:b w:val="0"/>
                <w:sz w:val="16"/>
              </w:rPr>
              <w:t>Claudia Kresser</w:t>
            </w:r>
          </w:p>
        </w:tc>
        <w:tc>
          <w:tcPr>
            <w:tcW w:type="dxa" w:w="3513"/>
            <w:vAlign w:val="top"/>
          </w:tcPr>
          <w:p>
            <w:r/>
            <w:r>
              <w:rPr>
                <w:b w:val="0"/>
                <w:sz w:val="16"/>
              </w:rPr>
              <w:t>Oh, ich glaube da, da ist glaube ich nichts mehr, was du also.</w:t>
            </w:r>
          </w:p>
        </w:tc>
      </w:tr>
      <w:tr>
        <w:tc>
          <w:tcPr>
            <w:tcW w:type="dxa" w:w="3513"/>
            <w:vAlign w:val="top"/>
          </w:tcPr>
          <w:p>
            <w:r/>
            <w:r>
              <w:rPr>
                <w:b w:val="0"/>
                <w:sz w:val="16"/>
              </w:rPr>
              <w:t>59:50</w:t>
            </w:r>
          </w:p>
        </w:tc>
        <w:tc>
          <w:tcPr>
            <w:tcW w:type="dxa" w:w="3513"/>
            <w:vAlign w:val="top"/>
          </w:tcPr>
          <w:p>
            <w:r/>
            <w:r>
              <w:rPr>
                <w:b w:val="0"/>
                <w:sz w:val="16"/>
              </w:rPr>
              <w:t>Dürr Jonas</w:t>
            </w:r>
          </w:p>
        </w:tc>
        <w:tc>
          <w:tcPr>
            <w:tcW w:type="dxa" w:w="3513"/>
            <w:vAlign w:val="top"/>
          </w:tcPr>
          <w:p>
            <w:r/>
            <w:r>
              <w:rPr>
                <w:b w:val="0"/>
                <w:sz w:val="16"/>
              </w:rPr>
              <w:t>Ich kann noch mal das, ich kann noch mal das Konzept schicken.</w:t>
            </w:r>
          </w:p>
        </w:tc>
      </w:tr>
      <w:tr>
        <w:tc>
          <w:tcPr>
            <w:tcW w:type="dxa" w:w="3513"/>
            <w:vAlign w:val="top"/>
          </w:tcPr>
          <w:p>
            <w:r/>
            <w:r>
              <w:rPr>
                <w:b w:val="0"/>
                <w:sz w:val="16"/>
              </w:rPr>
              <w:t>59:54</w:t>
            </w:r>
          </w:p>
        </w:tc>
        <w:tc>
          <w:tcPr>
            <w:tcW w:type="dxa" w:w="3513"/>
            <w:vAlign w:val="top"/>
          </w:tcPr>
          <w:p>
            <w:r/>
            <w:r>
              <w:rPr>
                <w:b w:val="0"/>
                <w:sz w:val="16"/>
              </w:rPr>
              <w:t>Dürr Jonas</w:t>
            </w:r>
          </w:p>
        </w:tc>
        <w:tc>
          <w:tcPr>
            <w:tcW w:type="dxa" w:w="3513"/>
            <w:vAlign w:val="top"/>
          </w:tcPr>
          <w:p>
            <w:r/>
            <w:r>
              <w:rPr>
                <w:b w:val="0"/>
                <w:sz w:val="16"/>
              </w:rPr>
              <w:t>Wo, wo du das im Grundriss siehst.</w:t>
            </w:r>
          </w:p>
        </w:tc>
      </w:tr>
      <w:tr>
        <w:tc>
          <w:tcPr>
            <w:tcW w:type="dxa" w:w="3513"/>
            <w:vAlign w:val="top"/>
          </w:tcPr>
          <w:p>
            <w:r/>
            <w:r>
              <w:rPr>
                <w:b w:val="0"/>
                <w:sz w:val="16"/>
              </w:rPr>
              <w:t>59:58</w:t>
            </w:r>
          </w:p>
        </w:tc>
        <w:tc>
          <w:tcPr>
            <w:tcW w:type="dxa" w:w="3513"/>
            <w:vAlign w:val="top"/>
          </w:tcPr>
          <w:p>
            <w:r/>
            <w:r>
              <w:rPr>
                <w:b w:val="0"/>
                <w:sz w:val="16"/>
              </w:rPr>
              <w:t>Donatiello Cristian</w:t>
            </w:r>
          </w:p>
        </w:tc>
        <w:tc>
          <w:tcPr>
            <w:tcW w:type="dxa" w:w="3513"/>
            <w:vAlign w:val="top"/>
          </w:tcPr>
          <w:p>
            <w:r/>
            <w:r>
              <w:rPr>
                <w:b w:val="0"/>
                <w:sz w:val="16"/>
              </w:rPr>
              <w:t>Kai ist doch gerade in in Trimble in Ionos den.</w:t>
            </w:r>
          </w:p>
        </w:tc>
      </w:tr>
      <w:tr>
        <w:tc>
          <w:tcPr>
            <w:tcW w:type="dxa" w:w="3513"/>
            <w:vAlign w:val="top"/>
          </w:tcPr>
          <w:p>
            <w:r/>
            <w:r>
              <w:rPr>
                <w:b w:val="0"/>
                <w:sz w:val="16"/>
              </w:rPr>
              <w:t>1:00:06</w:t>
            </w:r>
          </w:p>
        </w:tc>
        <w:tc>
          <w:tcPr>
            <w:tcW w:type="dxa" w:w="3513"/>
            <w:vAlign w:val="top"/>
          </w:tcPr>
          <w:p>
            <w:r/>
            <w:r>
              <w:rPr>
                <w:b w:val="0"/>
                <w:sz w:val="16"/>
              </w:rPr>
              <w:t>Claudia Kresser</w:t>
            </w:r>
          </w:p>
        </w:tc>
        <w:tc>
          <w:tcPr>
            <w:tcW w:type="dxa" w:w="3513"/>
            <w:vAlign w:val="top"/>
          </w:tcPr>
          <w:p>
            <w:r/>
            <w:r>
              <w:rPr>
                <w:b w:val="0"/>
                <w:sz w:val="16"/>
              </w:rPr>
              <w:t>Und bei der aufgebauten Wohnenaußenwand, genau da habe ich auch nicht noch gefragt. Da gibt's. Also, wir haben Außenwandgiebel und Balken und das ist klar. Das ist die größte Fläche und dann gibt es Außenwandkapselung. The sexuation so absolutely.</w:t>
            </w:r>
          </w:p>
        </w:tc>
      </w:tr>
      <w:tr>
        <w:tc>
          <w:tcPr>
            <w:tcW w:type="dxa" w:w="3513"/>
            <w:vAlign w:val="top"/>
          </w:tcPr>
          <w:p>
            <w:r/>
            <w:r>
              <w:rPr>
                <w:b w:val="0"/>
                <w:sz w:val="16"/>
              </w:rPr>
              <w:t>1:00:35</w:t>
            </w:r>
          </w:p>
        </w:tc>
        <w:tc>
          <w:tcPr>
            <w:tcW w:type="dxa" w:w="3513"/>
            <w:vAlign w:val="top"/>
          </w:tcPr>
          <w:p>
            <w:r/>
            <w:r>
              <w:rPr>
                <w:b w:val="0"/>
                <w:sz w:val="16"/>
              </w:rPr>
              <w:t>Dürr Jonas</w:t>
            </w:r>
          </w:p>
        </w:tc>
        <w:tc>
          <w:tcPr>
            <w:tcW w:type="dxa" w:w="3513"/>
            <w:vAlign w:val="top"/>
          </w:tcPr>
          <w:p>
            <w:r/>
            <w:r>
              <w:rPr>
                <w:b w:val="0"/>
                <w:sz w:val="16"/>
              </w:rPr>
              <w:t>Genau, das wird Variante gesehen für über das wir gerade geschwätzt haben, oder? Aber die kann man im Prinzip streifen, weil ich mein, wir haben damals uns auch, also wir haben damals schon auch diskutiert im Wettbewerb, was wir machen, oder? Und dann haben wir halt, sind wir einfach mal mit einer Variante wieder. Aber die kann man in dem Fall ignorieren und wir haben dann keine Kapsel, das wo Holzbauteile.</w:t>
            </w:r>
          </w:p>
        </w:tc>
      </w:tr>
      <w:tr>
        <w:tc>
          <w:tcPr>
            <w:tcW w:type="dxa" w:w="3513"/>
            <w:vAlign w:val="top"/>
          </w:tcPr>
          <w:p>
            <w:r/>
            <w:r>
              <w:rPr>
                <w:b w:val="0"/>
                <w:sz w:val="16"/>
              </w:rPr>
              <w:t>1:00:56</w:t>
            </w:r>
          </w:p>
        </w:tc>
        <w:tc>
          <w:tcPr>
            <w:tcW w:type="dxa" w:w="3513"/>
            <w:vAlign w:val="top"/>
          </w:tcPr>
          <w:p>
            <w:r/>
            <w:r>
              <w:rPr>
                <w:b w:val="0"/>
                <w:sz w:val="16"/>
              </w:rPr>
              <w:t>David Ebinger</w:t>
            </w:r>
          </w:p>
        </w:tc>
        <w:tc>
          <w:tcPr>
            <w:tcW w:type="dxa" w:w="3513"/>
            <w:vAlign w:val="top"/>
          </w:tcPr>
          <w:p>
            <w:r/>
            <w:r>
              <w:rPr>
                <w:b w:val="0"/>
                <w:sz w:val="16"/>
              </w:rPr>
              <w:t>vielleicht beim Wohnungsding zum zum Laubengang hin noch oder</w:t>
            </w:r>
          </w:p>
        </w:tc>
      </w:tr>
      <w:tr>
        <w:tc>
          <w:tcPr>
            <w:tcW w:type="dxa" w:w="3513"/>
            <w:vAlign w:val="top"/>
          </w:tcPr>
          <w:p>
            <w:r/>
            <w:r>
              <w:rPr>
                <w:b w:val="0"/>
                <w:sz w:val="16"/>
              </w:rPr>
              <w:t>1:00:56</w:t>
            </w:r>
          </w:p>
        </w:tc>
        <w:tc>
          <w:tcPr>
            <w:tcW w:type="dxa" w:w="3513"/>
            <w:vAlign w:val="top"/>
          </w:tcPr>
          <w:p>
            <w:r/>
            <w:r>
              <w:rPr>
                <w:b w:val="0"/>
                <w:sz w:val="16"/>
              </w:rPr>
              <w:t>Claudia Kresser</w:t>
            </w:r>
          </w:p>
        </w:tc>
        <w:tc>
          <w:tcPr>
            <w:tcW w:type="dxa" w:w="3513"/>
            <w:vAlign w:val="top"/>
          </w:tcPr>
          <w:p>
            <w:r/>
            <w:r>
              <w:rPr>
                <w:b w:val="0"/>
                <w:sz w:val="16"/>
              </w:rPr>
              <w:t>Da gibt es, da gibt es einen extra Typ, der heißt Außenwand Laubengang.</w:t>
            </w:r>
          </w:p>
        </w:tc>
      </w:tr>
      <w:tr>
        <w:tc>
          <w:tcPr>
            <w:tcW w:type="dxa" w:w="3513"/>
            <w:vAlign w:val="top"/>
          </w:tcPr>
          <w:p>
            <w:r/>
            <w:r>
              <w:rPr>
                <w:b w:val="0"/>
                <w:sz w:val="16"/>
              </w:rPr>
              <w:t>1:01:09</w:t>
            </w:r>
          </w:p>
        </w:tc>
        <w:tc>
          <w:tcPr>
            <w:tcW w:type="dxa" w:w="3513"/>
            <w:vAlign w:val="top"/>
          </w:tcPr>
          <w:p>
            <w:r/>
            <w:r>
              <w:rPr>
                <w:b w:val="0"/>
                <w:sz w:val="16"/>
              </w:rPr>
              <w:t>Claudia Kresser</w:t>
            </w:r>
          </w:p>
        </w:tc>
        <w:tc>
          <w:tcPr>
            <w:tcW w:type="dxa" w:w="3513"/>
            <w:vAlign w:val="top"/>
          </w:tcPr>
          <w:p>
            <w:r/>
            <w:r>
              <w:rPr>
                <w:b w:val="0"/>
                <w:sz w:val="16"/>
              </w:rPr>
              <w:t>Dann ist es gut für mich. Danke.</w:t>
            </w:r>
          </w:p>
        </w:tc>
      </w:tr>
      <w:tr>
        <w:tc>
          <w:tcPr>
            <w:tcW w:type="dxa" w:w="3513"/>
            <w:vAlign w:val="top"/>
          </w:tcPr>
          <w:p>
            <w:r/>
            <w:r>
              <w:rPr>
                <w:b w:val="0"/>
                <w:sz w:val="16"/>
              </w:rPr>
              <w:t>1:01:14</w:t>
            </w:r>
          </w:p>
        </w:tc>
        <w:tc>
          <w:tcPr>
            <w:tcW w:type="dxa" w:w="3513"/>
            <w:vAlign w:val="top"/>
          </w:tcPr>
          <w:p>
            <w:r/>
            <w:r>
              <w:rPr>
                <w:b w:val="0"/>
                <w:sz w:val="16"/>
              </w:rPr>
              <w:t>Velten Lukas</w:t>
            </w:r>
          </w:p>
        </w:tc>
        <w:tc>
          <w:tcPr>
            <w:tcW w:type="dxa" w:w="3513"/>
            <w:vAlign w:val="top"/>
          </w:tcPr>
          <w:p>
            <w:r/>
            <w:r>
              <w:rPr>
                <w:b w:val="0"/>
                <w:sz w:val="16"/>
              </w:rPr>
              <w:t>Ich würde vielleicht gerne noch mal eine Frage an den David richtet. Du David, du hast letztens noch die verschiedene Aufbaute der Innenwände verschickt und mögliche Varianten wegen Schallschutz.</w:t>
            </w:r>
          </w:p>
        </w:tc>
      </w:tr>
      <w:tr>
        <w:tc>
          <w:tcPr>
            <w:tcW w:type="dxa" w:w="3513"/>
            <w:vAlign w:val="top"/>
          </w:tcPr>
          <w:p>
            <w:r/>
            <w:r>
              <w:rPr>
                <w:b w:val="0"/>
                <w:sz w:val="16"/>
              </w:rPr>
              <w:t>1:01:27</w:t>
            </w:r>
          </w:p>
        </w:tc>
        <w:tc>
          <w:tcPr>
            <w:tcW w:type="dxa" w:w="3513"/>
            <w:vAlign w:val="top"/>
          </w:tcPr>
          <w:p>
            <w:r/>
            <w:r>
              <w:rPr>
                <w:b w:val="0"/>
                <w:sz w:val="16"/>
              </w:rPr>
              <w:t>Velten Lukas</w:t>
            </w:r>
          </w:p>
        </w:tc>
        <w:tc>
          <w:tcPr>
            <w:tcW w:type="dxa" w:w="3513"/>
            <w:vAlign w:val="top"/>
          </w:tcPr>
          <w:p>
            <w:r/>
            <w:r>
              <w:rPr>
                <w:b w:val="0"/>
                <w:sz w:val="16"/>
              </w:rPr>
              <w:t>Da hast du ja teilweise Variante in Holzständerbauweise, aber auch in Leichtbau gemacht. Ist das ist das schon generell definiert, wo welcher Typ stattfindet oder wo man welchen Typ ausführt?</w:t>
            </w:r>
          </w:p>
        </w:tc>
      </w:tr>
      <w:tr>
        <w:tc>
          <w:tcPr>
            <w:tcW w:type="dxa" w:w="3513"/>
            <w:vAlign w:val="top"/>
          </w:tcPr>
          <w:p>
            <w:r/>
            <w:r>
              <w:rPr>
                <w:b w:val="0"/>
                <w:sz w:val="16"/>
              </w:rPr>
              <w:t>1:01:45</w:t>
            </w:r>
          </w:p>
        </w:tc>
        <w:tc>
          <w:tcPr>
            <w:tcW w:type="dxa" w:w="3513"/>
            <w:vAlign w:val="top"/>
          </w:tcPr>
          <w:p>
            <w:r/>
            <w:r>
              <w:rPr>
                <w:b w:val="0"/>
                <w:sz w:val="16"/>
              </w:rPr>
              <w:t>David Ebinger</w:t>
            </w:r>
          </w:p>
        </w:tc>
        <w:tc>
          <w:tcPr>
            <w:tcW w:type="dxa" w:w="3513"/>
            <w:vAlign w:val="top"/>
          </w:tcPr>
          <w:p>
            <w:r/>
            <w:r>
              <w:rPr>
                <w:b w:val="0"/>
                <w:sz w:val="16"/>
              </w:rPr>
              <w:t>Also, von mir nicht, ne. Also, ich hab euch einfach, aber hab euch einfach die Möglichkeiten mal aufgezeigt, ja.</w:t>
            </w:r>
          </w:p>
        </w:tc>
      </w:tr>
      <w:tr>
        <w:tc>
          <w:tcPr>
            <w:tcW w:type="dxa" w:w="3513"/>
            <w:vAlign w:val="top"/>
          </w:tcPr>
          <w:p>
            <w:r/>
            <w:r>
              <w:rPr>
                <w:b w:val="0"/>
                <w:sz w:val="16"/>
              </w:rPr>
              <w:t>1:01:47</w:t>
            </w:r>
          </w:p>
        </w:tc>
        <w:tc>
          <w:tcPr>
            <w:tcW w:type="dxa" w:w="3513"/>
            <w:vAlign w:val="top"/>
          </w:tcPr>
          <w:p>
            <w:r/>
            <w:r>
              <w:rPr>
                <w:b w:val="0"/>
                <w:sz w:val="16"/>
              </w:rPr>
              <w:t>Velten Lukas</w:t>
            </w:r>
          </w:p>
        </w:tc>
        <w:tc>
          <w:tcPr>
            <w:tcW w:type="dxa" w:w="3513"/>
            <w:vAlign w:val="top"/>
          </w:tcPr>
          <w:p>
            <w:r/>
            <w:r>
              <w:rPr>
                <w:b w:val="0"/>
                <w:sz w:val="16"/>
              </w:rPr>
              <w:t>und seitens Archi. O. K., genau das ist das, wo jetzt gerade eingeblendet ist, ja.</w:t>
            </w:r>
          </w:p>
        </w:tc>
      </w:tr>
      <w:tr>
        <w:tc>
          <w:tcPr>
            <w:tcW w:type="dxa" w:w="3513"/>
            <w:vAlign w:val="top"/>
          </w:tcPr>
          <w:p>
            <w:r/>
            <w:r>
              <w:rPr>
                <w:b w:val="0"/>
                <w:sz w:val="16"/>
              </w:rPr>
              <w:t>1:01:54</w:t>
            </w:r>
          </w:p>
        </w:tc>
        <w:tc>
          <w:tcPr>
            <w:tcW w:type="dxa" w:w="3513"/>
            <w:vAlign w:val="top"/>
          </w:tcPr>
          <w:p>
            <w:r/>
            <w:r>
              <w:rPr>
                <w:b w:val="0"/>
                <w:sz w:val="16"/>
              </w:rPr>
              <w:t>Claudia Kresser</w:t>
            </w:r>
          </w:p>
        </w:tc>
        <w:tc>
          <w:tcPr>
            <w:tcW w:type="dxa" w:w="3513"/>
            <w:vAlign w:val="top"/>
          </w:tcPr>
          <w:p>
            <w:r/>
            <w:r>
              <w:rPr>
                <w:b w:val="0"/>
                <w:sz w:val="16"/>
              </w:rPr>
              <w:t>Genau. Eigentlich ist das doch Christian. Das ist ja eigentlich was. Wo man eigentlich weitertragen müsste zu der Bauherrschaft oder?</w:t>
            </w:r>
          </w:p>
        </w:tc>
      </w:tr>
      <w:tr>
        <w:tc>
          <w:tcPr>
            <w:tcW w:type="dxa" w:w="3513"/>
            <w:vAlign w:val="top"/>
          </w:tcPr>
          <w:p>
            <w:r/>
            <w:r>
              <w:rPr>
                <w:b w:val="0"/>
                <w:sz w:val="16"/>
              </w:rPr>
              <w:t>1:02:10</w:t>
            </w:r>
          </w:p>
        </w:tc>
        <w:tc>
          <w:tcPr>
            <w:tcW w:type="dxa" w:w="3513"/>
            <w:vAlign w:val="top"/>
          </w:tcPr>
          <w:p>
            <w:r/>
            <w:r>
              <w:rPr>
                <w:b w:val="0"/>
                <w:sz w:val="16"/>
              </w:rPr>
              <w:t>Donatiello Cristian</w:t>
            </w:r>
          </w:p>
        </w:tc>
        <w:tc>
          <w:tcPr>
            <w:tcW w:type="dxa" w:w="3513"/>
            <w:vAlign w:val="top"/>
          </w:tcPr>
          <w:p>
            <w:r/>
            <w:r>
              <w:rPr>
                <w:b w:val="0"/>
                <w:sz w:val="16"/>
              </w:rPr>
              <w:t>Was da geht es mir jetzt darum, dass sie noch flexibel sind, falls sie ja bis wann da passen oder was, was wäre da der Hintergrund, dass wir jetzt nicht alles im Holzfäller machen.</w:t>
            </w:r>
          </w:p>
        </w:tc>
      </w:tr>
      <w:tr>
        <w:tc>
          <w:tcPr>
            <w:tcW w:type="dxa" w:w="3513"/>
            <w:vAlign w:val="top"/>
          </w:tcPr>
          <w:p>
            <w:r/>
            <w:r>
              <w:rPr>
                <w:b w:val="0"/>
                <w:sz w:val="16"/>
              </w:rPr>
              <w:t>1:02:21</w:t>
            </w:r>
          </w:p>
        </w:tc>
        <w:tc>
          <w:tcPr>
            <w:tcW w:type="dxa" w:w="3513"/>
            <w:vAlign w:val="top"/>
          </w:tcPr>
          <w:p>
            <w:r/>
            <w:r>
              <w:rPr>
                <w:b w:val="0"/>
                <w:sz w:val="16"/>
              </w:rPr>
              <w:t>Dürr Jonas</w:t>
            </w:r>
          </w:p>
        </w:tc>
        <w:tc>
          <w:tcPr>
            <w:tcW w:type="dxa" w:w="3513"/>
            <w:vAlign w:val="top"/>
          </w:tcPr>
          <w:p>
            <w:r/>
            <w:r>
              <w:rPr>
                <w:b w:val="0"/>
                <w:sz w:val="16"/>
              </w:rPr>
              <w:t>Also, Divis ist so dieser, dieser Kern hätte so eine auskragend die Plattform quasi ringsum oder also zu teilen auskragend. Und im letzten Konzept ist der auch abgestützt, eigentlich dieser Kranz und der Kern nochmal. Ist eigentlich auch nochmal abgestützt mit Stahlstütze.</w:t>
            </w:r>
          </w:p>
        </w:tc>
      </w:tr>
      <w:tr>
        <w:tc>
          <w:tcPr>
            <w:tcW w:type="dxa" w:w="3513"/>
            <w:vAlign w:val="top"/>
          </w:tcPr>
          <w:p>
            <w:r/>
            <w:r>
              <w:rPr>
                <w:b w:val="0"/>
                <w:sz w:val="16"/>
              </w:rPr>
              <w:t>1:02:40</w:t>
            </w:r>
          </w:p>
        </w:tc>
        <w:tc>
          <w:tcPr>
            <w:tcW w:type="dxa" w:w="3513"/>
            <w:vAlign w:val="top"/>
          </w:tcPr>
          <w:p>
            <w:r/>
            <w:r>
              <w:rPr>
                <w:b w:val="0"/>
                <w:sz w:val="16"/>
              </w:rPr>
              <w:t>Dürr Jonas</w:t>
            </w:r>
          </w:p>
        </w:tc>
        <w:tc>
          <w:tcPr>
            <w:tcW w:type="dxa" w:w="3513"/>
            <w:vAlign w:val="top"/>
          </w:tcPr>
          <w:p>
            <w:r/>
            <w:r>
              <w:rPr>
                <w:b w:val="0"/>
                <w:sz w:val="16"/>
              </w:rPr>
              <w:t>Und das hieß ja einfach, wenn wir es in Holzbau machen, müssten wir wieder so eine Bits drunter einfädeln. das zum eine plus Wir mögen auch die Stahlstütze, müssen eigentlich gepackt werde in die in die Wände oder und vom Bauablauf wird ja so sieht das mit der Schale oft Stahlstütze und dann hinterher eigentlich erst Wand bringe. Das heißt rein vom Bauablauf her und so wär es eigentlich sinnig, es wär. Metallständer. Und ich mein, wir sind auch mal von dem ausgegangen. Weiß nicht, dass man es nicht zwitschen kann, aber wahrscheinlich ist auch eine Kostenfrage oder was wir auch noch haben dazumals. Drum weiß ich gar nicht, ob man auf Bauherrschaft zu Gowill muss.</w:t>
            </w:r>
          </w:p>
        </w:tc>
      </w:tr>
      <w:tr>
        <w:tc>
          <w:tcPr>
            <w:tcW w:type="dxa" w:w="3513"/>
            <w:vAlign w:val="top"/>
          </w:tcPr>
          <w:p>
            <w:r/>
            <w:r>
              <w:rPr>
                <w:b w:val="0"/>
                <w:sz w:val="16"/>
              </w:rPr>
              <w:t>1:03:21</w:t>
            </w:r>
          </w:p>
        </w:tc>
        <w:tc>
          <w:tcPr>
            <w:tcW w:type="dxa" w:w="3513"/>
            <w:vAlign w:val="top"/>
          </w:tcPr>
          <w:p>
            <w:r/>
            <w:r>
              <w:rPr>
                <w:b w:val="0"/>
                <w:sz w:val="16"/>
              </w:rPr>
              <w:t>Donatiello Cristian</w:t>
            </w:r>
          </w:p>
        </w:tc>
        <w:tc>
          <w:tcPr>
            <w:tcW w:type="dxa" w:w="3513"/>
            <w:vAlign w:val="top"/>
          </w:tcPr>
          <w:p>
            <w:r/>
            <w:r>
              <w:rPr>
                <w:b w:val="0"/>
                <w:sz w:val="16"/>
              </w:rPr>
              <w:t>O.K., O.K., na dann lüge ich zuerst, was mir eigentlich da offeriert haben, was wir da einkalkuliert haben, wo wir da Bauschaft ja richtig probediente. Das ist gut, danke.</w:t>
            </w:r>
          </w:p>
        </w:tc>
      </w:tr>
      <w:tr>
        <w:tc>
          <w:tcPr>
            <w:tcW w:type="dxa" w:w="3513"/>
            <w:vAlign w:val="top"/>
          </w:tcPr>
          <w:p>
            <w:r/>
            <w:r>
              <w:rPr>
                <w:b w:val="0"/>
                <w:sz w:val="16"/>
              </w:rPr>
              <w:t>1:03:36</w:t>
            </w:r>
          </w:p>
        </w:tc>
        <w:tc>
          <w:tcPr>
            <w:tcW w:type="dxa" w:w="3513"/>
            <w:vAlign w:val="top"/>
          </w:tcPr>
          <w:p>
            <w:r/>
            <w:r>
              <w:rPr>
                <w:b w:val="0"/>
                <w:sz w:val="16"/>
              </w:rPr>
              <w:t>Rieser Mathias</w:t>
            </w:r>
          </w:p>
        </w:tc>
        <w:tc>
          <w:tcPr>
            <w:tcW w:type="dxa" w:w="3513"/>
            <w:vAlign w:val="top"/>
          </w:tcPr>
          <w:p>
            <w:r/>
            <w:r>
              <w:rPr>
                <w:b w:val="0"/>
                <w:sz w:val="16"/>
              </w:rPr>
              <w:t>Eine Frage zum Thema Schallschutz, wenn wir entlang vor der Fassade an Bordkanal Elektro führen, wo wir da was Spezielles berücksichtigen. Unterbreche oder kriegen wir Schallschutz in Griff, wenn man zum Beispiel Matten oder die in der Füllmasse dazwischen tritt, dann.</w:t>
            </w:r>
          </w:p>
        </w:tc>
      </w:tr>
      <w:tr>
        <w:tc>
          <w:tcPr>
            <w:tcW w:type="dxa" w:w="3513"/>
            <w:vAlign w:val="top"/>
          </w:tcPr>
          <w:p>
            <w:r/>
            <w:r>
              <w:rPr>
                <w:b w:val="0"/>
                <w:sz w:val="16"/>
              </w:rPr>
              <w:t>1:03:51</w:t>
            </w:r>
          </w:p>
        </w:tc>
        <w:tc>
          <w:tcPr>
            <w:tcW w:type="dxa" w:w="3513"/>
            <w:vAlign w:val="top"/>
          </w:tcPr>
          <w:p>
            <w:r/>
            <w:r>
              <w:rPr>
                <w:b w:val="0"/>
                <w:sz w:val="16"/>
              </w:rPr>
              <w:t>David Ebinger</w:t>
            </w:r>
          </w:p>
        </w:tc>
        <w:tc>
          <w:tcPr>
            <w:tcW w:type="dxa" w:w="3513"/>
            <w:vAlign w:val="top"/>
          </w:tcPr>
          <w:p>
            <w:r/>
            <w:r>
              <w:rPr>
                <w:b w:val="0"/>
                <w:sz w:val="16"/>
              </w:rPr>
              <w:t>Also die ja, also guter gut gut mitgedacht oder guter Hinweis. Ja, also der muss auf jeden Fall die Trittschall, also der Bodenkanal, der ist ja dann im Estrich drin oder sozusagen und muss links und rechts quasi mit dem Dämmstreifen, Randdämmstreifen natürlich vom vom Unterlagsboden dann.</w:t>
            </w:r>
          </w:p>
        </w:tc>
      </w:tr>
      <w:tr>
        <w:tc>
          <w:tcPr>
            <w:tcW w:type="dxa" w:w="3513"/>
            <w:vAlign w:val="top"/>
          </w:tcPr>
          <w:p>
            <w:r/>
            <w:r>
              <w:rPr>
                <w:b w:val="0"/>
                <w:sz w:val="16"/>
              </w:rPr>
              <w:t>1:04:09</w:t>
            </w:r>
          </w:p>
        </w:tc>
        <w:tc>
          <w:tcPr>
            <w:tcW w:type="dxa" w:w="3513"/>
            <w:vAlign w:val="top"/>
          </w:tcPr>
          <w:p>
            <w:r/>
            <w:r>
              <w:rPr>
                <w:b w:val="0"/>
                <w:sz w:val="16"/>
              </w:rPr>
              <w:t>David Ebinger</w:t>
            </w:r>
          </w:p>
        </w:tc>
        <w:tc>
          <w:tcPr>
            <w:tcW w:type="dxa" w:w="3513"/>
            <w:vAlign w:val="top"/>
          </w:tcPr>
          <w:p>
            <w:r/>
            <w:r>
              <w:rPr>
                <w:b w:val="0"/>
                <w:sz w:val="16"/>
              </w:rPr>
              <w:t>Getrennt werden unterseitig auch noch, sozusagen, dass die Trittschalldämmung, wie halt da drunter durchgeführt wird. Eigentlich weiß nicht, ob ihr euch das jetzt so vorstellen könnt.</w:t>
            </w:r>
          </w:p>
        </w:tc>
      </w:tr>
      <w:tr>
        <w:tc>
          <w:tcPr>
            <w:tcW w:type="dxa" w:w="3513"/>
            <w:vAlign w:val="top"/>
          </w:tcPr>
          <w:p>
            <w:r/>
            <w:r>
              <w:rPr>
                <w:b w:val="0"/>
                <w:sz w:val="16"/>
              </w:rPr>
              <w:t>1:04:28</w:t>
            </w:r>
          </w:p>
        </w:tc>
        <w:tc>
          <w:tcPr>
            <w:tcW w:type="dxa" w:w="3513"/>
            <w:vAlign w:val="top"/>
          </w:tcPr>
          <w:p>
            <w:r/>
            <w:r>
              <w:rPr>
                <w:b w:val="0"/>
                <w:sz w:val="16"/>
              </w:rPr>
              <w:t>Rieser Mathias</w:t>
            </w:r>
          </w:p>
        </w:tc>
        <w:tc>
          <w:tcPr>
            <w:tcW w:type="dxa" w:w="3513"/>
            <w:vAlign w:val="top"/>
          </w:tcPr>
          <w:p>
            <w:r/>
            <w:r>
              <w:rPr>
                <w:b w:val="0"/>
                <w:sz w:val="16"/>
              </w:rPr>
              <w:t>Und von Raum zu Raum dann die Durchdringung.</w:t>
            </w:r>
          </w:p>
        </w:tc>
      </w:tr>
      <w:tr>
        <w:tc>
          <w:tcPr>
            <w:tcW w:type="dxa" w:w="3513"/>
            <w:vAlign w:val="top"/>
          </w:tcPr>
          <w:p>
            <w:r/>
            <w:r>
              <w:rPr>
                <w:b w:val="0"/>
                <w:sz w:val="16"/>
              </w:rPr>
              <w:t>1:04:28</w:t>
            </w:r>
          </w:p>
        </w:tc>
        <w:tc>
          <w:tcPr>
            <w:tcW w:type="dxa" w:w="3513"/>
            <w:vAlign w:val="top"/>
          </w:tcPr>
          <w:p>
            <w:r/>
            <w:r>
              <w:rPr>
                <w:b w:val="0"/>
                <w:sz w:val="16"/>
              </w:rPr>
              <w:t>David Ebinger</w:t>
            </w:r>
          </w:p>
        </w:tc>
        <w:tc>
          <w:tcPr>
            <w:tcW w:type="dxa" w:w="3513"/>
            <w:vAlign w:val="top"/>
          </w:tcPr>
          <w:p>
            <w:r/>
            <w:r>
              <w:rPr>
                <w:b w:val="0"/>
                <w:sz w:val="16"/>
              </w:rPr>
              <w:t>Done. Von Raum zu Raum, Von Raum zu Raum müsste es geschottet werden, dann und bei manchen Räumen müsste man fast davon abraten. Da müsste man dann fast, da müsste ich mir genau anschauen. Also, von Raum zu Raum bräuchte es 'ne Schottung, dann also wie so ein Weichschott, dass da keine Luftschallübertragung stattfindet.</w:t>
            </w:r>
          </w:p>
        </w:tc>
      </w:tr>
      <w:tr>
        <w:tc>
          <w:tcPr>
            <w:tcW w:type="dxa" w:w="3513"/>
            <w:vAlign w:val="top"/>
          </w:tcPr>
          <w:p>
            <w:r/>
            <w:r>
              <w:rPr>
                <w:b w:val="0"/>
                <w:sz w:val="16"/>
              </w:rPr>
              <w:t>1:04:47</w:t>
            </w:r>
          </w:p>
        </w:tc>
        <w:tc>
          <w:tcPr>
            <w:tcW w:type="dxa" w:w="3513"/>
            <w:vAlign w:val="top"/>
          </w:tcPr>
          <w:p>
            <w:r/>
            <w:r>
              <w:rPr>
                <w:b w:val="0"/>
                <w:sz w:val="16"/>
              </w:rPr>
              <w:t>David Ebinger</w:t>
            </w:r>
          </w:p>
        </w:tc>
        <w:tc>
          <w:tcPr>
            <w:tcW w:type="dxa" w:w="3513"/>
            <w:vAlign w:val="top"/>
          </w:tcPr>
          <w:p>
            <w:r/>
            <w:r>
              <w:rPr>
                <w:b w:val="0"/>
                <w:sz w:val="16"/>
              </w:rPr>
              <w:t>über den Bodenkanal. Ja, also die haben halt teilweise relativ. Ja, relativ hohe Schallschutzanforderungen formuliert, wenn ich das richtig verstanden habe, seitens der Bauherrschaft. Und da ist es eigentlich.</w:t>
            </w:r>
          </w:p>
        </w:tc>
      </w:tr>
      <w:tr>
        <w:tc>
          <w:tcPr>
            <w:tcW w:type="dxa" w:w="3513"/>
            <w:vAlign w:val="top"/>
          </w:tcPr>
          <w:p>
            <w:r/>
            <w:r>
              <w:rPr>
                <w:b w:val="0"/>
                <w:sz w:val="16"/>
              </w:rPr>
              <w:t>1:05:08</w:t>
            </w:r>
          </w:p>
        </w:tc>
        <w:tc>
          <w:tcPr>
            <w:tcW w:type="dxa" w:w="3513"/>
            <w:vAlign w:val="top"/>
          </w:tcPr>
          <w:p>
            <w:r/>
            <w:r>
              <w:rPr>
                <w:b w:val="0"/>
                <w:sz w:val="16"/>
              </w:rPr>
              <w:t>David Ebinger</w:t>
            </w:r>
          </w:p>
        </w:tc>
        <w:tc>
          <w:tcPr>
            <w:tcW w:type="dxa" w:w="3513"/>
            <w:vAlign w:val="top"/>
          </w:tcPr>
          <w:p>
            <w:r/>
            <w:r>
              <w:rPr>
                <w:b w:val="0"/>
                <w:sz w:val="16"/>
              </w:rPr>
              <w:t>Wäre es besser, also wäre es deutlich besser, wenn nicht von Zimmer zu Zimmer entlang der Fassade das durchgeführt werden würde. Aber ich glaube, man kriegt es trotzdem trotzdem in Griff. Würde wahrscheinlich schon noch gehen. Geht nur Elektro durch oder dann?</w:t>
            </w:r>
          </w:p>
        </w:tc>
      </w:tr>
      <w:tr>
        <w:tc>
          <w:tcPr>
            <w:tcW w:type="dxa" w:w="3513"/>
            <w:vAlign w:val="top"/>
          </w:tcPr>
          <w:p>
            <w:r/>
            <w:r>
              <w:rPr>
                <w:b w:val="0"/>
                <w:sz w:val="16"/>
              </w:rPr>
              <w:t>1:05:24</w:t>
            </w:r>
          </w:p>
        </w:tc>
        <w:tc>
          <w:tcPr>
            <w:tcW w:type="dxa" w:w="3513"/>
            <w:vAlign w:val="top"/>
          </w:tcPr>
          <w:p>
            <w:r/>
            <w:r>
              <w:rPr>
                <w:b w:val="0"/>
                <w:sz w:val="16"/>
              </w:rPr>
              <w:t>Rieser Mathias</w:t>
            </w:r>
          </w:p>
        </w:tc>
        <w:tc>
          <w:tcPr>
            <w:tcW w:type="dxa" w:w="3513"/>
            <w:vAlign w:val="top"/>
          </w:tcPr>
          <w:p>
            <w:r/>
            <w:r>
              <w:rPr>
                <w:b w:val="0"/>
                <w:sz w:val="16"/>
              </w:rPr>
              <w:t>Ich weiß nicht, ob es Bodenkonvektoren gibt. Ramon, gibt es da noch was oder haben Ihre Boden nichts?</w:t>
            </w:r>
          </w:p>
        </w:tc>
      </w:tr>
      <w:tr>
        <w:tc>
          <w:tcPr>
            <w:tcW w:type="dxa" w:w="3513"/>
            <w:vAlign w:val="top"/>
          </w:tcPr>
          <w:p>
            <w:r/>
            <w:r>
              <w:rPr>
                <w:b w:val="0"/>
                <w:sz w:val="16"/>
              </w:rPr>
              <w:t>1:05:28</w:t>
            </w:r>
          </w:p>
        </w:tc>
        <w:tc>
          <w:tcPr>
            <w:tcW w:type="dxa" w:w="3513"/>
            <w:vAlign w:val="top"/>
          </w:tcPr>
          <w:p>
            <w:r/>
            <w:r>
              <w:rPr>
                <w:b w:val="0"/>
                <w:sz w:val="16"/>
              </w:rPr>
              <w:t>Ramon Nachmansohn</w:t>
            </w:r>
          </w:p>
        </w:tc>
        <w:tc>
          <w:tcPr>
            <w:tcW w:type="dxa" w:w="3513"/>
            <w:vAlign w:val="top"/>
          </w:tcPr>
          <w:p>
            <w:r/>
            <w:r>
              <w:rPr>
                <w:b w:val="0"/>
                <w:sz w:val="16"/>
              </w:rPr>
              <w:t>Nein, ihr werdet, wenn über die Türschwelle, über die Ziegen.</w:t>
            </w:r>
          </w:p>
        </w:tc>
      </w:tr>
      <w:tr>
        <w:tc>
          <w:tcPr>
            <w:tcW w:type="dxa" w:w="3513"/>
            <w:vAlign w:val="top"/>
          </w:tcPr>
          <w:p>
            <w:r/>
            <w:r>
              <w:rPr>
                <w:b w:val="0"/>
                <w:sz w:val="16"/>
              </w:rPr>
              <w:t>1:05:34</w:t>
            </w:r>
          </w:p>
        </w:tc>
        <w:tc>
          <w:tcPr>
            <w:tcW w:type="dxa" w:w="3513"/>
            <w:vAlign w:val="top"/>
          </w:tcPr>
          <w:p>
            <w:r/>
            <w:r>
              <w:rPr>
                <w:b w:val="0"/>
                <w:sz w:val="16"/>
              </w:rPr>
              <w:t>David Ebinger</w:t>
            </w:r>
          </w:p>
        </w:tc>
        <w:tc>
          <w:tcPr>
            <w:tcW w:type="dxa" w:w="3513"/>
            <w:vAlign w:val="top"/>
          </w:tcPr>
          <w:p>
            <w:r/>
            <w:r>
              <w:rPr>
                <w:b w:val="0"/>
                <w:sz w:val="16"/>
              </w:rPr>
              <w:t>Ja, ja, das wäre besser, dann auf jeden Fall. Und ich glaube, Elektro werden wir verkraften, dann von Raum zu Raum. Das wird gehen.</w:t>
            </w:r>
          </w:p>
        </w:tc>
      </w:tr>
      <w:tr>
        <w:tc>
          <w:tcPr>
            <w:tcW w:type="dxa" w:w="3513"/>
            <w:vAlign w:val="top"/>
          </w:tcPr>
          <w:p>
            <w:r/>
            <w:r>
              <w:rPr>
                <w:b w:val="0"/>
                <w:sz w:val="16"/>
              </w:rPr>
              <w:t>1:05:41</w:t>
            </w:r>
          </w:p>
        </w:tc>
        <w:tc>
          <w:tcPr>
            <w:tcW w:type="dxa" w:w="3513"/>
            <w:vAlign w:val="top"/>
          </w:tcPr>
          <w:p>
            <w:r/>
            <w:r>
              <w:rPr>
                <w:b w:val="0"/>
                <w:sz w:val="16"/>
              </w:rPr>
              <w:t>Rieser Mathias</w:t>
            </w:r>
          </w:p>
        </w:tc>
        <w:tc>
          <w:tcPr>
            <w:tcW w:type="dxa" w:w="3513"/>
            <w:vAlign w:val="top"/>
          </w:tcPr>
          <w:p>
            <w:r/>
            <w:r>
              <w:rPr>
                <w:b w:val="0"/>
                <w:sz w:val="16"/>
              </w:rPr>
              <w:t>Ja, aber das Erschließungskonzept ist deutlich einfacher, wenn wir den Kanal durchgängig machen können, weil sonst müssen wir alles mit Rohren überbrücken und das erschwert einfach alles wieder, ja.</w:t>
            </w:r>
          </w:p>
        </w:tc>
      </w:tr>
      <w:tr>
        <w:tc>
          <w:tcPr>
            <w:tcW w:type="dxa" w:w="3513"/>
            <w:vAlign w:val="top"/>
          </w:tcPr>
          <w:p>
            <w:r/>
            <w:r>
              <w:rPr>
                <w:b w:val="0"/>
                <w:sz w:val="16"/>
              </w:rPr>
              <w:t>1:05:54</w:t>
            </w:r>
          </w:p>
        </w:tc>
        <w:tc>
          <w:tcPr>
            <w:tcW w:type="dxa" w:w="3513"/>
            <w:vAlign w:val="top"/>
          </w:tcPr>
          <w:p>
            <w:r/>
            <w:r>
              <w:rPr>
                <w:b w:val="0"/>
                <w:sz w:val="16"/>
              </w:rPr>
              <w:t>David Ebinger</w:t>
            </w:r>
          </w:p>
        </w:tc>
        <w:tc>
          <w:tcPr>
            <w:tcW w:type="dxa" w:w="3513"/>
            <w:vAlign w:val="top"/>
          </w:tcPr>
          <w:p>
            <w:r/>
            <w:r>
              <w:rPr>
                <w:b w:val="0"/>
                <w:sz w:val="16"/>
              </w:rPr>
              <w:t>Dass man, dass man. Also, dass Marie Außenwandkonstruktion mit einer raumseitigen Vorsatzschale macht und darin alles führt, ist nicht denkbar. Also den Holzbau quasi.</w:t>
            </w:r>
          </w:p>
        </w:tc>
      </w:tr>
      <w:tr>
        <w:tc>
          <w:tcPr>
            <w:tcW w:type="dxa" w:w="3513"/>
            <w:vAlign w:val="top"/>
          </w:tcPr>
          <w:p>
            <w:r/>
            <w:r>
              <w:rPr>
                <w:b w:val="0"/>
                <w:sz w:val="16"/>
              </w:rPr>
              <w:t>1:06:07</w:t>
            </w:r>
          </w:p>
        </w:tc>
        <w:tc>
          <w:tcPr>
            <w:tcW w:type="dxa" w:w="3513"/>
            <w:vAlign w:val="top"/>
          </w:tcPr>
          <w:p>
            <w:r/>
            <w:r>
              <w:rPr>
                <w:b w:val="0"/>
                <w:sz w:val="16"/>
              </w:rPr>
              <w:t>Dürr Jonas</w:t>
            </w:r>
          </w:p>
        </w:tc>
        <w:tc>
          <w:tcPr>
            <w:tcW w:type="dxa" w:w="3513"/>
            <w:vAlign w:val="top"/>
          </w:tcPr>
          <w:p>
            <w:r/>
            <w:r>
              <w:rPr>
                <w:b w:val="0"/>
                <w:sz w:val="16"/>
              </w:rPr>
              <w:t>Ich denke, Kurt, technisch net ne.</w:t>
            </w:r>
          </w:p>
        </w:tc>
      </w:tr>
      <w:tr>
        <w:tc>
          <w:tcPr>
            <w:tcW w:type="dxa" w:w="3513"/>
            <w:vAlign w:val="top"/>
          </w:tcPr>
          <w:p>
            <w:r/>
            <w:r>
              <w:rPr>
                <w:b w:val="0"/>
                <w:sz w:val="16"/>
              </w:rPr>
              <w:t>1:06:09</w:t>
            </w:r>
          </w:p>
        </w:tc>
        <w:tc>
          <w:tcPr>
            <w:tcW w:type="dxa" w:w="3513"/>
            <w:vAlign w:val="top"/>
          </w:tcPr>
          <w:p>
            <w:r/>
            <w:r>
              <w:rPr>
                <w:b w:val="0"/>
                <w:sz w:val="16"/>
              </w:rPr>
              <w:t>David Ebinger</w:t>
            </w:r>
          </w:p>
        </w:tc>
        <w:tc>
          <w:tcPr>
            <w:tcW w:type="dxa" w:w="3513"/>
            <w:vAlign w:val="top"/>
          </w:tcPr>
          <w:p>
            <w:r/>
            <w:r>
              <w:rPr>
                <w:b w:val="0"/>
                <w:sz w:val="16"/>
              </w:rPr>
              <w:t>Also, im Endeffekt haben wir es auch gemacht und da ging es auch, von daher. Fuzzball. Yeah, yeah.</w:t>
            </w:r>
          </w:p>
        </w:tc>
      </w:tr>
      <w:tr>
        <w:tc>
          <w:tcPr>
            <w:tcW w:type="dxa" w:w="3513"/>
            <w:vAlign w:val="top"/>
          </w:tcPr>
          <w:p>
            <w:r/>
            <w:r>
              <w:rPr>
                <w:b w:val="0"/>
                <w:sz w:val="16"/>
              </w:rPr>
              <w:t>1:06:18</w:t>
            </w:r>
          </w:p>
        </w:tc>
        <w:tc>
          <w:tcPr>
            <w:tcW w:type="dxa" w:w="3513"/>
            <w:vAlign w:val="top"/>
          </w:tcPr>
          <w:p>
            <w:r/>
            <w:r>
              <w:rPr>
                <w:b w:val="0"/>
                <w:sz w:val="16"/>
              </w:rPr>
              <w:t>Claudia Kresser</w:t>
            </w:r>
          </w:p>
        </w:tc>
        <w:tc>
          <w:tcPr>
            <w:tcW w:type="dxa" w:w="3513"/>
            <w:vAlign w:val="top"/>
          </w:tcPr>
          <w:p>
            <w:r/>
            <w:r>
              <w:rPr>
                <w:b w:val="0"/>
                <w:sz w:val="16"/>
              </w:rPr>
              <w:t>Was sind schon alle geflucht?</w:t>
            </w:r>
          </w:p>
        </w:tc>
      </w:tr>
      <w:tr>
        <w:tc>
          <w:tcPr>
            <w:tcW w:type="dxa" w:w="3513"/>
            <w:vAlign w:val="top"/>
          </w:tcPr>
          <w:p>
            <w:r/>
            <w:r>
              <w:rPr>
                <w:b w:val="0"/>
                <w:sz w:val="16"/>
              </w:rPr>
              <w:t>1:06:25</w:t>
            </w:r>
          </w:p>
        </w:tc>
        <w:tc>
          <w:tcPr>
            <w:tcW w:type="dxa" w:w="3513"/>
            <w:vAlign w:val="top"/>
          </w:tcPr>
          <w:p>
            <w:r/>
            <w:r>
              <w:rPr>
                <w:b w:val="0"/>
                <w:sz w:val="16"/>
              </w:rPr>
              <w:t>Rieser Mathias</w:t>
            </w:r>
          </w:p>
        </w:tc>
        <w:tc>
          <w:tcPr>
            <w:tcW w:type="dxa" w:w="3513"/>
            <w:vAlign w:val="top"/>
          </w:tcPr>
          <w:p>
            <w:r/>
            <w:r>
              <w:rPr>
                <w:b w:val="0"/>
                <w:sz w:val="16"/>
              </w:rPr>
              <w:t>Immer das gleiche Thema, deshalb die Frage.</w:t>
            </w:r>
          </w:p>
        </w:tc>
      </w:tr>
      <w:tr>
        <w:tc>
          <w:tcPr>
            <w:tcW w:type="dxa" w:w="3513"/>
            <w:vAlign w:val="top"/>
          </w:tcPr>
          <w:p>
            <w:r/>
            <w:r>
              <w:rPr>
                <w:b w:val="0"/>
                <w:sz w:val="16"/>
              </w:rPr>
              <w:t>1:06:29</w:t>
            </w:r>
          </w:p>
        </w:tc>
        <w:tc>
          <w:tcPr>
            <w:tcW w:type="dxa" w:w="3513"/>
            <w:vAlign w:val="top"/>
          </w:tcPr>
          <w:p>
            <w:r/>
            <w:r>
              <w:rPr>
                <w:b w:val="0"/>
                <w:sz w:val="16"/>
              </w:rPr>
              <w:t>Claudia Kresser</w:t>
            </w:r>
          </w:p>
        </w:tc>
        <w:tc>
          <w:tcPr>
            <w:tcW w:type="dxa" w:w="3513"/>
            <w:vAlign w:val="top"/>
          </w:tcPr>
          <w:p>
            <w:r/>
            <w:r>
              <w:rPr>
                <w:b w:val="0"/>
                <w:sz w:val="16"/>
              </w:rPr>
              <w:t>Die, die, die Kanäle, die sind vom Teufel. Also ja, aber mit.</w:t>
            </w:r>
          </w:p>
        </w:tc>
      </w:tr>
      <w:tr>
        <w:tc>
          <w:tcPr>
            <w:tcW w:type="dxa" w:w="3513"/>
            <w:vAlign w:val="top"/>
          </w:tcPr>
          <w:p>
            <w:r/>
            <w:r>
              <w:rPr>
                <w:b w:val="0"/>
                <w:sz w:val="16"/>
              </w:rPr>
              <w:t>1:06:37</w:t>
            </w:r>
          </w:p>
        </w:tc>
        <w:tc>
          <w:tcPr>
            <w:tcW w:type="dxa" w:w="3513"/>
            <w:vAlign w:val="top"/>
          </w:tcPr>
          <w:p>
            <w:r/>
            <w:r>
              <w:rPr>
                <w:b w:val="0"/>
                <w:sz w:val="16"/>
              </w:rPr>
              <w:t>Rieser Mathias</w:t>
            </w:r>
          </w:p>
        </w:tc>
        <w:tc>
          <w:tcPr>
            <w:tcW w:type="dxa" w:w="3513"/>
            <w:vAlign w:val="top"/>
          </w:tcPr>
          <w:p>
            <w:r/>
            <w:r>
              <w:rPr>
                <w:b w:val="0"/>
                <w:sz w:val="16"/>
              </w:rPr>
              <w:t>Und wer würde das, wer würde das schlussendlich abdichten oder Schallschutz, wenn das der Elektriker macht, dann funktioniert es nicht.</w:t>
            </w:r>
          </w:p>
        </w:tc>
      </w:tr>
      <w:tr>
        <w:tc>
          <w:tcPr>
            <w:tcW w:type="dxa" w:w="3513"/>
            <w:vAlign w:val="top"/>
          </w:tcPr>
          <w:p>
            <w:r/>
            <w:r>
              <w:rPr>
                <w:b w:val="0"/>
                <w:sz w:val="16"/>
              </w:rPr>
              <w:t>1:06:37</w:t>
            </w:r>
          </w:p>
        </w:tc>
        <w:tc>
          <w:tcPr>
            <w:tcW w:type="dxa" w:w="3513"/>
            <w:vAlign w:val="top"/>
          </w:tcPr>
          <w:p>
            <w:r/>
            <w:r>
              <w:rPr>
                <w:b w:val="0"/>
                <w:sz w:val="16"/>
              </w:rPr>
              <w:t>Claudia Kresser</w:t>
            </w:r>
          </w:p>
        </w:tc>
        <w:tc>
          <w:tcPr>
            <w:tcW w:type="dxa" w:w="3513"/>
            <w:vAlign w:val="top"/>
          </w:tcPr>
          <w:p>
            <w:r/>
            <w:r>
              <w:rPr>
                <w:b w:val="0"/>
                <w:sz w:val="16"/>
              </w:rPr>
              <w:t>Also, Varianten gibt es hier.</w:t>
            </w:r>
          </w:p>
        </w:tc>
      </w:tr>
      <w:tr>
        <w:tc>
          <w:tcPr>
            <w:tcW w:type="dxa" w:w="3513"/>
            <w:vAlign w:val="top"/>
          </w:tcPr>
          <w:p>
            <w:r/>
            <w:r>
              <w:rPr>
                <w:b w:val="0"/>
                <w:sz w:val="16"/>
              </w:rPr>
              <w:t>1:06:49</w:t>
            </w:r>
          </w:p>
        </w:tc>
        <w:tc>
          <w:tcPr>
            <w:tcW w:type="dxa" w:w="3513"/>
            <w:vAlign w:val="top"/>
          </w:tcPr>
          <w:p>
            <w:r/>
            <w:r>
              <w:rPr>
                <w:b w:val="0"/>
                <w:sz w:val="16"/>
              </w:rPr>
              <w:t>Donatiello Cristian</w:t>
            </w:r>
          </w:p>
        </w:tc>
        <w:tc>
          <w:tcPr>
            <w:tcW w:type="dxa" w:w="3513"/>
            <w:vAlign w:val="top"/>
          </w:tcPr>
          <w:p>
            <w:r/>
            <w:r>
              <w:rPr>
                <w:b w:val="0"/>
                <w:sz w:val="16"/>
              </w:rPr>
              <w:t>Ja, nein, da würd ich den abschätzlich holen, wo das.</w:t>
            </w:r>
          </w:p>
        </w:tc>
      </w:tr>
      <w:tr>
        <w:tc>
          <w:tcPr>
            <w:tcW w:type="dxa" w:w="3513"/>
            <w:vAlign w:val="top"/>
          </w:tcPr>
          <w:p>
            <w:r/>
            <w:r>
              <w:rPr>
                <w:b w:val="0"/>
                <w:sz w:val="16"/>
              </w:rPr>
              <w:t>1:06:56</w:t>
            </w:r>
          </w:p>
        </w:tc>
        <w:tc>
          <w:tcPr>
            <w:tcW w:type="dxa" w:w="3513"/>
            <w:vAlign w:val="top"/>
          </w:tcPr>
          <w:p>
            <w:r/>
            <w:r>
              <w:rPr>
                <w:b w:val="0"/>
                <w:sz w:val="16"/>
              </w:rPr>
              <w:t>Rieser Mathias</w:t>
            </w:r>
          </w:p>
        </w:tc>
        <w:tc>
          <w:tcPr>
            <w:tcW w:type="dxa" w:w="3513"/>
            <w:vAlign w:val="top"/>
          </w:tcPr>
          <w:p>
            <w:r/>
            <w:r>
              <w:rPr>
                <w:b w:val="0"/>
                <w:sz w:val="16"/>
              </w:rPr>
              <w:t>Das heißt, entscheide ich, McDonald's für den Plan, nicht der Fuß. Das muss durchgängig machen, wenn ich das richtig verstanden oder man muss einmal prüfen.</w:t>
            </w:r>
          </w:p>
        </w:tc>
      </w:tr>
      <w:tr>
        <w:tc>
          <w:tcPr>
            <w:tcW w:type="dxa" w:w="3513"/>
            <w:vAlign w:val="top"/>
          </w:tcPr>
          <w:p>
            <w:r/>
            <w:r>
              <w:rPr>
                <w:b w:val="0"/>
                <w:sz w:val="16"/>
              </w:rPr>
              <w:t>1:07:05</w:t>
            </w:r>
          </w:p>
        </w:tc>
        <w:tc>
          <w:tcPr>
            <w:tcW w:type="dxa" w:w="3513"/>
            <w:vAlign w:val="top"/>
          </w:tcPr>
          <w:p>
            <w:r/>
            <w:r>
              <w:rPr>
                <w:b w:val="0"/>
                <w:sz w:val="16"/>
              </w:rPr>
              <w:t>Donatiello Cristian</w:t>
            </w:r>
          </w:p>
        </w:tc>
        <w:tc>
          <w:tcPr>
            <w:tcW w:type="dxa" w:w="3513"/>
            <w:vAlign w:val="top"/>
          </w:tcPr>
          <w:p>
            <w:r/>
            <w:r>
              <w:rPr>
                <w:b w:val="0"/>
                <w:sz w:val="16"/>
              </w:rPr>
              <w:t>David, willst du es nochmal überprüfen oder? Rush on Scogi.</w:t>
            </w:r>
          </w:p>
        </w:tc>
      </w:tr>
      <w:tr>
        <w:tc>
          <w:tcPr>
            <w:tcW w:type="dxa" w:w="3513"/>
            <w:vAlign w:val="top"/>
          </w:tcPr>
          <w:p>
            <w:r/>
            <w:r>
              <w:rPr>
                <w:b w:val="0"/>
                <w:sz w:val="16"/>
              </w:rPr>
              <w:t>1:07:10</w:t>
            </w:r>
          </w:p>
        </w:tc>
        <w:tc>
          <w:tcPr>
            <w:tcW w:type="dxa" w:w="3513"/>
            <w:vAlign w:val="top"/>
          </w:tcPr>
          <w:p>
            <w:r/>
            <w:r>
              <w:rPr>
                <w:b w:val="0"/>
                <w:sz w:val="16"/>
              </w:rPr>
              <w:t>David Ebinger</w:t>
            </w:r>
          </w:p>
        </w:tc>
        <w:tc>
          <w:tcPr>
            <w:tcW w:type="dxa" w:w="3513"/>
            <w:vAlign w:val="top"/>
          </w:tcPr>
          <w:p>
            <w:r/>
            <w:r>
              <w:rPr>
                <w:b w:val="0"/>
                <w:sz w:val="16"/>
              </w:rPr>
              <w:t>Ja, ich kann euch jetzt so das prinzipielle Go schon geben, denke ich. Also, wir müssen ein Detail, würde ich dann gerne mal prüfen, lieber. Also, wenn dann so ein Durchführungsdetail halt. Prinzipiell soll es schon, ist es schon möglich. Wie gesagt, wir haben es in Mennedorf auch gemacht.</w:t>
            </w:r>
          </w:p>
        </w:tc>
      </w:tr>
      <w:tr>
        <w:tc>
          <w:tcPr>
            <w:tcW w:type="dxa" w:w="3513"/>
            <w:vAlign w:val="top"/>
          </w:tcPr>
          <w:p>
            <w:r/>
            <w:r>
              <w:rPr>
                <w:b w:val="0"/>
                <w:sz w:val="16"/>
              </w:rPr>
              <w:t>1:07:30</w:t>
            </w:r>
          </w:p>
        </w:tc>
        <w:tc>
          <w:tcPr>
            <w:tcW w:type="dxa" w:w="3513"/>
            <w:vAlign w:val="top"/>
          </w:tcPr>
          <w:p>
            <w:r/>
            <w:r>
              <w:rPr>
                <w:b w:val="0"/>
                <w:sz w:val="16"/>
              </w:rPr>
              <w:t>Claudia Kresser</w:t>
            </w:r>
          </w:p>
        </w:tc>
        <w:tc>
          <w:tcPr>
            <w:tcW w:type="dxa" w:w="3513"/>
            <w:vAlign w:val="top"/>
          </w:tcPr>
          <w:p>
            <w:r/>
            <w:r>
              <w:rPr>
                <w:b w:val="0"/>
                <w:sz w:val="16"/>
              </w:rPr>
              <w:t>Christian, meinst du, dass man das vielleicht bei der Bauherrschaft auch noch kurz einmal? Signalisieren sollte, dass sie wissen, dass sie dann diese Kanäle durchgehende Kanäle haben, an der Fassade entlang.</w:t>
            </w:r>
          </w:p>
        </w:tc>
      </w:tr>
      <w:tr>
        <w:tc>
          <w:tcPr>
            <w:tcW w:type="dxa" w:w="3513"/>
            <w:vAlign w:val="top"/>
          </w:tcPr>
          <w:p>
            <w:r/>
            <w:r>
              <w:rPr>
                <w:b w:val="0"/>
                <w:sz w:val="16"/>
              </w:rPr>
              <w:t>1:07:42</w:t>
            </w:r>
          </w:p>
        </w:tc>
        <w:tc>
          <w:tcPr>
            <w:tcW w:type="dxa" w:w="3513"/>
            <w:vAlign w:val="top"/>
          </w:tcPr>
          <w:p>
            <w:r/>
            <w:r>
              <w:rPr>
                <w:b w:val="0"/>
                <w:sz w:val="16"/>
              </w:rPr>
              <w:t>Donatiello Cristian</w:t>
            </w:r>
          </w:p>
        </w:tc>
        <w:tc>
          <w:tcPr>
            <w:tcW w:type="dxa" w:w="3513"/>
            <w:vAlign w:val="top"/>
          </w:tcPr>
          <w:p>
            <w:r/>
            <w:r>
              <w:rPr>
                <w:b w:val="0"/>
                <w:sz w:val="16"/>
              </w:rPr>
              <w:t>Ja, das zeigen wir denen, wenn wir das Konzept vorstellen.</w:t>
            </w:r>
          </w:p>
        </w:tc>
      </w:tr>
      <w:tr>
        <w:tc>
          <w:tcPr>
            <w:tcW w:type="dxa" w:w="3513"/>
            <w:vAlign w:val="top"/>
          </w:tcPr>
          <w:p>
            <w:r/>
            <w:r>
              <w:rPr>
                <w:b w:val="0"/>
                <w:sz w:val="16"/>
              </w:rPr>
              <w:t>1:07:52</w:t>
            </w:r>
          </w:p>
        </w:tc>
        <w:tc>
          <w:tcPr>
            <w:tcW w:type="dxa" w:w="3513"/>
            <w:vAlign w:val="top"/>
          </w:tcPr>
          <w:p>
            <w:r/>
            <w:r>
              <w:rPr>
                <w:b w:val="0"/>
                <w:sz w:val="16"/>
              </w:rPr>
              <w:t>Rieser Mathias</w:t>
            </w:r>
          </w:p>
        </w:tc>
        <w:tc>
          <w:tcPr>
            <w:tcW w:type="dxa" w:w="3513"/>
            <w:vAlign w:val="top"/>
          </w:tcPr>
          <w:p>
            <w:r/>
            <w:r>
              <w:rPr>
                <w:b w:val="0"/>
                <w:sz w:val="16"/>
              </w:rPr>
              <w:t>Das würde ich also empfehlen. Ja, ja,</w:t>
            </w:r>
          </w:p>
        </w:tc>
      </w:tr>
      <w:tr>
        <w:tc>
          <w:tcPr>
            <w:tcW w:type="dxa" w:w="3513"/>
            <w:vAlign w:val="top"/>
          </w:tcPr>
          <w:p>
            <w:r/>
            <w:r>
              <w:rPr>
                <w:b w:val="0"/>
                <w:sz w:val="16"/>
              </w:rPr>
              <w:t>1:07:53</w:t>
            </w:r>
          </w:p>
        </w:tc>
        <w:tc>
          <w:tcPr>
            <w:tcW w:type="dxa" w:w="3513"/>
            <w:vAlign w:val="top"/>
          </w:tcPr>
          <w:p>
            <w:r/>
            <w:r>
              <w:rPr>
                <w:b w:val="0"/>
                <w:sz w:val="16"/>
              </w:rPr>
              <w:t>Donatiello Cristian</w:t>
            </w:r>
          </w:p>
        </w:tc>
        <w:tc>
          <w:tcPr>
            <w:tcW w:type="dxa" w:w="3513"/>
            <w:vAlign w:val="top"/>
          </w:tcPr>
          <w:p>
            <w:r/>
            <w:r>
              <w:rPr>
                <w:b w:val="0"/>
                <w:sz w:val="16"/>
              </w:rPr>
              <w:t>Oder, oder lieber so, will nachher geht es, nein, aber da immer nicht. Also, und ausgeschrieben, ausgeschrieben, wenn keine Kanäle so stabil, sondern funktional muss es sein.</w:t>
            </w:r>
          </w:p>
        </w:tc>
      </w:tr>
      <w:tr>
        <w:tc>
          <w:tcPr>
            <w:tcW w:type="dxa" w:w="3513"/>
            <w:vAlign w:val="top"/>
          </w:tcPr>
          <w:p>
            <w:r/>
            <w:r>
              <w:rPr>
                <w:b w:val="0"/>
                <w:sz w:val="16"/>
              </w:rPr>
              <w:t>1:08:06</w:t>
            </w:r>
          </w:p>
        </w:tc>
        <w:tc>
          <w:tcPr>
            <w:tcW w:type="dxa" w:w="3513"/>
            <w:vAlign w:val="top"/>
          </w:tcPr>
          <w:p>
            <w:r/>
            <w:r>
              <w:rPr>
                <w:b w:val="0"/>
                <w:sz w:val="16"/>
              </w:rPr>
              <w:t>Rieser Mathias</w:t>
            </w:r>
          </w:p>
        </w:tc>
        <w:tc>
          <w:tcPr>
            <w:tcW w:type="dxa" w:w="3513"/>
            <w:vAlign w:val="top"/>
          </w:tcPr>
          <w:p>
            <w:r/>
            <w:r>
              <w:rPr>
                <w:b w:val="0"/>
                <w:sz w:val="16"/>
              </w:rPr>
              <w:t>Ja genau, wir haben es eigentlich über den Bildschirm gesehen. Wir haben es ja so eigentlich im Wettbewerb auch beschrieben, oder dass es immer da keine Lunge mehr gibt, oder und was mir jetzt alternativ machen kann, ist wenn jetzt du David sagst, ja gut, der Ruhm zu dem ist kritisch, dann mache ich den Unterbruch und tue das überbrücken, oder.</w:t>
            </w:r>
          </w:p>
        </w:tc>
      </w:tr>
      <w:tr>
        <w:tc>
          <w:tcPr>
            <w:tcW w:type="dxa" w:w="3513"/>
            <w:vAlign w:val="top"/>
          </w:tcPr>
          <w:p>
            <w:r/>
            <w:r>
              <w:rPr>
                <w:b w:val="0"/>
                <w:sz w:val="16"/>
              </w:rPr>
              <w:t>1:08:22</w:t>
            </w:r>
          </w:p>
        </w:tc>
        <w:tc>
          <w:tcPr>
            <w:tcW w:type="dxa" w:w="3513"/>
            <w:vAlign w:val="top"/>
          </w:tcPr>
          <w:p>
            <w:r/>
            <w:r>
              <w:rPr>
                <w:b w:val="0"/>
                <w:sz w:val="16"/>
              </w:rPr>
              <w:t>Rieser Mathias</w:t>
            </w:r>
          </w:p>
        </w:tc>
        <w:tc>
          <w:tcPr>
            <w:tcW w:type="dxa" w:w="3513"/>
            <w:vAlign w:val="top"/>
          </w:tcPr>
          <w:p>
            <w:r/>
            <w:r>
              <w:rPr>
                <w:b w:val="0"/>
                <w:sz w:val="16"/>
              </w:rPr>
              <w:t>Das kann man dann schon konzeptionell anschauen oder im oberen Geschoss im Prinzip das Gleiche. Oder da ist dann eigentlich alles so durchgängig, oder?</w:t>
            </w:r>
          </w:p>
        </w:tc>
      </w:tr>
      <w:tr>
        <w:tc>
          <w:tcPr>
            <w:tcW w:type="dxa" w:w="3513"/>
            <w:vAlign w:val="top"/>
          </w:tcPr>
          <w:p>
            <w:r/>
            <w:r>
              <w:rPr>
                <w:b w:val="0"/>
                <w:sz w:val="16"/>
              </w:rPr>
              <w:t>1:08:32</w:t>
            </w:r>
          </w:p>
        </w:tc>
        <w:tc>
          <w:tcPr>
            <w:tcW w:type="dxa" w:w="3513"/>
            <w:vAlign w:val="top"/>
          </w:tcPr>
          <w:p>
            <w:r/>
            <w:r>
              <w:rPr>
                <w:b w:val="0"/>
                <w:sz w:val="16"/>
              </w:rPr>
              <w:t>Rieser Mathias</w:t>
            </w:r>
          </w:p>
        </w:tc>
        <w:tc>
          <w:tcPr>
            <w:tcW w:type="dxa" w:w="3513"/>
            <w:vAlign w:val="top"/>
          </w:tcPr>
          <w:p>
            <w:r/>
            <w:r>
              <w:rPr>
                <w:b w:val="0"/>
                <w:sz w:val="16"/>
              </w:rPr>
              <w:t>Darum muss vielleicht irgendwo splitten oder aber so wäre halt das ideale. Man könnte alles so komplett erschließen, auch Schnittstellen, Holzbau, Koordination wäre alles viel einfacher, ja.</w:t>
            </w:r>
          </w:p>
        </w:tc>
      </w:tr>
      <w:tr>
        <w:tc>
          <w:tcPr>
            <w:tcW w:type="dxa" w:w="3513"/>
            <w:vAlign w:val="top"/>
          </w:tcPr>
          <w:p>
            <w:r/>
            <w:r>
              <w:rPr>
                <w:b w:val="0"/>
                <w:sz w:val="16"/>
              </w:rPr>
              <w:t>1:08:49</w:t>
            </w:r>
          </w:p>
        </w:tc>
        <w:tc>
          <w:tcPr>
            <w:tcW w:type="dxa" w:w="3513"/>
            <w:vAlign w:val="top"/>
          </w:tcPr>
          <w:p>
            <w:r/>
            <w:r>
              <w:rPr>
                <w:b w:val="0"/>
                <w:sz w:val="16"/>
              </w:rPr>
              <w:t>Donatiello Cristian</w:t>
            </w:r>
          </w:p>
        </w:tc>
        <w:tc>
          <w:tcPr>
            <w:tcW w:type="dxa" w:w="3513"/>
            <w:vAlign w:val="top"/>
          </w:tcPr>
          <w:p>
            <w:r/>
            <w:r>
              <w:rPr>
                <w:b w:val="0"/>
                <w:sz w:val="16"/>
              </w:rPr>
              <w:t>Sieht der Bauphysik nach Frage?</w:t>
            </w:r>
          </w:p>
        </w:tc>
      </w:tr>
      <w:tr>
        <w:tc>
          <w:tcPr>
            <w:tcW w:type="dxa" w:w="3513"/>
            <w:vAlign w:val="top"/>
          </w:tcPr>
          <w:p>
            <w:r/>
            <w:r>
              <w:rPr>
                <w:b w:val="0"/>
                <w:sz w:val="16"/>
              </w:rPr>
              <w:t>1:08:58</w:t>
            </w:r>
          </w:p>
        </w:tc>
        <w:tc>
          <w:tcPr>
            <w:tcW w:type="dxa" w:w="3513"/>
            <w:vAlign w:val="top"/>
          </w:tcPr>
          <w:p>
            <w:r/>
            <w:r>
              <w:rPr>
                <w:b w:val="0"/>
                <w:sz w:val="16"/>
              </w:rPr>
              <w:t>David Ebinger</w:t>
            </w:r>
          </w:p>
        </w:tc>
        <w:tc>
          <w:tcPr>
            <w:tcW w:type="dxa" w:w="3513"/>
            <w:vAlign w:val="top"/>
          </w:tcPr>
          <w:p>
            <w:r/>
            <w:r>
              <w:rPr>
                <w:b w:val="0"/>
                <w:sz w:val="16"/>
              </w:rPr>
              <w:t>Ob ich noch Fragen habe? Nein, nein, nein, nein. Erstmal nicht. Genau. Glaube, ist erstmal alles klar.</w:t>
            </w:r>
          </w:p>
        </w:tc>
      </w:tr>
      <w:tr>
        <w:tc>
          <w:tcPr>
            <w:tcW w:type="dxa" w:w="3513"/>
            <w:vAlign w:val="top"/>
          </w:tcPr>
          <w:p>
            <w:r/>
            <w:r>
              <w:rPr>
                <w:b w:val="0"/>
                <w:sz w:val="16"/>
              </w:rPr>
              <w:t>1:08:59</w:t>
            </w:r>
          </w:p>
        </w:tc>
        <w:tc>
          <w:tcPr>
            <w:tcW w:type="dxa" w:w="3513"/>
            <w:vAlign w:val="top"/>
          </w:tcPr>
          <w:p>
            <w:r/>
            <w:r>
              <w:rPr>
                <w:b w:val="0"/>
                <w:sz w:val="16"/>
              </w:rPr>
              <w:t>Donatiello Cristian</w:t>
            </w:r>
          </w:p>
        </w:tc>
        <w:tc>
          <w:tcPr>
            <w:tcW w:type="dxa" w:w="3513"/>
            <w:vAlign w:val="top"/>
          </w:tcPr>
          <w:p>
            <w:r/>
            <w:r>
              <w:rPr>
                <w:b w:val="0"/>
                <w:sz w:val="16"/>
              </w:rPr>
              <w:t>Ja, ja, Jolly und David. K. Lukas und Jonas. Zitherholzbau.</w:t>
            </w:r>
          </w:p>
        </w:tc>
      </w:tr>
      <w:tr>
        <w:tc>
          <w:tcPr>
            <w:tcW w:type="dxa" w:w="3513"/>
            <w:vAlign w:val="top"/>
          </w:tcPr>
          <w:p>
            <w:r/>
            <w:r>
              <w:rPr>
                <w:b w:val="0"/>
                <w:sz w:val="16"/>
              </w:rPr>
              <w:t>1:09:13</w:t>
            </w:r>
          </w:p>
        </w:tc>
        <w:tc>
          <w:tcPr>
            <w:tcW w:type="dxa" w:w="3513"/>
            <w:vAlign w:val="top"/>
          </w:tcPr>
          <w:p>
            <w:r/>
            <w:r>
              <w:rPr>
                <w:b w:val="0"/>
                <w:sz w:val="16"/>
              </w:rPr>
              <w:t>Dürr Jonas</w:t>
            </w:r>
          </w:p>
        </w:tc>
        <w:tc>
          <w:tcPr>
            <w:tcW w:type="dxa" w:w="3513"/>
            <w:vAlign w:val="top"/>
          </w:tcPr>
          <w:p>
            <w:r/>
            <w:r>
              <w:rPr>
                <w:b w:val="0"/>
                <w:sz w:val="16"/>
              </w:rPr>
              <w:t>Ganz konkret, vielleicht Claudia, kannst du mir sagen, mit was für einer Russe wart ihr Grad hin? Im im Büro drüber gestolpert bin.</w:t>
            </w:r>
          </w:p>
        </w:tc>
      </w:tr>
      <w:tr>
        <w:tc>
          <w:tcPr>
            <w:tcW w:type="dxa" w:w="3513"/>
            <w:vAlign w:val="top"/>
          </w:tcPr>
          <w:p>
            <w:r/>
            <w:r>
              <w:rPr>
                <w:b w:val="0"/>
                <w:sz w:val="16"/>
              </w:rPr>
              <w:t>1:09:22</w:t>
            </w:r>
          </w:p>
        </w:tc>
        <w:tc>
          <w:tcPr>
            <w:tcW w:type="dxa" w:w="3513"/>
            <w:vAlign w:val="top"/>
          </w:tcPr>
          <w:p>
            <w:r/>
            <w:r>
              <w:rPr>
                <w:b w:val="0"/>
                <w:sz w:val="16"/>
              </w:rPr>
              <w:t>Claudia Kresser</w:t>
            </w:r>
          </w:p>
        </w:tc>
        <w:tc>
          <w:tcPr>
            <w:tcW w:type="dxa" w:w="3513"/>
            <w:vAlign w:val="top"/>
          </w:tcPr>
          <w:p>
            <w:r/>
            <w:r>
              <w:rPr>
                <w:b w:val="0"/>
                <w:sz w:val="16"/>
              </w:rPr>
              <w:t>Also, was für Gewandstärken?</w:t>
            </w:r>
          </w:p>
        </w:tc>
      </w:tr>
      <w:tr>
        <w:tc>
          <w:tcPr>
            <w:tcW w:type="dxa" w:w="3513"/>
            <w:vAlign w:val="top"/>
          </w:tcPr>
          <w:p>
            <w:r/>
            <w:r>
              <w:rPr>
                <w:b w:val="0"/>
                <w:sz w:val="16"/>
              </w:rPr>
              <w:t>1:09:23</w:t>
            </w:r>
          </w:p>
        </w:tc>
        <w:tc>
          <w:tcPr>
            <w:tcW w:type="dxa" w:w="3513"/>
            <w:vAlign w:val="top"/>
          </w:tcPr>
          <w:p>
            <w:r/>
            <w:r>
              <w:rPr>
                <w:b w:val="0"/>
                <w:sz w:val="16"/>
              </w:rPr>
              <w:t>Dürr Jonas</w:t>
            </w:r>
          </w:p>
        </w:tc>
        <w:tc>
          <w:tcPr>
            <w:tcW w:type="dxa" w:w="3513"/>
            <w:vAlign w:val="top"/>
          </w:tcPr>
          <w:p>
            <w:r/>
            <w:r>
              <w:rPr>
                <w:b w:val="0"/>
                <w:sz w:val="16"/>
              </w:rPr>
              <w:t>ja, und im besten Fall Konstruktionsstärke, weißt du auch grad. Weinkonstruktion, also der Holsteiner.</w:t>
            </w:r>
          </w:p>
        </w:tc>
      </w:tr>
      <w:tr>
        <w:tc>
          <w:tcPr>
            <w:tcW w:type="dxa" w:w="3513"/>
            <w:vAlign w:val="top"/>
          </w:tcPr>
          <w:p>
            <w:r/>
            <w:r>
              <w:rPr>
                <w:b w:val="0"/>
                <w:sz w:val="16"/>
              </w:rPr>
              <w:t>1:09:33</w:t>
            </w:r>
          </w:p>
        </w:tc>
        <w:tc>
          <w:tcPr>
            <w:tcW w:type="dxa" w:w="3513"/>
            <w:vAlign w:val="top"/>
          </w:tcPr>
          <w:p>
            <w:r/>
            <w:r>
              <w:rPr>
                <w:b w:val="0"/>
                <w:sz w:val="16"/>
              </w:rPr>
              <w:t>Claudia Kresser</w:t>
            </w:r>
          </w:p>
        </w:tc>
        <w:tc>
          <w:tcPr>
            <w:tcW w:type="dxa" w:w="3513"/>
            <w:vAlign w:val="top"/>
          </w:tcPr>
          <w:p>
            <w:r/>
            <w:r>
              <w:rPr>
                <w:b w:val="0"/>
                <w:sz w:val="16"/>
              </w:rPr>
              <w:t>Ah, das sind glaube ich die, also wir sind auf die Aufbauten gegangen, was ihr seinerzeit da. Also das ist bei uns abgelegt unter Wettbewerb. Moment, ganz kurz.</w:t>
            </w:r>
          </w:p>
        </w:tc>
      </w:tr>
      <w:tr>
        <w:tc>
          <w:tcPr>
            <w:tcW w:type="dxa" w:w="3513"/>
            <w:vAlign w:val="top"/>
          </w:tcPr>
          <w:p>
            <w:r/>
            <w:r>
              <w:rPr>
                <w:b w:val="0"/>
                <w:sz w:val="16"/>
              </w:rPr>
              <w:t>1:09:45</w:t>
            </w:r>
          </w:p>
        </w:tc>
        <w:tc>
          <w:tcPr>
            <w:tcW w:type="dxa" w:w="3513"/>
            <w:vAlign w:val="top"/>
          </w:tcPr>
          <w:p>
            <w:r/>
            <w:r>
              <w:rPr>
                <w:b w:val="0"/>
                <w:sz w:val="16"/>
              </w:rPr>
              <w:t>Dürr Jonas</w:t>
            </w:r>
          </w:p>
        </w:tc>
        <w:tc>
          <w:tcPr>
            <w:tcW w:type="dxa" w:w="3513"/>
            <w:vAlign w:val="top"/>
          </w:tcPr>
          <w:p>
            <w:r/>
            <w:r>
              <w:rPr>
                <w:b w:val="0"/>
                <w:sz w:val="16"/>
              </w:rPr>
              <w:t>Also genau, ich hab grad nur 320 vor mir und irgendwie dunkel wird das mega groß. Und entweder es liegt an dem schlechten Gedächtnis oder ich muss nochmal schnell lesen, was herkommt.</w:t>
            </w:r>
          </w:p>
        </w:tc>
      </w:tr>
      <w:tr>
        <w:tc>
          <w:tcPr>
            <w:tcW w:type="dxa" w:w="3513"/>
            <w:vAlign w:val="top"/>
          </w:tcPr>
          <w:p>
            <w:r/>
            <w:r>
              <w:rPr>
                <w:b w:val="0"/>
                <w:sz w:val="16"/>
              </w:rPr>
              <w:t>1:09:55</w:t>
            </w:r>
          </w:p>
        </w:tc>
        <w:tc>
          <w:tcPr>
            <w:tcW w:type="dxa" w:w="3513"/>
            <w:vAlign w:val="top"/>
          </w:tcPr>
          <w:p>
            <w:r/>
            <w:r>
              <w:rPr>
                <w:b w:val="0"/>
                <w:sz w:val="16"/>
              </w:rPr>
              <w:t>Claudia Kresser</w:t>
            </w:r>
          </w:p>
        </w:tc>
        <w:tc>
          <w:tcPr>
            <w:tcW w:type="dxa" w:w="3513"/>
            <w:vAlign w:val="top"/>
          </w:tcPr>
          <w:p>
            <w:r/>
            <w:r>
              <w:rPr>
                <w:b w:val="0"/>
                <w:sz w:val="16"/>
              </w:rPr>
              <w:t>I don't but a cops plane bye, bye, 8 Plane R, bye Tip Tap. Mir home da. Da ist wieder super kein Maß drin. Aber wir haben eigentlich das als Hoffbauer-Stärkung. Dann. 45 Bei mir.</w:t>
            </w:r>
          </w:p>
        </w:tc>
      </w:tr>
      <w:tr>
        <w:tc>
          <w:tcPr>
            <w:tcW w:type="dxa" w:w="3513"/>
            <w:vAlign w:val="top"/>
          </w:tcPr>
          <w:p>
            <w:r/>
            <w:r>
              <w:rPr>
                <w:b w:val="0"/>
                <w:sz w:val="16"/>
              </w:rPr>
              <w:t>1:10:27</w:t>
            </w:r>
          </w:p>
        </w:tc>
        <w:tc>
          <w:tcPr>
            <w:tcW w:type="dxa" w:w="3513"/>
            <w:vAlign w:val="top"/>
          </w:tcPr>
          <w:p>
            <w:r/>
            <w:r>
              <w:rPr>
                <w:b w:val="0"/>
                <w:sz w:val="16"/>
              </w:rPr>
              <w:t>Claudia Kresser</w:t>
            </w:r>
          </w:p>
        </w:tc>
        <w:tc>
          <w:tcPr>
            <w:tcW w:type="dxa" w:w="3513"/>
            <w:vAlign w:val="top"/>
          </w:tcPr>
          <w:p>
            <w:r/>
            <w:r>
              <w:rPr>
                <w:b w:val="0"/>
                <w:sz w:val="16"/>
              </w:rPr>
              <w:t>Ja, mit mit der Schalung außer.</w:t>
            </w:r>
          </w:p>
        </w:tc>
      </w:tr>
      <w:tr>
        <w:tc>
          <w:tcPr>
            <w:tcW w:type="dxa" w:w="3513"/>
            <w:vAlign w:val="top"/>
          </w:tcPr>
          <w:p>
            <w:r/>
            <w:r>
              <w:rPr>
                <w:b w:val="0"/>
                <w:sz w:val="16"/>
              </w:rPr>
              <w:t>1:10:29</w:t>
            </w:r>
          </w:p>
        </w:tc>
        <w:tc>
          <w:tcPr>
            <w:tcW w:type="dxa" w:w="3513"/>
            <w:vAlign w:val="top"/>
          </w:tcPr>
          <w:p>
            <w:r/>
            <w:r>
              <w:rPr>
                <w:b w:val="0"/>
                <w:sz w:val="16"/>
              </w:rPr>
              <w:t>Dürr Jonas</w:t>
            </w:r>
          </w:p>
        </w:tc>
        <w:tc>
          <w:tcPr>
            <w:tcW w:type="dxa" w:w="3513"/>
            <w:vAlign w:val="top"/>
          </w:tcPr>
          <w:p>
            <w:r/>
            <w:r>
              <w:rPr>
                <w:b w:val="0"/>
                <w:sz w:val="16"/>
              </w:rPr>
              <w:t>Ja, aber da kommt es schon einmal an, ne?</w:t>
            </w:r>
          </w:p>
        </w:tc>
      </w:tr>
      <w:tr>
        <w:tc>
          <w:tcPr>
            <w:tcW w:type="dxa" w:w="3513"/>
            <w:vAlign w:val="top"/>
          </w:tcPr>
          <w:p>
            <w:r/>
            <w:r>
              <w:rPr>
                <w:b w:val="0"/>
                <w:sz w:val="16"/>
              </w:rPr>
              <w:t>1:10:36</w:t>
            </w:r>
          </w:p>
        </w:tc>
        <w:tc>
          <w:tcPr>
            <w:tcW w:type="dxa" w:w="3513"/>
            <w:vAlign w:val="top"/>
          </w:tcPr>
          <w:p>
            <w:r/>
            <w:r>
              <w:rPr>
                <w:b w:val="0"/>
                <w:sz w:val="16"/>
              </w:rPr>
              <w:t>Dürr Jonas</w:t>
            </w:r>
          </w:p>
        </w:tc>
        <w:tc>
          <w:tcPr>
            <w:tcW w:type="dxa" w:w="3513"/>
            <w:vAlign w:val="top"/>
          </w:tcPr>
          <w:p>
            <w:r/>
            <w:r>
              <w:rPr>
                <w:b w:val="0"/>
                <w:sz w:val="16"/>
              </w:rPr>
              <w:t>Dann konnte es schon einmal ahnen.</w:t>
            </w:r>
          </w:p>
        </w:tc>
      </w:tr>
      <w:tr>
        <w:tc>
          <w:tcPr>
            <w:tcW w:type="dxa" w:w="3513"/>
            <w:vAlign w:val="top"/>
          </w:tcPr>
          <w:p>
            <w:r/>
            <w:r>
              <w:rPr>
                <w:b w:val="0"/>
                <w:sz w:val="16"/>
              </w:rPr>
              <w:t>1:10:40</w:t>
            </w:r>
          </w:p>
        </w:tc>
        <w:tc>
          <w:tcPr>
            <w:tcW w:type="dxa" w:w="3513"/>
            <w:vAlign w:val="top"/>
          </w:tcPr>
          <w:p>
            <w:r/>
            <w:r>
              <w:rPr>
                <w:b w:val="0"/>
                <w:sz w:val="16"/>
              </w:rPr>
              <w:t>Claudia Kresser</w:t>
            </w:r>
          </w:p>
        </w:tc>
        <w:tc>
          <w:tcPr>
            <w:tcW w:type="dxa" w:w="3513"/>
            <w:vAlign w:val="top"/>
          </w:tcPr>
          <w:p>
            <w:r/>
            <w:r>
              <w:rPr>
                <w:b w:val="0"/>
                <w:sz w:val="16"/>
              </w:rPr>
              <w:t>Ja, also wir haben uns genau an das gehalten, was also bei dem haben wir uns genau an das gehalten, was ihr da vorgegeben habt.</w:t>
            </w:r>
          </w:p>
        </w:tc>
      </w:tr>
      <w:tr>
        <w:tc>
          <w:tcPr>
            <w:tcW w:type="dxa" w:w="3513"/>
            <w:vAlign w:val="top"/>
          </w:tcPr>
          <w:p>
            <w:r/>
            <w:r>
              <w:rPr>
                <w:b w:val="0"/>
                <w:sz w:val="16"/>
              </w:rPr>
              <w:t>1:10:47</w:t>
            </w:r>
          </w:p>
        </w:tc>
        <w:tc>
          <w:tcPr>
            <w:tcW w:type="dxa" w:w="3513"/>
            <w:vAlign w:val="top"/>
          </w:tcPr>
          <w:p>
            <w:r/>
            <w:r>
              <w:rPr>
                <w:b w:val="0"/>
                <w:sz w:val="16"/>
              </w:rPr>
              <w:t>Dürr Jonas</w:t>
            </w:r>
          </w:p>
        </w:tc>
        <w:tc>
          <w:tcPr>
            <w:tcW w:type="dxa" w:w="3513"/>
            <w:vAlign w:val="top"/>
          </w:tcPr>
          <w:p>
            <w:r/>
            <w:r>
              <w:rPr>
                <w:b w:val="0"/>
                <w:sz w:val="16"/>
              </w:rPr>
              <w:t>Ja, da hat am Anfang bei der Büroentwicklung war in und da hat es ein paar Varianten gegeben. Drum bin mir auch nicht ganz sicher, ob es gestern geworden ist. Aber ne, das passt, ist gut.</w:t>
            </w:r>
          </w:p>
        </w:tc>
      </w:tr>
      <w:tr>
        <w:tc>
          <w:tcPr>
            <w:tcW w:type="dxa" w:w="3513"/>
            <w:vAlign w:val="top"/>
          </w:tcPr>
          <w:p>
            <w:r/>
            <w:r>
              <w:rPr>
                <w:b w:val="0"/>
                <w:sz w:val="16"/>
              </w:rPr>
              <w:t>1:10:59</w:t>
            </w:r>
          </w:p>
        </w:tc>
        <w:tc>
          <w:tcPr>
            <w:tcW w:type="dxa" w:w="3513"/>
            <w:vAlign w:val="top"/>
          </w:tcPr>
          <w:p>
            <w:r/>
            <w:r>
              <w:rPr>
                <w:b w:val="0"/>
                <w:sz w:val="16"/>
              </w:rPr>
              <w:t>Donatiello Cristian</w:t>
            </w:r>
          </w:p>
        </w:tc>
        <w:tc>
          <w:tcPr>
            <w:tcW w:type="dxa" w:w="3513"/>
            <w:vAlign w:val="top"/>
          </w:tcPr>
          <w:p>
            <w:r/>
            <w:r>
              <w:rPr>
                <w:b w:val="0"/>
                <w:sz w:val="16"/>
              </w:rPr>
              <w:t>Gut, danke. Dann wird ja ja.</w:t>
            </w:r>
          </w:p>
        </w:tc>
      </w:tr>
      <w:tr>
        <w:tc>
          <w:tcPr>
            <w:tcW w:type="dxa" w:w="3513"/>
            <w:vAlign w:val="top"/>
          </w:tcPr>
          <w:p>
            <w:r/>
            <w:r>
              <w:rPr>
                <w:b w:val="0"/>
                <w:sz w:val="16"/>
              </w:rPr>
              <w:t>1:11:00</w:t>
            </w:r>
          </w:p>
        </w:tc>
        <w:tc>
          <w:tcPr>
            <w:tcW w:type="dxa" w:w="3513"/>
            <w:vAlign w:val="top"/>
          </w:tcPr>
          <w:p>
            <w:r/>
            <w:r>
              <w:rPr>
                <w:b w:val="0"/>
                <w:sz w:val="16"/>
              </w:rPr>
              <w:t>Claudia Kresser</w:t>
            </w:r>
          </w:p>
        </w:tc>
        <w:tc>
          <w:tcPr>
            <w:tcW w:type="dxa" w:w="3513"/>
            <w:vAlign w:val="top"/>
          </w:tcPr>
          <w:p>
            <w:r/>
            <w:r>
              <w:rPr>
                <w:b w:val="0"/>
                <w:sz w:val="16"/>
              </w:rPr>
              <w:t>Ich hätte eine Frage noch an den David, ganz kurz bitte. Nur so zwischen uns, David, ich habe dir ja für deine Ferien noch so ein gefährliches Detail geschickt.</w:t>
            </w:r>
          </w:p>
        </w:tc>
      </w:tr>
      <w:tr>
        <w:tc>
          <w:tcPr>
            <w:tcW w:type="dxa" w:w="3513"/>
            <w:vAlign w:val="top"/>
          </w:tcPr>
          <w:p>
            <w:r/>
            <w:r>
              <w:rPr>
                <w:b w:val="0"/>
                <w:sz w:val="16"/>
              </w:rPr>
              <w:t>1:11:11</w:t>
            </w:r>
          </w:p>
        </w:tc>
        <w:tc>
          <w:tcPr>
            <w:tcW w:type="dxa" w:w="3513"/>
            <w:vAlign w:val="top"/>
          </w:tcPr>
          <w:p>
            <w:r/>
            <w:r>
              <w:rPr>
                <w:b w:val="0"/>
                <w:sz w:val="16"/>
              </w:rPr>
              <w:t>David Ebinger</w:t>
            </w:r>
          </w:p>
        </w:tc>
        <w:tc>
          <w:tcPr>
            <w:tcW w:type="dxa" w:w="3513"/>
            <w:vAlign w:val="top"/>
          </w:tcPr>
          <w:p>
            <w:r/>
            <w:r>
              <w:rPr>
                <w:b w:val="0"/>
                <w:sz w:val="16"/>
              </w:rPr>
              <w:t>Ja, ich bin heute zurückgekommen, erst aus den Ferien und habe es davor nicht mehr angeschaut und heute auch noch nicht, aber ich, ich schaue mir das gefährliche Detail noch an. Es ging irgendwie, es ist nur nur ein eine Linie oder aber an der Einfahrt, um die es ging. Habe ich, habe ich richtig verstanden?</w:t>
            </w:r>
          </w:p>
        </w:tc>
      </w:tr>
      <w:tr>
        <w:tc>
          <w:tcPr>
            <w:tcW w:type="dxa" w:w="3513"/>
            <w:vAlign w:val="top"/>
          </w:tcPr>
          <w:p>
            <w:r/>
            <w:r>
              <w:rPr>
                <w:b w:val="0"/>
                <w:sz w:val="16"/>
              </w:rPr>
              <w:t>1:11:26</w:t>
            </w:r>
          </w:p>
        </w:tc>
        <w:tc>
          <w:tcPr>
            <w:tcW w:type="dxa" w:w="3513"/>
            <w:vAlign w:val="top"/>
          </w:tcPr>
          <w:p>
            <w:r/>
            <w:r>
              <w:rPr>
                <w:b w:val="0"/>
                <w:sz w:val="16"/>
              </w:rPr>
              <w:t>David Ebinger</w:t>
            </w:r>
          </w:p>
        </w:tc>
        <w:tc>
          <w:tcPr>
            <w:tcW w:type="dxa" w:w="3513"/>
            <w:vAlign w:val="top"/>
          </w:tcPr>
          <w:p>
            <w:r/>
            <w:r>
              <w:rPr>
                <w:b w:val="0"/>
                <w:sz w:val="16"/>
              </w:rPr>
              <w:t>Ich schaue es mir an. Wahrscheinlich kann man da reduzieren, noch ein bisschen.</w:t>
            </w:r>
          </w:p>
        </w:tc>
      </w:tr>
      <w:tr>
        <w:tc>
          <w:tcPr>
            <w:tcW w:type="dxa" w:w="3513"/>
            <w:vAlign w:val="top"/>
          </w:tcPr>
          <w:p>
            <w:r/>
            <w:r>
              <w:rPr>
                <w:b w:val="0"/>
                <w:sz w:val="16"/>
              </w:rPr>
              <w:t>1:11:39</w:t>
            </w:r>
          </w:p>
        </w:tc>
        <w:tc>
          <w:tcPr>
            <w:tcW w:type="dxa" w:w="3513"/>
            <w:vAlign w:val="top"/>
          </w:tcPr>
          <w:p>
            <w:r/>
            <w:r>
              <w:rPr>
                <w:b w:val="0"/>
                <w:sz w:val="16"/>
              </w:rPr>
              <w:t>Claudia Kresser</w:t>
            </w:r>
          </w:p>
        </w:tc>
        <w:tc>
          <w:tcPr>
            <w:tcW w:type="dxa" w:w="3513"/>
            <w:vAlign w:val="top"/>
          </w:tcPr>
          <w:p>
            <w:r/>
            <w:r>
              <w:rPr>
                <w:b w:val="0"/>
                <w:sz w:val="16"/>
              </w:rPr>
              <w:t>Kann kann schon nächste Woche sein, aber dass du das einfach am Schirm hast, das wäre super gut.</w:t>
            </w:r>
          </w:p>
        </w:tc>
      </w:tr>
      <w:tr>
        <w:tc>
          <w:tcPr>
            <w:tcW w:type="dxa" w:w="3513"/>
            <w:vAlign w:val="top"/>
          </w:tcPr>
          <w:p>
            <w:r/>
            <w:r>
              <w:rPr>
                <w:b w:val="0"/>
                <w:sz w:val="16"/>
              </w:rPr>
              <w:t>1:11:40</w:t>
            </w:r>
          </w:p>
        </w:tc>
        <w:tc>
          <w:tcPr>
            <w:tcW w:type="dxa" w:w="3513"/>
            <w:vAlign w:val="top"/>
          </w:tcPr>
          <w:p>
            <w:r/>
            <w:r>
              <w:rPr>
                <w:b w:val="0"/>
                <w:sz w:val="16"/>
              </w:rPr>
              <w:t>David Ebinger</w:t>
            </w:r>
          </w:p>
        </w:tc>
        <w:tc>
          <w:tcPr>
            <w:tcW w:type="dxa" w:w="3513"/>
            <w:vAlign w:val="top"/>
          </w:tcPr>
          <w:p>
            <w:r/>
            <w:r>
              <w:rPr>
                <w:b w:val="0"/>
                <w:sz w:val="16"/>
              </w:rPr>
              <w:t>Ja, aber. Ja, ja, aber wenn du das Gebäude jetzt runtersetzt, haben wir dann nicht automatisch mehr Platz dort oder denk ich falsch? Nicht? Ah.</w:t>
            </w:r>
          </w:p>
        </w:tc>
      </w:tr>
      <w:tr>
        <w:tc>
          <w:tcPr>
            <w:tcW w:type="dxa" w:w="3513"/>
            <w:vAlign w:val="top"/>
          </w:tcPr>
          <w:p>
            <w:r/>
            <w:r>
              <w:rPr>
                <w:b w:val="0"/>
                <w:sz w:val="16"/>
              </w:rPr>
              <w:t>1:11:50</w:t>
            </w:r>
          </w:p>
        </w:tc>
        <w:tc>
          <w:tcPr>
            <w:tcW w:type="dxa" w:w="3513"/>
            <w:vAlign w:val="top"/>
          </w:tcPr>
          <w:p>
            <w:r/>
            <w:r>
              <w:rPr>
                <w:b w:val="0"/>
                <w:sz w:val="16"/>
              </w:rPr>
              <w:t>Claudia Kresser</w:t>
            </w:r>
          </w:p>
        </w:tc>
        <w:tc>
          <w:tcPr>
            <w:tcW w:type="dxa" w:w="3513"/>
            <w:vAlign w:val="top"/>
          </w:tcPr>
          <w:p>
            <w:r/>
            <w:r>
              <w:rPr>
                <w:b w:val="0"/>
                <w:sz w:val="16"/>
              </w:rPr>
              <w:t>Nein, leider nicht, weil das Problem ist ein wenig die das Gefälle von der Rampe.</w:t>
            </w:r>
          </w:p>
        </w:tc>
      </w:tr>
      <w:tr>
        <w:tc>
          <w:tcPr>
            <w:tcW w:type="dxa" w:w="3513"/>
            <w:vAlign w:val="top"/>
          </w:tcPr>
          <w:p>
            <w:r/>
            <w:r>
              <w:rPr>
                <w:b w:val="0"/>
                <w:sz w:val="16"/>
              </w:rPr>
              <w:t>1:11:58</w:t>
            </w:r>
          </w:p>
        </w:tc>
        <w:tc>
          <w:tcPr>
            <w:tcW w:type="dxa" w:w="3513"/>
            <w:vAlign w:val="top"/>
          </w:tcPr>
          <w:p>
            <w:r/>
            <w:r>
              <w:rPr>
                <w:b w:val="0"/>
                <w:sz w:val="16"/>
              </w:rPr>
              <w:t>Claudia Kresser</w:t>
            </w:r>
          </w:p>
        </w:tc>
        <w:tc>
          <w:tcPr>
            <w:tcW w:type="dxa" w:w="3513"/>
            <w:vAlign w:val="top"/>
          </w:tcPr>
          <w:p>
            <w:r/>
            <w:r>
              <w:rPr>
                <w:b w:val="0"/>
                <w:sz w:val="16"/>
              </w:rPr>
              <w:t>Und das ist wie so, das ist wie Gehr im Prinzip und ich kann, wenn ich mit der Bodenplatte weiter runter komm, dann hab ich steilere Rampe und das wäre nicht gut. Also an dem Punkt wird sich nichts ändern bei uns.</w:t>
            </w:r>
          </w:p>
        </w:tc>
      </w:tr>
      <w:tr>
        <w:tc>
          <w:tcPr>
            <w:tcW w:type="dxa" w:w="3513"/>
            <w:vAlign w:val="top"/>
          </w:tcPr>
          <w:p>
            <w:r/>
            <w:r>
              <w:rPr>
                <w:b w:val="0"/>
                <w:sz w:val="16"/>
              </w:rPr>
              <w:t>1:12:02</w:t>
            </w:r>
          </w:p>
        </w:tc>
        <w:tc>
          <w:tcPr>
            <w:tcW w:type="dxa" w:w="3513"/>
            <w:vAlign w:val="top"/>
          </w:tcPr>
          <w:p>
            <w:r/>
            <w:r>
              <w:rPr>
                <w:b w:val="0"/>
                <w:sz w:val="16"/>
              </w:rPr>
              <w:t>David Ebinger</w:t>
            </w:r>
          </w:p>
        </w:tc>
        <w:tc>
          <w:tcPr>
            <w:tcW w:type="dxa" w:w="3513"/>
            <w:vAlign w:val="top"/>
          </w:tcPr>
          <w:p>
            <w:r/>
            <w:r>
              <w:rPr>
                <w:b w:val="0"/>
                <w:sz w:val="16"/>
              </w:rPr>
              <w:t>Verstehe. Ja, also ich schaue es mir noch an und gebe dir auch da noch eine Rückmeldung dann.</w:t>
            </w:r>
          </w:p>
        </w:tc>
      </w:tr>
      <w:tr>
        <w:tc>
          <w:tcPr>
            <w:tcW w:type="dxa" w:w="3513"/>
            <w:vAlign w:val="top"/>
          </w:tcPr>
          <w:p>
            <w:r/>
            <w:r>
              <w:rPr>
                <w:b w:val="0"/>
                <w:sz w:val="16"/>
              </w:rPr>
              <w:t>1:12:21</w:t>
            </w:r>
          </w:p>
        </w:tc>
        <w:tc>
          <w:tcPr>
            <w:tcW w:type="dxa" w:w="3513"/>
            <w:vAlign w:val="top"/>
          </w:tcPr>
          <w:p>
            <w:r/>
            <w:r>
              <w:rPr>
                <w:b w:val="0"/>
                <w:sz w:val="16"/>
              </w:rPr>
              <w:t>Velten Lukas</w:t>
            </w:r>
          </w:p>
        </w:tc>
        <w:tc>
          <w:tcPr>
            <w:tcW w:type="dxa" w:w="3513"/>
            <w:vAlign w:val="top"/>
          </w:tcPr>
          <w:p>
            <w:r/>
            <w:r>
              <w:rPr>
                <w:b w:val="0"/>
                <w:sz w:val="16"/>
              </w:rPr>
              <w:t>Hab jetzt tatsächlich noch einen Punkt, Christian. Diese die Termine vom Las Plana, wird das noch digitalisiert?</w:t>
            </w:r>
          </w:p>
        </w:tc>
      </w:tr>
      <w:tr>
        <w:tc>
          <w:tcPr>
            <w:tcW w:type="dxa" w:w="3513"/>
            <w:vAlign w:val="top"/>
          </w:tcPr>
          <w:p>
            <w:r/>
            <w:r>
              <w:rPr>
                <w:b w:val="0"/>
                <w:sz w:val="16"/>
              </w:rPr>
              <w:t>1:12:27</w:t>
            </w:r>
          </w:p>
        </w:tc>
        <w:tc>
          <w:tcPr>
            <w:tcW w:type="dxa" w:w="3513"/>
            <w:vAlign w:val="top"/>
          </w:tcPr>
          <w:p>
            <w:r/>
            <w:r>
              <w:rPr>
                <w:b w:val="0"/>
                <w:sz w:val="16"/>
              </w:rPr>
              <w:t>Donatiello Cristian</w:t>
            </w:r>
          </w:p>
        </w:tc>
        <w:tc>
          <w:tcPr>
            <w:tcW w:type="dxa" w:w="3513"/>
            <w:vAlign w:val="top"/>
          </w:tcPr>
          <w:p>
            <w:r/>
            <w:r>
              <w:rPr>
                <w:b w:val="0"/>
                <w:sz w:val="16"/>
              </w:rPr>
              <w:t>Das Ziel, ja, das sind wir da, dass das digitalisiert wird und da haben wir das auch in der Teams besprachen, ja, gut, dann zusammen miteinander, alle, aber das noch in Arbeit.</w:t>
            </w:r>
          </w:p>
        </w:tc>
      </w:tr>
      <w:tr>
        <w:tc>
          <w:tcPr>
            <w:tcW w:type="dxa" w:w="3513"/>
            <w:vAlign w:val="top"/>
          </w:tcPr>
          <w:p>
            <w:r/>
            <w:r>
              <w:rPr>
                <w:b w:val="0"/>
                <w:sz w:val="16"/>
              </w:rPr>
              <w:t>1:12:29</w:t>
            </w:r>
          </w:p>
        </w:tc>
        <w:tc>
          <w:tcPr>
            <w:tcW w:type="dxa" w:w="3513"/>
            <w:vAlign w:val="top"/>
          </w:tcPr>
          <w:p>
            <w:r/>
            <w:r>
              <w:rPr>
                <w:b w:val="0"/>
                <w:sz w:val="16"/>
              </w:rPr>
              <w:t>Velten Lukas</w:t>
            </w:r>
          </w:p>
        </w:tc>
        <w:tc>
          <w:tcPr>
            <w:tcW w:type="dxa" w:w="3513"/>
            <w:vAlign w:val="top"/>
          </w:tcPr>
          <w:p>
            <w:r/>
            <w:r>
              <w:rPr>
                <w:b w:val="0"/>
                <w:sz w:val="16"/>
              </w:rPr>
              <w:t>Sehr gut. Genau, und das zweite war noch, wir hatten das letzte Mal schon noch wegen dem Modellaustausch, wegen dem Einfügepunkt vom Dreide. Wer nimmt sich diese Sache an?</w:t>
            </w:r>
          </w:p>
        </w:tc>
      </w:tr>
      <w:tr>
        <w:tc>
          <w:tcPr>
            <w:tcW w:type="dxa" w:w="3513"/>
            <w:vAlign w:val="top"/>
          </w:tcPr>
          <w:p>
            <w:r/>
            <w:r>
              <w:rPr>
                <w:b w:val="0"/>
                <w:sz w:val="16"/>
              </w:rPr>
              <w:t>1:12:46</w:t>
            </w:r>
          </w:p>
        </w:tc>
        <w:tc>
          <w:tcPr>
            <w:tcW w:type="dxa" w:w="3513"/>
            <w:vAlign w:val="top"/>
          </w:tcPr>
          <w:p>
            <w:r/>
            <w:r>
              <w:rPr>
                <w:b w:val="0"/>
                <w:sz w:val="16"/>
              </w:rPr>
              <w:t>Claudia Kresser</w:t>
            </w:r>
          </w:p>
        </w:tc>
        <w:tc>
          <w:tcPr>
            <w:tcW w:type="dxa" w:w="3513"/>
            <w:vAlign w:val="top"/>
          </w:tcPr>
          <w:p>
            <w:r/>
            <w:r>
              <w:rPr>
                <w:b w:val="0"/>
                <w:sz w:val="16"/>
              </w:rPr>
              <w:t>Genau. Also, darf ich ganz kurz vorgreifen? Ich hab da Kontakt gehabt mit jemandem von Ram und das war von euch. Da, wie hat der Käufer der Ellen war das.</w:t>
            </w:r>
          </w:p>
        </w:tc>
      </w:tr>
      <w:tr>
        <w:tc>
          <w:tcPr>
            <w:tcW w:type="dxa" w:w="3513"/>
            <w:vAlign w:val="top"/>
          </w:tcPr>
          <w:p>
            <w:r/>
            <w:r>
              <w:rPr>
                <w:b w:val="0"/>
                <w:sz w:val="16"/>
              </w:rPr>
              <w:t>1:13:04</w:t>
            </w:r>
          </w:p>
        </w:tc>
        <w:tc>
          <w:tcPr>
            <w:tcW w:type="dxa" w:w="3513"/>
            <w:vAlign w:val="top"/>
          </w:tcPr>
          <w:p>
            <w:r/>
            <w:r>
              <w:rPr>
                <w:b w:val="0"/>
                <w:sz w:val="16"/>
              </w:rPr>
              <w:t>Claudia Kresser</w:t>
            </w:r>
          </w:p>
        </w:tc>
        <w:tc>
          <w:tcPr>
            <w:tcW w:type="dxa" w:w="3513"/>
            <w:vAlign w:val="top"/>
          </w:tcPr>
          <w:p>
            <w:r/>
            <w:r>
              <w:rPr>
                <w:b w:val="0"/>
                <w:sz w:val="16"/>
              </w:rPr>
              <w:t>Und wir haben uns jetzt quasi zu zweit geeinigt auf einen Einfügepunkt. Ich zeige euch den kurz.</w:t>
            </w:r>
          </w:p>
        </w:tc>
      </w:tr>
      <w:tr>
        <w:tc>
          <w:tcPr>
            <w:tcW w:type="dxa" w:w="3513"/>
            <w:vAlign w:val="top"/>
          </w:tcPr>
          <w:p>
            <w:r/>
            <w:r>
              <w:rPr>
                <w:b w:val="0"/>
                <w:sz w:val="16"/>
              </w:rPr>
              <w:t>1:13:19</w:t>
            </w:r>
          </w:p>
        </w:tc>
        <w:tc>
          <w:tcPr>
            <w:tcW w:type="dxa" w:w="3513"/>
            <w:vAlign w:val="top"/>
          </w:tcPr>
          <w:p>
            <w:r/>
            <w:r>
              <w:rPr>
                <w:b w:val="0"/>
                <w:sz w:val="16"/>
              </w:rPr>
              <w:t>Ramon Nachmansohn</w:t>
            </w:r>
          </w:p>
        </w:tc>
        <w:tc>
          <w:tcPr>
            <w:tcW w:type="dxa" w:w="3513"/>
            <w:vAlign w:val="top"/>
          </w:tcPr>
          <w:p>
            <w:r/>
            <w:r>
              <w:rPr>
                <w:b w:val="0"/>
                <w:sz w:val="16"/>
              </w:rPr>
              <w:t>Ja, das ist einfach für die Daten ausstellen gut oder das einfach alle die gleichen Dinge.</w:t>
            </w:r>
          </w:p>
        </w:tc>
      </w:tr>
      <w:tr>
        <w:tc>
          <w:tcPr>
            <w:tcW w:type="dxa" w:w="3513"/>
            <w:vAlign w:val="top"/>
          </w:tcPr>
          <w:p>
            <w:r/>
            <w:r>
              <w:rPr>
                <w:b w:val="0"/>
                <w:sz w:val="16"/>
              </w:rPr>
              <w:t>1:13:23</w:t>
            </w:r>
          </w:p>
        </w:tc>
        <w:tc>
          <w:tcPr>
            <w:tcW w:type="dxa" w:w="3513"/>
            <w:vAlign w:val="top"/>
          </w:tcPr>
          <w:p>
            <w:r/>
            <w:r>
              <w:rPr>
                <w:b w:val="0"/>
                <w:sz w:val="16"/>
              </w:rPr>
              <w:t>Claudia Kresser</w:t>
            </w:r>
          </w:p>
        </w:tc>
        <w:tc>
          <w:tcPr>
            <w:tcW w:type="dxa" w:w="3513"/>
            <w:vAlign w:val="top"/>
          </w:tcPr>
          <w:p>
            <w:r/>
            <w:r>
              <w:rPr>
                <w:b w:val="0"/>
                <w:sz w:val="16"/>
              </w:rPr>
              <w:t>Ganz genau. Also, es ist natürlich total sinnvoll und wichtig, dass man das von Anfang an auch schon macht. Ich zeige euch schnell.</w:t>
            </w:r>
          </w:p>
        </w:tc>
      </w:tr>
      <w:tr>
        <w:tc>
          <w:tcPr>
            <w:tcW w:type="dxa" w:w="3513"/>
            <w:vAlign w:val="top"/>
          </w:tcPr>
          <w:p>
            <w:r/>
            <w:r>
              <w:rPr>
                <w:b w:val="0"/>
                <w:sz w:val="16"/>
              </w:rPr>
              <w:t>1:13:33</w:t>
            </w:r>
          </w:p>
        </w:tc>
        <w:tc>
          <w:tcPr>
            <w:tcW w:type="dxa" w:w="3513"/>
            <w:vAlign w:val="top"/>
          </w:tcPr>
          <w:p>
            <w:r/>
            <w:r>
              <w:rPr>
                <w:b w:val="0"/>
                <w:sz w:val="16"/>
              </w:rPr>
              <w:t>Claudia Kresser</w:t>
            </w:r>
          </w:p>
        </w:tc>
        <w:tc>
          <w:tcPr>
            <w:tcW w:type="dxa" w:w="3513"/>
            <w:vAlign w:val="top"/>
          </w:tcPr>
          <w:p>
            <w:r/>
            <w:r>
              <w:rPr>
                <w:b w:val="0"/>
                <w:sz w:val="16"/>
              </w:rPr>
              <w:t>Das ist jetzt natürlich für wo sind wir da? Teilen. Also da in Rot. Also, ich weiß nicht, wer von euch in 3D zeichnet. oder wer, wer es nur auf die konventionelle Wacht. Für alle, die die die 3D zeichnen, die haben natürlich vom vom Modell so wie so 'n Ursprungspunkt von der Zeichnung. Und ideal wäre natürlich, wenn man den einmal, wenn man sich einmal einigt auf den, dann</w:t>
            </w:r>
          </w:p>
        </w:tc>
      </w:tr>
      <w:tr>
        <w:tc>
          <w:tcPr>
            <w:tcW w:type="dxa" w:w="3513"/>
            <w:vAlign w:val="top"/>
          </w:tcPr>
          <w:p>
            <w:r/>
            <w:r>
              <w:rPr>
                <w:b w:val="0"/>
                <w:sz w:val="16"/>
              </w:rPr>
              <w:t>1:14:07</w:t>
            </w:r>
          </w:p>
        </w:tc>
        <w:tc>
          <w:tcPr>
            <w:tcW w:type="dxa" w:w="3513"/>
            <w:vAlign w:val="top"/>
          </w:tcPr>
          <w:p>
            <w:r/>
            <w:r>
              <w:rPr>
                <w:b w:val="0"/>
                <w:sz w:val="16"/>
              </w:rPr>
              <w:t>Claudia Kresser</w:t>
            </w:r>
          </w:p>
        </w:tc>
        <w:tc>
          <w:tcPr>
            <w:tcW w:type="dxa" w:w="3513"/>
            <w:vAlign w:val="top"/>
          </w:tcPr>
          <w:p>
            <w:r/>
            <w:r>
              <w:rPr>
                <w:b w:val="0"/>
                <w:sz w:val="16"/>
              </w:rPr>
              <w:t>Kann man sozusagen das Modell immer wieder?</w:t>
            </w:r>
          </w:p>
        </w:tc>
      </w:tr>
      <w:tr>
        <w:tc>
          <w:tcPr>
            <w:tcW w:type="dxa" w:w="3513"/>
            <w:vAlign w:val="top"/>
          </w:tcPr>
          <w:p>
            <w:r/>
            <w:r>
              <w:rPr>
                <w:b w:val="0"/>
                <w:sz w:val="16"/>
              </w:rPr>
              <w:t>1:14:10</w:t>
            </w:r>
          </w:p>
        </w:tc>
        <w:tc>
          <w:tcPr>
            <w:tcW w:type="dxa" w:w="3513"/>
            <w:vAlign w:val="top"/>
          </w:tcPr>
          <w:p>
            <w:r/>
            <w:r>
              <w:rPr>
                <w:b w:val="0"/>
                <w:sz w:val="16"/>
              </w:rPr>
              <w:t>Ramon Nachmansohn</w:t>
            </w:r>
          </w:p>
        </w:tc>
        <w:tc>
          <w:tcPr>
            <w:tcW w:type="dxa" w:w="3513"/>
            <w:vAlign w:val="top"/>
          </w:tcPr>
          <w:p>
            <w:r/>
            <w:r>
              <w:rPr>
                <w:b w:val="0"/>
                <w:sz w:val="16"/>
              </w:rPr>
              <w:t>Gut duschen, ohne dann genau, ohne das mal mehr.</w:t>
            </w:r>
          </w:p>
        </w:tc>
      </w:tr>
      <w:tr>
        <w:tc>
          <w:tcPr>
            <w:tcW w:type="dxa" w:w="3513"/>
            <w:vAlign w:val="top"/>
          </w:tcPr>
          <w:p>
            <w:r/>
            <w:r>
              <w:rPr>
                <w:b w:val="0"/>
                <w:sz w:val="16"/>
              </w:rPr>
              <w:t>1:14:11</w:t>
            </w:r>
          </w:p>
        </w:tc>
        <w:tc>
          <w:tcPr>
            <w:tcW w:type="dxa" w:w="3513"/>
            <w:vAlign w:val="top"/>
          </w:tcPr>
          <w:p>
            <w:r/>
            <w:r>
              <w:rPr>
                <w:b w:val="0"/>
                <w:sz w:val="16"/>
              </w:rPr>
              <w:t>Claudia Kresser</w:t>
            </w:r>
          </w:p>
        </w:tc>
        <w:tc>
          <w:tcPr>
            <w:tcW w:type="dxa" w:w="3513"/>
            <w:vAlign w:val="top"/>
          </w:tcPr>
          <w:p>
            <w:r/>
            <w:r>
              <w:rPr>
                <w:b w:val="0"/>
                <w:sz w:val="16"/>
              </w:rPr>
              <w:t>Austauschen. Ohne dass man große Gestrüppungen anschieben muss oder so, und das stimmt normal.</w:t>
            </w:r>
          </w:p>
        </w:tc>
      </w:tr>
      <w:tr>
        <w:tc>
          <w:tcPr>
            <w:tcW w:type="dxa" w:w="3513"/>
            <w:vAlign w:val="top"/>
          </w:tcPr>
          <w:p>
            <w:r/>
            <w:r>
              <w:rPr>
                <w:b w:val="0"/>
                <w:sz w:val="16"/>
              </w:rPr>
              <w:t>1:14:21</w:t>
            </w:r>
          </w:p>
        </w:tc>
        <w:tc>
          <w:tcPr>
            <w:tcW w:type="dxa" w:w="3513"/>
            <w:vAlign w:val="top"/>
          </w:tcPr>
          <w:p>
            <w:r/>
            <w:r>
              <w:rPr>
                <w:b w:val="0"/>
                <w:sz w:val="16"/>
              </w:rPr>
              <w:t>Claudia Kresser</w:t>
            </w:r>
          </w:p>
        </w:tc>
        <w:tc>
          <w:tcPr>
            <w:tcW w:type="dxa" w:w="3513"/>
            <w:vAlign w:val="top"/>
          </w:tcPr>
          <w:p>
            <w:r/>
            <w:r>
              <w:rPr>
                <w:b w:val="0"/>
                <w:sz w:val="16"/>
              </w:rPr>
              <w:t>Jetzt ist es so, wir haben leider von unserem Programm aus haben wir einen Punkt, der irgendwo im, der liegt irgendwo in der Prärie draußen und ist eigentlich sozusagen auch nicht der georeferenzierte Punkt, den man vielleicht auch gern hätte, sondern Das ist jetzt irgendein Punkt, der ohne Kontext irgendwo da an der Seite rechts vom Gemeinshaus sitzt. Den kennt den, der ist einfach da, weil er da ist. Ich kann die nicht verschieben und ich kann ihn auch nicht löschen. Also der.</w:t>
            </w:r>
          </w:p>
        </w:tc>
      </w:tr>
      <w:tr>
        <w:tc>
          <w:tcPr>
            <w:tcW w:type="dxa" w:w="3513"/>
            <w:vAlign w:val="top"/>
          </w:tcPr>
          <w:p>
            <w:r/>
            <w:r>
              <w:rPr>
                <w:b w:val="0"/>
                <w:sz w:val="16"/>
              </w:rPr>
              <w:t>1:14:53</w:t>
            </w:r>
          </w:p>
        </w:tc>
        <w:tc>
          <w:tcPr>
            <w:tcW w:type="dxa" w:w="3513"/>
            <w:vAlign w:val="top"/>
          </w:tcPr>
          <w:p>
            <w:r/>
            <w:r>
              <w:rPr>
                <w:b w:val="0"/>
                <w:sz w:val="16"/>
              </w:rPr>
              <w:t>Claudia Kresser</w:t>
            </w:r>
          </w:p>
        </w:tc>
        <w:tc>
          <w:tcPr>
            <w:tcW w:type="dxa" w:w="3513"/>
            <w:vAlign w:val="top"/>
          </w:tcPr>
          <w:p>
            <w:r/>
            <w:r>
              <w:rPr>
                <w:b w:val="0"/>
                <w:sz w:val="16"/>
              </w:rPr>
              <w:t>der bleibt immer in meiner Datei drinnen. Und aus dem Grund haben wir uns gesagt, wenn der, wenn der jetzt einfach da ist, dann nehmen wir den jetzt halt einmal her und verwenden den als Punkt. Der verschiebt sich bei mir nie. Ich kann den auch gar nicht verschieben, manuell oder so.</w:t>
            </w:r>
          </w:p>
        </w:tc>
      </w:tr>
      <w:tr>
        <w:tc>
          <w:tcPr>
            <w:tcW w:type="dxa" w:w="3513"/>
            <w:vAlign w:val="top"/>
          </w:tcPr>
          <w:p>
            <w:r/>
            <w:r>
              <w:rPr>
                <w:b w:val="0"/>
                <w:sz w:val="16"/>
              </w:rPr>
              <w:t>1:15:11</w:t>
            </w:r>
          </w:p>
        </w:tc>
        <w:tc>
          <w:tcPr>
            <w:tcW w:type="dxa" w:w="3513"/>
            <w:vAlign w:val="top"/>
          </w:tcPr>
          <w:p>
            <w:r/>
            <w:r>
              <w:rPr>
                <w:b w:val="0"/>
                <w:sz w:val="16"/>
              </w:rPr>
              <w:t>Claudia Kresser</w:t>
            </w:r>
          </w:p>
        </w:tc>
        <w:tc>
          <w:tcPr>
            <w:tcW w:type="dxa" w:w="3513"/>
            <w:vAlign w:val="top"/>
          </w:tcPr>
          <w:p>
            <w:r/>
            <w:r>
              <w:rPr>
                <w:b w:val="0"/>
                <w:sz w:val="16"/>
              </w:rPr>
              <w:t>Drum lassen wir den, das ist der Punkt 1 und zur Kontrolle für alle, die vielleicht noch auf die alte zeichnen, gibt es noch einen Punkt im Wohnhaus und zwar auf der Innenseite vom Lift, das wäre dann da.</w:t>
            </w:r>
          </w:p>
        </w:tc>
      </w:tr>
      <w:tr>
        <w:tc>
          <w:tcPr>
            <w:tcW w:type="dxa" w:w="3513"/>
            <w:vAlign w:val="top"/>
          </w:tcPr>
          <w:p>
            <w:r/>
            <w:r>
              <w:rPr>
                <w:b w:val="0"/>
                <w:sz w:val="16"/>
              </w:rPr>
              <w:t>1:15:25</w:t>
            </w:r>
          </w:p>
        </w:tc>
        <w:tc>
          <w:tcPr>
            <w:tcW w:type="dxa" w:w="3513"/>
            <w:vAlign w:val="top"/>
          </w:tcPr>
          <w:p>
            <w:r/>
            <w:r>
              <w:rPr>
                <w:b w:val="0"/>
                <w:sz w:val="16"/>
              </w:rPr>
              <w:t>Claudia Kresser</w:t>
            </w:r>
          </w:p>
        </w:tc>
        <w:tc>
          <w:tcPr>
            <w:tcW w:type="dxa" w:w="3513"/>
            <w:vAlign w:val="top"/>
          </w:tcPr>
          <w:p>
            <w:r/>
            <w:r>
              <w:rPr>
                <w:b w:val="0"/>
                <w:sz w:val="16"/>
              </w:rPr>
              <w:t>Und und die Höhe wäre immer auf dem Nullniveau von also Projekt 0 sozusagen von uns. Die 2 Punkte haben wir uns jetzt hergenommen oder rausgesucht als Referenzpunkte zum Einfügen.</w:t>
            </w:r>
          </w:p>
        </w:tc>
      </w:tr>
      <w:tr>
        <w:tc>
          <w:tcPr>
            <w:tcW w:type="dxa" w:w="3513"/>
            <w:vAlign w:val="top"/>
          </w:tcPr>
          <w:p>
            <w:r/>
            <w:r>
              <w:rPr>
                <w:b w:val="0"/>
                <w:sz w:val="16"/>
              </w:rPr>
              <w:t>1:15:40</w:t>
            </w:r>
          </w:p>
        </w:tc>
        <w:tc>
          <w:tcPr>
            <w:tcW w:type="dxa" w:w="3513"/>
            <w:vAlign w:val="top"/>
          </w:tcPr>
          <w:p>
            <w:r/>
            <w:r>
              <w:rPr>
                <w:b w:val="0"/>
                <w:sz w:val="16"/>
              </w:rPr>
              <w:t>Ramon Nachmansohn</w:t>
            </w:r>
          </w:p>
        </w:tc>
        <w:tc>
          <w:tcPr>
            <w:tcW w:type="dxa" w:w="3513"/>
            <w:vAlign w:val="top"/>
          </w:tcPr>
          <w:p>
            <w:r/>
            <w:r>
              <w:rPr>
                <w:b w:val="0"/>
                <w:sz w:val="16"/>
              </w:rPr>
              <w:t>Wenn ich dann noch auf dem Thema BIMI, also 3D BIMI, ich denke, es steht da Meinungen an, dass das im BIM so gemacht wird, das Projekt. Ich wollte einfach darauf hinweisen, wir zeichnet, also es zeigt, wir zeichnet sind 3D, aber es ist kein BIM. Wir machen die räumliche Koordination. So, mach mit Rüte. Aber kein Bing.</w:t>
            </w:r>
          </w:p>
        </w:tc>
      </w:tr>
      <w:tr>
        <w:tc>
          <w:tcPr>
            <w:tcW w:type="dxa" w:w="3513"/>
            <w:vAlign w:val="top"/>
          </w:tcPr>
          <w:p>
            <w:r/>
            <w:r>
              <w:rPr>
                <w:b w:val="0"/>
                <w:sz w:val="16"/>
              </w:rPr>
              <w:t>1:16:03</w:t>
            </w:r>
          </w:p>
        </w:tc>
        <w:tc>
          <w:tcPr>
            <w:tcW w:type="dxa" w:w="3513"/>
            <w:vAlign w:val="top"/>
          </w:tcPr>
          <w:p>
            <w:r/>
            <w:r>
              <w:rPr>
                <w:b w:val="0"/>
                <w:sz w:val="16"/>
              </w:rPr>
              <w:t>Donatiello Cristian</w:t>
            </w:r>
          </w:p>
        </w:tc>
        <w:tc>
          <w:tcPr>
            <w:tcW w:type="dxa" w:w="3513"/>
            <w:vAlign w:val="top"/>
          </w:tcPr>
          <w:p>
            <w:r/>
            <w:r>
              <w:rPr>
                <w:b w:val="0"/>
                <w:sz w:val="16"/>
              </w:rPr>
              <w:t>Nein, ich hab nicht bestellt, außer bin ich auch nicht bestellt.</w:t>
            </w:r>
          </w:p>
        </w:tc>
      </w:tr>
      <w:tr>
        <w:tc>
          <w:tcPr>
            <w:tcW w:type="dxa" w:w="3513"/>
            <w:vAlign w:val="top"/>
          </w:tcPr>
          <w:p>
            <w:r/>
            <w:r>
              <w:rPr>
                <w:b w:val="0"/>
                <w:sz w:val="16"/>
              </w:rPr>
              <w:t>1:16:17</w:t>
            </w:r>
          </w:p>
        </w:tc>
        <w:tc>
          <w:tcPr>
            <w:tcW w:type="dxa" w:w="3513"/>
            <w:vAlign w:val="top"/>
          </w:tcPr>
          <w:p>
            <w:r/>
            <w:r>
              <w:rPr>
                <w:b w:val="0"/>
                <w:sz w:val="16"/>
              </w:rPr>
              <w:t>Claudia Kresser</w:t>
            </w:r>
          </w:p>
        </w:tc>
        <w:tc>
          <w:tcPr>
            <w:tcW w:type="dxa" w:w="3513"/>
            <w:vAlign w:val="top"/>
          </w:tcPr>
          <w:p>
            <w:r/>
            <w:r>
              <w:rPr>
                <w:b w:val="0"/>
                <w:sz w:val="16"/>
              </w:rPr>
              <w:t>Lukas, ist das deine Frage oder hast du da eine Frage dazu?</w:t>
            </w:r>
          </w:p>
        </w:tc>
      </w:tr>
      <w:tr>
        <w:tc>
          <w:tcPr>
            <w:tcW w:type="dxa" w:w="3513"/>
            <w:vAlign w:val="top"/>
          </w:tcPr>
          <w:p>
            <w:r/>
            <w:r>
              <w:rPr>
                <w:b w:val="0"/>
                <w:sz w:val="16"/>
              </w:rPr>
              <w:t>1:16:20</w:t>
            </w:r>
          </w:p>
        </w:tc>
        <w:tc>
          <w:tcPr>
            <w:tcW w:type="dxa" w:w="3513"/>
            <w:vAlign w:val="top"/>
          </w:tcPr>
          <w:p>
            <w:r/>
            <w:r>
              <w:rPr>
                <w:b w:val="0"/>
                <w:sz w:val="16"/>
              </w:rPr>
              <w:t>Velten Lukas</w:t>
            </w:r>
          </w:p>
        </w:tc>
        <w:tc>
          <w:tcPr>
            <w:tcW w:type="dxa" w:w="3513"/>
            <w:vAlign w:val="top"/>
          </w:tcPr>
          <w:p>
            <w:r/>
            <w:r>
              <w:rPr>
                <w:b w:val="0"/>
                <w:sz w:val="16"/>
              </w:rPr>
              <w:t>Ne, ich denk das passt. Stellst du uns die Infos dann mal zu oder? Was der Einfügepunkt bei mir, den ja jetzt von dir übernehme.</w:t>
            </w:r>
          </w:p>
        </w:tc>
      </w:tr>
      <w:tr>
        <w:tc>
          <w:tcPr>
            <w:tcW w:type="dxa" w:w="3513"/>
            <w:vAlign w:val="top"/>
          </w:tcPr>
          <w:p>
            <w:r/>
            <w:r>
              <w:rPr>
                <w:b w:val="0"/>
                <w:sz w:val="16"/>
              </w:rPr>
              <w:t>1:16:31</w:t>
            </w:r>
          </w:p>
        </w:tc>
        <w:tc>
          <w:tcPr>
            <w:tcW w:type="dxa" w:w="3513"/>
            <w:vAlign w:val="top"/>
          </w:tcPr>
          <w:p>
            <w:r/>
            <w:r>
              <w:rPr>
                <w:b w:val="0"/>
                <w:sz w:val="16"/>
              </w:rPr>
              <w:t>Claudia Kresser</w:t>
            </w:r>
          </w:p>
        </w:tc>
        <w:tc>
          <w:tcPr>
            <w:tcW w:type="dxa" w:w="3513"/>
            <w:vAlign w:val="top"/>
          </w:tcPr>
          <w:p>
            <w:r/>
            <w:r>
              <w:rPr>
                <w:b w:val="0"/>
                <w:sz w:val="16"/>
              </w:rPr>
              <w:t>Yeah, you know, this way about super, yeah.</w:t>
            </w:r>
          </w:p>
        </w:tc>
      </w:tr>
      <w:tr>
        <w:tc>
          <w:tcPr>
            <w:tcW w:type="dxa" w:w="3513"/>
            <w:vAlign w:val="top"/>
          </w:tcPr>
          <w:p>
            <w:r/>
            <w:r>
              <w:rPr>
                <w:b w:val="0"/>
                <w:sz w:val="16"/>
              </w:rPr>
              <w:t>1:16:34</w:t>
            </w:r>
          </w:p>
        </w:tc>
        <w:tc>
          <w:tcPr>
            <w:tcW w:type="dxa" w:w="3513"/>
            <w:vAlign w:val="top"/>
          </w:tcPr>
          <w:p>
            <w:r/>
            <w:r>
              <w:rPr>
                <w:b w:val="0"/>
                <w:sz w:val="16"/>
              </w:rPr>
              <w:t>Ramon Nachmansohn</w:t>
            </w:r>
          </w:p>
        </w:tc>
        <w:tc>
          <w:tcPr>
            <w:tcW w:type="dxa" w:w="3513"/>
            <w:vAlign w:val="top"/>
          </w:tcPr>
          <w:p>
            <w:r/>
            <w:r>
              <w:rPr>
                <w:b w:val="0"/>
                <w:sz w:val="16"/>
              </w:rPr>
              <w:t>Also, Halimente übernehmen, also zeichnet ja.</w:t>
            </w:r>
          </w:p>
        </w:tc>
      </w:tr>
      <w:tr>
        <w:tc>
          <w:tcPr>
            <w:tcW w:type="dxa" w:w="3513"/>
            <w:vAlign w:val="top"/>
          </w:tcPr>
          <w:p>
            <w:r/>
            <w:r>
              <w:rPr>
                <w:b w:val="0"/>
                <w:sz w:val="16"/>
              </w:rPr>
              <w:t>1:16:40</w:t>
            </w:r>
          </w:p>
        </w:tc>
        <w:tc>
          <w:tcPr>
            <w:tcW w:type="dxa" w:w="3513"/>
            <w:vAlign w:val="top"/>
          </w:tcPr>
          <w:p>
            <w:r/>
            <w:r>
              <w:rPr>
                <w:b w:val="0"/>
                <w:sz w:val="16"/>
              </w:rPr>
              <w:t>Claudia Kresser</w:t>
            </w:r>
          </w:p>
        </w:tc>
        <w:tc>
          <w:tcPr>
            <w:tcW w:type="dxa" w:w="3513"/>
            <w:vAlign w:val="top"/>
          </w:tcPr>
          <w:p>
            <w:r/>
            <w:r>
              <w:rPr>
                <w:b w:val="0"/>
                <w:sz w:val="16"/>
              </w:rPr>
              <w:t>Wie ist es eigentlich, Matthias, bei euch? Beim Elektro zeichnet ihr auch Drüde?</w:t>
            </w:r>
          </w:p>
        </w:tc>
      </w:tr>
      <w:tr>
        <w:tc>
          <w:tcPr>
            <w:tcW w:type="dxa" w:w="3513"/>
            <w:vAlign w:val="top"/>
          </w:tcPr>
          <w:p>
            <w:r/>
            <w:r>
              <w:rPr>
                <w:b w:val="0"/>
                <w:sz w:val="16"/>
              </w:rPr>
              <w:t>1:16:48</w:t>
            </w:r>
          </w:p>
        </w:tc>
        <w:tc>
          <w:tcPr>
            <w:tcW w:type="dxa" w:w="3513"/>
            <w:vAlign w:val="top"/>
          </w:tcPr>
          <w:p>
            <w:r/>
            <w:r>
              <w:rPr>
                <w:b w:val="0"/>
                <w:sz w:val="16"/>
              </w:rPr>
              <w:t>Rieser Mathias</w:t>
            </w:r>
          </w:p>
        </w:tc>
        <w:tc>
          <w:tcPr>
            <w:tcW w:type="dxa" w:w="3513"/>
            <w:vAlign w:val="top"/>
          </w:tcPr>
          <w:p>
            <w:r/>
            <w:r>
              <w:rPr>
                <w:b w:val="0"/>
                <w:sz w:val="16"/>
              </w:rPr>
              <w:t>Nein, mit seinen grundsätzlich kein D. Wenn es erforderlich ist für eine Detele, dann kann man das machen. Wir haben aber relativ wenig seine Trasse da drinne.</w:t>
            </w:r>
          </w:p>
        </w:tc>
      </w:tr>
      <w:tr>
        <w:tc>
          <w:tcPr>
            <w:tcW w:type="dxa" w:w="3513"/>
            <w:vAlign w:val="top"/>
          </w:tcPr>
          <w:p>
            <w:r/>
            <w:r>
              <w:rPr>
                <w:b w:val="0"/>
                <w:sz w:val="16"/>
              </w:rPr>
              <w:t>1:16:57</w:t>
            </w:r>
          </w:p>
        </w:tc>
        <w:tc>
          <w:tcPr>
            <w:tcW w:type="dxa" w:w="3513"/>
            <w:vAlign w:val="top"/>
          </w:tcPr>
          <w:p>
            <w:r/>
            <w:r>
              <w:rPr>
                <w:b w:val="0"/>
                <w:sz w:val="16"/>
              </w:rPr>
              <w:t>Rieser Mathias</w:t>
            </w:r>
          </w:p>
        </w:tc>
        <w:tc>
          <w:tcPr>
            <w:tcW w:type="dxa" w:w="3513"/>
            <w:vAlign w:val="top"/>
          </w:tcPr>
          <w:p>
            <w:r/>
            <w:r>
              <w:rPr>
                <w:b w:val="0"/>
                <w:sz w:val="16"/>
              </w:rPr>
              <w:t>Wenn im O.G.W.C. der Technik, im et cetera Ramon Bruch, dann kann man es natürlich D. D. darstellen, aber grundsätzlich net aber. Wenn etwas notwendig ist von der Date, dann kann man es gerne machen, ja.</w:t>
            </w:r>
          </w:p>
        </w:tc>
      </w:tr>
      <w:tr>
        <w:tc>
          <w:tcPr>
            <w:tcW w:type="dxa" w:w="3513"/>
            <w:vAlign w:val="top"/>
          </w:tcPr>
          <w:p>
            <w:r/>
            <w:r>
              <w:rPr>
                <w:b w:val="0"/>
                <w:sz w:val="16"/>
              </w:rPr>
              <w:t>1:17:10</w:t>
            </w:r>
          </w:p>
        </w:tc>
        <w:tc>
          <w:tcPr>
            <w:tcW w:type="dxa" w:w="3513"/>
            <w:vAlign w:val="top"/>
          </w:tcPr>
          <w:p>
            <w:r/>
            <w:r>
              <w:rPr>
                <w:b w:val="0"/>
                <w:sz w:val="16"/>
              </w:rPr>
              <w:t>Donatiello Cristian</w:t>
            </w:r>
          </w:p>
        </w:tc>
        <w:tc>
          <w:tcPr>
            <w:tcW w:type="dxa" w:w="3513"/>
            <w:vAlign w:val="top"/>
          </w:tcPr>
          <w:p>
            <w:r/>
            <w:r>
              <w:rPr>
                <w:b w:val="0"/>
                <w:sz w:val="16"/>
              </w:rPr>
              <w:t>Ramon für den Koordinationsplan, wo ihr ja machen, brauchst du den 3D oder langt das 2D dann dort oder?</w:t>
            </w:r>
          </w:p>
        </w:tc>
      </w:tr>
      <w:tr>
        <w:tc>
          <w:tcPr>
            <w:tcW w:type="dxa" w:w="3513"/>
            <w:vAlign w:val="top"/>
          </w:tcPr>
          <w:p>
            <w:r/>
            <w:r>
              <w:rPr>
                <w:b w:val="0"/>
                <w:sz w:val="16"/>
              </w:rPr>
              <w:t>1:17:13</w:t>
            </w:r>
          </w:p>
        </w:tc>
        <w:tc>
          <w:tcPr>
            <w:tcW w:type="dxa" w:w="3513"/>
            <w:vAlign w:val="top"/>
          </w:tcPr>
          <w:p>
            <w:r/>
            <w:r>
              <w:rPr>
                <w:b w:val="0"/>
                <w:sz w:val="16"/>
              </w:rPr>
              <w:t>Ramon Nachmansohn</w:t>
            </w:r>
          </w:p>
        </w:tc>
        <w:tc>
          <w:tcPr>
            <w:tcW w:type="dxa" w:w="3513"/>
            <w:vAlign w:val="top"/>
          </w:tcPr>
          <w:p>
            <w:r/>
            <w:r>
              <w:rPr>
                <w:b w:val="0"/>
                <w:sz w:val="16"/>
              </w:rPr>
              <w:t>Nein, ich, ich wär schon gern 3 DH ja genau. Will oder erst schon in Rüdeck sehen, wirklich die effektive Decke, Höhe, wo man hängt, wo Isolation und so weiter. Und wenn das verschiedene Ebenen sind, dann ist das für ein riesen Vorteil.</w:t>
            </w:r>
          </w:p>
        </w:tc>
      </w:tr>
      <w:tr>
        <w:tc>
          <w:tcPr>
            <w:tcW w:type="dxa" w:w="3513"/>
            <w:vAlign w:val="top"/>
          </w:tcPr>
          <w:p>
            <w:r/>
            <w:r>
              <w:rPr>
                <w:b w:val="0"/>
                <w:sz w:val="16"/>
              </w:rPr>
              <w:t>1:17:34</w:t>
            </w:r>
          </w:p>
        </w:tc>
        <w:tc>
          <w:tcPr>
            <w:tcW w:type="dxa" w:w="3513"/>
            <w:vAlign w:val="top"/>
          </w:tcPr>
          <w:p>
            <w:r/>
            <w:r>
              <w:rPr>
                <w:b w:val="0"/>
                <w:sz w:val="16"/>
              </w:rPr>
              <w:t>Rieser Mathias</w:t>
            </w:r>
          </w:p>
        </w:tc>
        <w:tc>
          <w:tcPr>
            <w:tcW w:type="dxa" w:w="3513"/>
            <w:vAlign w:val="top"/>
          </w:tcPr>
          <w:p>
            <w:r/>
            <w:r>
              <w:rPr>
                <w:b w:val="0"/>
                <w:sz w:val="16"/>
              </w:rPr>
              <w:t>Also, du redest jetzt vom Elektro, brauchst Drüde oder wie?</w:t>
            </w:r>
          </w:p>
        </w:tc>
      </w:tr>
      <w:tr>
        <w:tc>
          <w:tcPr>
            <w:tcW w:type="dxa" w:w="3513"/>
            <w:vAlign w:val="top"/>
          </w:tcPr>
          <w:p>
            <w:r/>
            <w:r>
              <w:rPr>
                <w:b w:val="0"/>
                <w:sz w:val="16"/>
              </w:rPr>
              <w:t>1:17:38</w:t>
            </w:r>
          </w:p>
        </w:tc>
        <w:tc>
          <w:tcPr>
            <w:tcW w:type="dxa" w:w="3513"/>
            <w:vAlign w:val="top"/>
          </w:tcPr>
          <w:p>
            <w:r/>
            <w:r>
              <w:rPr>
                <w:b w:val="0"/>
                <w:sz w:val="16"/>
              </w:rPr>
              <w:t>Ramon Nachmansohn</w:t>
            </w:r>
          </w:p>
        </w:tc>
        <w:tc>
          <w:tcPr>
            <w:tcW w:type="dxa" w:w="3513"/>
            <w:vAlign w:val="top"/>
          </w:tcPr>
          <w:p>
            <w:r/>
            <w:r>
              <w:rPr>
                <w:b w:val="0"/>
                <w:sz w:val="16"/>
              </w:rPr>
              <w:t>Nein, for üsem, also was Lüftigkeit, die Straße brauch ich nicht unbedingt drüde, oder aber nein, die kann ja so koordinieren. Das ist schrecklich. So, wie wir es, wie wir es immer machen, dann Matthias, oder</w:t>
            </w:r>
          </w:p>
        </w:tc>
      </w:tr>
      <w:tr>
        <w:tc>
          <w:tcPr>
            <w:tcW w:type="dxa" w:w="3513"/>
            <w:vAlign w:val="top"/>
          </w:tcPr>
          <w:p>
            <w:r/>
            <w:r>
              <w:rPr>
                <w:b w:val="0"/>
                <w:sz w:val="16"/>
              </w:rPr>
              <w:t>1:17:38</w:t>
            </w:r>
          </w:p>
        </w:tc>
        <w:tc>
          <w:tcPr>
            <w:tcW w:type="dxa" w:w="3513"/>
            <w:vAlign w:val="top"/>
          </w:tcPr>
          <w:p>
            <w:r/>
            <w:r>
              <w:rPr>
                <w:b w:val="0"/>
                <w:sz w:val="16"/>
              </w:rPr>
              <w:t>Rieser Mathias</w:t>
            </w:r>
          </w:p>
        </w:tc>
        <w:tc>
          <w:tcPr>
            <w:tcW w:type="dxa" w:w="3513"/>
            <w:vAlign w:val="top"/>
          </w:tcPr>
          <w:p>
            <w:r/>
            <w:r>
              <w:rPr>
                <w:b w:val="0"/>
                <w:sz w:val="16"/>
              </w:rPr>
              <w:t>Ah, Und lügst auch nicht, ja.</w:t>
            </w:r>
          </w:p>
        </w:tc>
      </w:tr>
      <w:tr>
        <w:tc>
          <w:tcPr>
            <w:tcW w:type="dxa" w:w="3513"/>
            <w:vAlign w:val="top"/>
          </w:tcPr>
          <w:p>
            <w:r/>
            <w:r>
              <w:rPr>
                <w:b w:val="0"/>
                <w:sz w:val="16"/>
              </w:rPr>
              <w:t>1:17:58</w:t>
            </w:r>
          </w:p>
        </w:tc>
        <w:tc>
          <w:tcPr>
            <w:tcW w:type="dxa" w:w="3513"/>
            <w:vAlign w:val="top"/>
          </w:tcPr>
          <w:p>
            <w:r/>
            <w:r>
              <w:rPr>
                <w:b w:val="0"/>
                <w:sz w:val="16"/>
              </w:rPr>
              <w:t>Donatiello Cristian</w:t>
            </w:r>
          </w:p>
        </w:tc>
        <w:tc>
          <w:tcPr>
            <w:tcW w:type="dxa" w:w="3513"/>
            <w:vAlign w:val="top"/>
          </w:tcPr>
          <w:p>
            <w:r/>
            <w:r>
              <w:rPr>
                <w:b w:val="0"/>
                <w:sz w:val="16"/>
              </w:rPr>
              <w:t>O. K., dann wird die noch auf gar auf Fußtechnik go. Heukreis Elektro.</w:t>
            </w:r>
          </w:p>
        </w:tc>
      </w:tr>
      <w:tr>
        <w:tc>
          <w:tcPr>
            <w:tcW w:type="dxa" w:w="3513"/>
            <w:vAlign w:val="top"/>
          </w:tcPr>
          <w:p>
            <w:r/>
            <w:r>
              <w:rPr>
                <w:b w:val="0"/>
                <w:sz w:val="16"/>
              </w:rPr>
              <w:t>1:18:05</w:t>
            </w:r>
          </w:p>
        </w:tc>
        <w:tc>
          <w:tcPr>
            <w:tcW w:type="dxa" w:w="3513"/>
            <w:vAlign w:val="top"/>
          </w:tcPr>
          <w:p>
            <w:r/>
            <w:r>
              <w:rPr>
                <w:b w:val="0"/>
                <w:sz w:val="16"/>
              </w:rPr>
              <w:t>Rieser Mathias</w:t>
            </w:r>
          </w:p>
        </w:tc>
        <w:tc>
          <w:tcPr>
            <w:tcW w:type="dxa" w:w="3513"/>
            <w:vAlign w:val="top"/>
          </w:tcPr>
          <w:p>
            <w:r/>
            <w:r>
              <w:rPr>
                <w:b w:val="0"/>
                <w:sz w:val="16"/>
              </w:rPr>
              <w:t>Könnte man vielleicht kurz elektrofahrzeug, weil ich muss auf die Viertel vor go, wenn ich ja noch einen Anschlusstermin.</w:t>
            </w:r>
          </w:p>
        </w:tc>
      </w:tr>
      <w:tr>
        <w:tc>
          <w:tcPr>
            <w:tcW w:type="dxa" w:w="3513"/>
            <w:vAlign w:val="top"/>
          </w:tcPr>
          <w:p>
            <w:r/>
            <w:r>
              <w:rPr>
                <w:b w:val="0"/>
                <w:sz w:val="16"/>
              </w:rPr>
              <w:t>1:18:14</w:t>
            </w:r>
          </w:p>
        </w:tc>
        <w:tc>
          <w:tcPr>
            <w:tcW w:type="dxa" w:w="3513"/>
            <w:vAlign w:val="top"/>
          </w:tcPr>
          <w:p>
            <w:r/>
            <w:r>
              <w:rPr>
                <w:b w:val="0"/>
                <w:sz w:val="16"/>
              </w:rPr>
              <w:t>Donatiello Cristian</w:t>
            </w:r>
          </w:p>
        </w:tc>
        <w:tc>
          <w:tcPr>
            <w:tcW w:type="dxa" w:w="3513"/>
            <w:vAlign w:val="top"/>
          </w:tcPr>
          <w:p>
            <w:r/>
            <w:r>
              <w:rPr>
                <w:b w:val="0"/>
                <w:sz w:val="16"/>
              </w:rPr>
              <w:t>Durchaus Mail gemacht Matthias oder betreffend Brandschutzkonzept oder dass das noch.</w:t>
            </w:r>
          </w:p>
        </w:tc>
      </w:tr>
      <w:tr>
        <w:tc>
          <w:tcPr>
            <w:tcW w:type="dxa" w:w="3513"/>
            <w:vAlign w:val="top"/>
          </w:tcPr>
          <w:p>
            <w:r/>
            <w:r>
              <w:rPr>
                <w:b w:val="0"/>
                <w:sz w:val="16"/>
              </w:rPr>
              <w:t>1:18:21</w:t>
            </w:r>
          </w:p>
        </w:tc>
        <w:tc>
          <w:tcPr>
            <w:tcW w:type="dxa" w:w="3513"/>
            <w:vAlign w:val="top"/>
          </w:tcPr>
          <w:p>
            <w:r/>
            <w:r>
              <w:rPr>
                <w:b w:val="0"/>
                <w:sz w:val="16"/>
              </w:rPr>
              <w:t>Rieser Mathias</w:t>
            </w:r>
          </w:p>
        </w:tc>
        <w:tc>
          <w:tcPr>
            <w:tcW w:type="dxa" w:w="3513"/>
            <w:vAlign w:val="top"/>
          </w:tcPr>
          <w:p>
            <w:r/>
            <w:r>
              <w:rPr>
                <w:b w:val="0"/>
                <w:sz w:val="16"/>
              </w:rPr>
              <w:t>Ja, jetzt aber da mal ein Entwurf als als Gesprächsgrundlage auf der Architektur. Habe ich ja mal unsere Platzbedarf Elektro gezeigt, oder da sieht man eigentlich außer, dass der Ruhm ist ein bisschen größer sehen, ob der Ruhm grundsätzlich so dargestellt ist oder nachher.</w:t>
            </w:r>
          </w:p>
        </w:tc>
      </w:tr>
      <w:tr>
        <w:tc>
          <w:tcPr>
            <w:tcW w:type="dxa" w:w="3513"/>
            <w:vAlign w:val="top"/>
          </w:tcPr>
          <w:p>
            <w:r/>
            <w:r>
              <w:rPr>
                <w:b w:val="0"/>
                <w:sz w:val="16"/>
              </w:rPr>
              <w:t>1:18:38</w:t>
            </w:r>
          </w:p>
        </w:tc>
        <w:tc>
          <w:tcPr>
            <w:tcW w:type="dxa" w:w="3513"/>
            <w:vAlign w:val="top"/>
          </w:tcPr>
          <w:p>
            <w:r/>
            <w:r>
              <w:rPr>
                <w:b w:val="0"/>
                <w:sz w:val="16"/>
              </w:rPr>
              <w:t>Rieser Mathias</w:t>
            </w:r>
          </w:p>
        </w:tc>
        <w:tc>
          <w:tcPr>
            <w:tcW w:type="dxa" w:w="3513"/>
            <w:vAlign w:val="top"/>
          </w:tcPr>
          <w:p>
            <w:r/>
            <w:r>
              <w:rPr>
                <w:b w:val="0"/>
                <w:sz w:val="16"/>
              </w:rPr>
              <w:t>quer so drin oder das ist eigentlich flexibel. Wir müssen nach der ungefähr von der Quadratmeterzahl sind wir rausgegangen, dass wir da alles reinkriegen oder das als als Grundlage. Denkt seht, wir haben ja eigentlich gleich Querverbindung noch mit Rohr zum Wohnhaus gemacht. Da haben wir jetzt einfach mal ein Technikum gezeichnet. Ob der da richtig ist oder nicht, machen wir sicher mit der H-Christian Analogin. Die wären da auch ziemlich alles voll. Aha.</w:t>
            </w:r>
          </w:p>
        </w:tc>
      </w:tr>
      <w:tr>
        <w:tc>
          <w:tcPr>
            <w:tcW w:type="dxa" w:w="3513"/>
            <w:vAlign w:val="top"/>
          </w:tcPr>
          <w:p>
            <w:r/>
            <w:r>
              <w:rPr>
                <w:b w:val="0"/>
                <w:sz w:val="16"/>
              </w:rPr>
              <w:t>1:19:04</w:t>
            </w:r>
          </w:p>
        </w:tc>
        <w:tc>
          <w:tcPr>
            <w:tcW w:type="dxa" w:w="3513"/>
            <w:vAlign w:val="top"/>
          </w:tcPr>
          <w:p>
            <w:r/>
            <w:r>
              <w:rPr>
                <w:b w:val="0"/>
                <w:sz w:val="16"/>
              </w:rPr>
              <w:t>Ramon Nachmansohn</w:t>
            </w:r>
          </w:p>
        </w:tc>
        <w:tc>
          <w:tcPr>
            <w:tcW w:type="dxa" w:w="3513"/>
            <w:vAlign w:val="top"/>
          </w:tcPr>
          <w:p>
            <w:r/>
            <w:r>
              <w:rPr>
                <w:b w:val="0"/>
                <w:sz w:val="16"/>
              </w:rPr>
              <w:t>Ja, es wird doch das Problem sehen.</w:t>
            </w:r>
          </w:p>
        </w:tc>
      </w:tr>
      <w:tr>
        <w:tc>
          <w:tcPr>
            <w:tcW w:type="dxa" w:w="3513"/>
            <w:vAlign w:val="top"/>
          </w:tcPr>
          <w:p>
            <w:r/>
            <w:r>
              <w:rPr>
                <w:b w:val="0"/>
                <w:sz w:val="16"/>
              </w:rPr>
              <w:t>1:19:05</w:t>
            </w:r>
          </w:p>
        </w:tc>
        <w:tc>
          <w:tcPr>
            <w:tcW w:type="dxa" w:w="3513"/>
            <w:vAlign w:val="top"/>
          </w:tcPr>
          <w:p>
            <w:r/>
            <w:r>
              <w:rPr>
                <w:b w:val="0"/>
                <w:sz w:val="16"/>
              </w:rPr>
              <w:t>Rieser Mathias</w:t>
            </w:r>
          </w:p>
        </w:tc>
        <w:tc>
          <w:tcPr>
            <w:tcW w:type="dxa" w:w="3513"/>
            <w:vAlign w:val="top"/>
          </w:tcPr>
          <w:p>
            <w:r/>
            <w:r>
              <w:rPr>
                <w:b w:val="0"/>
                <w:sz w:val="16"/>
              </w:rPr>
              <w:t>Dann müssen wir allenfalls eine Optimierung machen. Dann haben wir noch zusätzlich fürs Wohnhaus 3 Stück Zone A. G., dass man eigentlich sieht, dass man da oben noch irgendwo in den Schränken drinnen ist oder. Das haben wir jetzt aber noch nicht im Detail weiter geplant, weil da mehr so als Frage, falls Heizung auch dort den Bodenheizverteiler integriert hat, könnten wir da alle falls vielleicht noch einen Schrank machen, dann alles komplett da integrieren und diese Elektroverteiler genau oder das mehr so als.</w:t>
            </w:r>
          </w:p>
        </w:tc>
      </w:tr>
      <w:tr>
        <w:tc>
          <w:tcPr>
            <w:tcW w:type="dxa" w:w="3513"/>
            <w:vAlign w:val="top"/>
          </w:tcPr>
          <w:p>
            <w:r/>
            <w:r>
              <w:rPr>
                <w:b w:val="0"/>
                <w:sz w:val="16"/>
              </w:rPr>
              <w:t>1:19:36</w:t>
            </w:r>
          </w:p>
        </w:tc>
        <w:tc>
          <w:tcPr>
            <w:tcW w:type="dxa" w:w="3513"/>
            <w:vAlign w:val="top"/>
          </w:tcPr>
          <w:p>
            <w:r/>
            <w:r>
              <w:rPr>
                <w:b w:val="0"/>
                <w:sz w:val="16"/>
              </w:rPr>
              <w:t>Rieser Mathias</w:t>
            </w:r>
          </w:p>
        </w:tc>
        <w:tc>
          <w:tcPr>
            <w:tcW w:type="dxa" w:w="3513"/>
            <w:vAlign w:val="top"/>
          </w:tcPr>
          <w:p>
            <w:r/>
            <w:r>
              <w:rPr>
                <w:b w:val="0"/>
                <w:sz w:val="16"/>
              </w:rPr>
              <w:t>Als Idee oder als Grundlage, wenn die Architektur sagt "Nein, der Schränke komplett leer sehen", dann würde mir eigentlich grundsätzlich ist so eine Wand aus wie hier im Prinzip oder für delikte Verteidiger.</w:t>
            </w:r>
          </w:p>
        </w:tc>
      </w:tr>
      <w:tr>
        <w:tc>
          <w:tcPr>
            <w:tcW w:type="dxa" w:w="3513"/>
            <w:vAlign w:val="top"/>
          </w:tcPr>
          <w:p>
            <w:r/>
            <w:r>
              <w:rPr>
                <w:b w:val="0"/>
                <w:sz w:val="16"/>
              </w:rPr>
              <w:t>1:19:48</w:t>
            </w:r>
          </w:p>
        </w:tc>
        <w:tc>
          <w:tcPr>
            <w:tcW w:type="dxa" w:w="3513"/>
            <w:vAlign w:val="top"/>
          </w:tcPr>
          <w:p>
            <w:r/>
            <w:r>
              <w:rPr>
                <w:b w:val="0"/>
                <w:sz w:val="16"/>
              </w:rPr>
              <w:t>Ramon Nachmansohn</w:t>
            </w:r>
          </w:p>
        </w:tc>
        <w:tc>
          <w:tcPr>
            <w:tcW w:type="dxa" w:w="3513"/>
            <w:vAlign w:val="top"/>
          </w:tcPr>
          <w:p>
            <w:r/>
            <w:r>
              <w:rPr>
                <w:b w:val="0"/>
                <w:sz w:val="16"/>
              </w:rPr>
              <w:t>Me brokens about a border 1 expert tonight.</w:t>
            </w:r>
          </w:p>
        </w:tc>
      </w:tr>
      <w:tr>
        <w:tc>
          <w:tcPr>
            <w:tcW w:type="dxa" w:w="3513"/>
            <w:vAlign w:val="top"/>
          </w:tcPr>
          <w:p>
            <w:r/>
            <w:r>
              <w:rPr>
                <w:b w:val="0"/>
                <w:sz w:val="16"/>
              </w:rPr>
              <w:t>1:19:48</w:t>
            </w:r>
          </w:p>
        </w:tc>
        <w:tc>
          <w:tcPr>
            <w:tcW w:type="dxa" w:w="3513"/>
            <w:vAlign w:val="top"/>
          </w:tcPr>
          <w:p>
            <w:r/>
            <w:r>
              <w:rPr>
                <w:b w:val="0"/>
                <w:sz w:val="16"/>
              </w:rPr>
              <w:t>Claudia Kresser</w:t>
            </w:r>
          </w:p>
        </w:tc>
        <w:tc>
          <w:tcPr>
            <w:tcW w:type="dxa" w:w="3513"/>
            <w:vAlign w:val="top"/>
          </w:tcPr>
          <w:p>
            <w:r/>
            <w:r>
              <w:rPr>
                <w:b w:val="0"/>
                <w:sz w:val="16"/>
              </w:rPr>
              <w:t>I stop. Also, wir haben da uns schon überlegt, also es ist tatsächlich so, Matthias, das Beispiel, was du jetzt zeigst in der Küche, weißt du, wir haben keine, wir haben kaum Platz in der Küche, dass man irgendwie da Stauraum haben und der Schrank, der tut tatsächlich tut da sehr weh, wenn ihr da</w:t>
            </w:r>
          </w:p>
        </w:tc>
      </w:tr>
      <w:tr>
        <w:tc>
          <w:tcPr>
            <w:tcW w:type="dxa" w:w="3513"/>
            <w:vAlign w:val="top"/>
          </w:tcPr>
          <w:p>
            <w:r/>
            <w:r>
              <w:rPr>
                <w:b w:val="0"/>
                <w:sz w:val="16"/>
              </w:rPr>
              <w:t>1:20:11</w:t>
            </w:r>
          </w:p>
        </w:tc>
        <w:tc>
          <w:tcPr>
            <w:tcW w:type="dxa" w:w="3513"/>
            <w:vAlign w:val="top"/>
          </w:tcPr>
          <w:p>
            <w:r/>
            <w:r>
              <w:rPr>
                <w:b w:val="0"/>
                <w:sz w:val="16"/>
              </w:rPr>
              <w:t>Claudia Kresser</w:t>
            </w:r>
          </w:p>
        </w:tc>
        <w:tc>
          <w:tcPr>
            <w:tcW w:type="dxa" w:w="3513"/>
            <w:vAlign w:val="top"/>
          </w:tcPr>
          <w:p>
            <w:r/>
            <w:r>
              <w:rPr>
                <w:b w:val="0"/>
                <w:sz w:val="16"/>
              </w:rPr>
              <w:t>Umeinander knabbert. Jetzt war ein Vorschlag von meiner Kollegin Claudia zum Beispiel, dass man versucht, einen anderen Ort zu finden für euch.</w:t>
            </w:r>
          </w:p>
        </w:tc>
      </w:tr>
      <w:tr>
        <w:tc>
          <w:tcPr>
            <w:tcW w:type="dxa" w:w="3513"/>
            <w:vAlign w:val="top"/>
          </w:tcPr>
          <w:p>
            <w:r/>
            <w:r>
              <w:rPr>
                <w:b w:val="0"/>
                <w:sz w:val="16"/>
              </w:rPr>
              <w:t>1:20:24</w:t>
            </w:r>
          </w:p>
        </w:tc>
        <w:tc>
          <w:tcPr>
            <w:tcW w:type="dxa" w:w="3513"/>
            <w:vAlign w:val="top"/>
          </w:tcPr>
          <w:p>
            <w:r/>
            <w:r>
              <w:rPr>
                <w:b w:val="0"/>
                <w:sz w:val="16"/>
              </w:rPr>
              <w:t>Claudia Kresser</w:t>
            </w:r>
          </w:p>
        </w:tc>
        <w:tc>
          <w:tcPr>
            <w:tcW w:type="dxa" w:w="3513"/>
            <w:vAlign w:val="top"/>
          </w:tcPr>
          <w:p>
            <w:r/>
            <w:r>
              <w:rPr>
                <w:b w:val="0"/>
                <w:sz w:val="16"/>
              </w:rPr>
              <w:t>Einfach, dass wir das Scannen so ein bisschen ab. Bisschen könnt ihr das sehen? Das ist jetzt so ein Wohnungsgrundriss.</w:t>
            </w:r>
          </w:p>
        </w:tc>
      </w:tr>
      <w:tr>
        <w:tc>
          <w:tcPr>
            <w:tcW w:type="dxa" w:w="3513"/>
            <w:vAlign w:val="top"/>
          </w:tcPr>
          <w:p>
            <w:r/>
            <w:r>
              <w:rPr>
                <w:b w:val="0"/>
                <w:sz w:val="16"/>
              </w:rPr>
              <w:t>1:20:34</w:t>
            </w:r>
          </w:p>
        </w:tc>
        <w:tc>
          <w:tcPr>
            <w:tcW w:type="dxa" w:w="3513"/>
            <w:vAlign w:val="top"/>
          </w:tcPr>
          <w:p>
            <w:r/>
            <w:r>
              <w:rPr>
                <w:b w:val="0"/>
                <w:sz w:val="16"/>
              </w:rPr>
              <w:t>Claudia Kresser</w:t>
            </w:r>
          </w:p>
        </w:tc>
        <w:tc>
          <w:tcPr>
            <w:tcW w:type="dxa" w:w="3513"/>
            <w:vAlign w:val="top"/>
          </w:tcPr>
          <w:p>
            <w:r/>
            <w:r>
              <w:rPr>
                <w:b w:val="0"/>
                <w:sz w:val="16"/>
              </w:rPr>
              <w:t>Genau, da wäre jetzt die Idee. Also, dürft euch nicht die rote, die rote Quadrate, das sind einfach die, die das darf euch jetzt nicht interessieren. Aber was wir gemacht haben, wir haben auf jeden Fall da in deren in denen in der Garderobe haben wir versucht, rechts dran noch ein Element zu bringen,</w:t>
            </w:r>
          </w:p>
        </w:tc>
      </w:tr>
      <w:tr>
        <w:tc>
          <w:tcPr>
            <w:tcW w:type="dxa" w:w="3513"/>
            <w:vAlign w:val="top"/>
          </w:tcPr>
          <w:p>
            <w:r/>
            <w:r>
              <w:rPr>
                <w:b w:val="0"/>
                <w:sz w:val="16"/>
              </w:rPr>
              <w:t>1:20:54</w:t>
            </w:r>
          </w:p>
        </w:tc>
        <w:tc>
          <w:tcPr>
            <w:tcW w:type="dxa" w:w="3513"/>
            <w:vAlign w:val="top"/>
          </w:tcPr>
          <w:p>
            <w:r/>
            <w:r>
              <w:rPr>
                <w:b w:val="0"/>
                <w:sz w:val="16"/>
              </w:rPr>
              <w:t>Claudia Kresser</w:t>
            </w:r>
          </w:p>
        </w:tc>
        <w:tc>
          <w:tcPr>
            <w:tcW w:type="dxa" w:w="3513"/>
            <w:vAlign w:val="top"/>
          </w:tcPr>
          <w:p>
            <w:r/>
            <w:r>
              <w:rPr>
                <w:b w:val="0"/>
                <w:sz w:val="16"/>
              </w:rPr>
              <w:t>mit 30 Zentimeter, ich weiß nicht, wie wie ernst die deine Dimensionen näher kamen, Matthias. so dass wir eigentlich da nur den Wendekreis haben mit dem Rolli. Also wir haben da so ein bisschen umeinander geschoben.</w:t>
            </w:r>
          </w:p>
        </w:tc>
      </w:tr>
      <w:tr>
        <w:tc>
          <w:tcPr>
            <w:tcW w:type="dxa" w:w="3513"/>
            <w:vAlign w:val="top"/>
          </w:tcPr>
          <w:p>
            <w:r/>
            <w:r>
              <w:rPr>
                <w:b w:val="0"/>
                <w:sz w:val="16"/>
              </w:rPr>
              <w:t>1:21:09</w:t>
            </w:r>
          </w:p>
        </w:tc>
        <w:tc>
          <w:tcPr>
            <w:tcW w:type="dxa" w:w="3513"/>
            <w:vAlign w:val="top"/>
          </w:tcPr>
          <w:p>
            <w:r/>
            <w:r>
              <w:rPr>
                <w:b w:val="0"/>
                <w:sz w:val="16"/>
              </w:rPr>
              <w:t>Claudia Kresser</w:t>
            </w:r>
          </w:p>
        </w:tc>
        <w:tc>
          <w:tcPr>
            <w:tcW w:type="dxa" w:w="3513"/>
            <w:vAlign w:val="top"/>
          </w:tcPr>
          <w:p>
            <w:r/>
            <w:r>
              <w:rPr>
                <w:b w:val="0"/>
                <w:sz w:val="16"/>
              </w:rPr>
              <w:t>Und andererseits, aber unsere 60er Schrank, da können die halten und man kann natürlich noch überlegen, ob man die 60er Elemente, ob man da vielleicht 50er draus macht. Das ist immer noch eine Garderobe, wo man gut brauchen kann, aber wir lassen es jetzt gerne mal so dünnen. Das wäre jetzt unsere Alternativvariante für dich.</w:t>
            </w:r>
          </w:p>
        </w:tc>
      </w:tr>
      <w:tr>
        <w:tc>
          <w:tcPr>
            <w:tcW w:type="dxa" w:w="3513"/>
            <w:vAlign w:val="top"/>
          </w:tcPr>
          <w:p>
            <w:r/>
            <w:r>
              <w:rPr>
                <w:b w:val="0"/>
                <w:sz w:val="16"/>
              </w:rPr>
              <w:t>1:21:21</w:t>
            </w:r>
          </w:p>
        </w:tc>
        <w:tc>
          <w:tcPr>
            <w:tcW w:type="dxa" w:w="3513"/>
            <w:vAlign w:val="top"/>
          </w:tcPr>
          <w:p>
            <w:r/>
            <w:r>
              <w:rPr>
                <w:b w:val="0"/>
                <w:sz w:val="16"/>
              </w:rPr>
              <w:t>Rieser Mathias</w:t>
            </w:r>
          </w:p>
        </w:tc>
        <w:tc>
          <w:tcPr>
            <w:tcW w:type="dxa" w:w="3513"/>
            <w:vAlign w:val="top"/>
          </w:tcPr>
          <w:p>
            <w:r/>
            <w:r>
              <w:rPr>
                <w:b w:val="0"/>
                <w:sz w:val="16"/>
              </w:rPr>
              <w:t>Ich glaub, du hast gesehen gut aus, ja.</w:t>
            </w:r>
          </w:p>
        </w:tc>
      </w:tr>
      <w:tr>
        <w:tc>
          <w:tcPr>
            <w:tcW w:type="dxa" w:w="3513"/>
            <w:vAlign w:val="top"/>
          </w:tcPr>
          <w:p>
            <w:r/>
            <w:r>
              <w:rPr>
                <w:b w:val="0"/>
                <w:sz w:val="16"/>
              </w:rPr>
              <w:t>1:21:30</w:t>
            </w:r>
          </w:p>
        </w:tc>
        <w:tc>
          <w:tcPr>
            <w:tcW w:type="dxa" w:w="3513"/>
            <w:vAlign w:val="top"/>
          </w:tcPr>
          <w:p>
            <w:r/>
            <w:r>
              <w:rPr>
                <w:b w:val="0"/>
                <w:sz w:val="16"/>
              </w:rPr>
              <w:t>Claudia Kresser</w:t>
            </w:r>
          </w:p>
        </w:tc>
        <w:tc>
          <w:tcPr>
            <w:tcW w:type="dxa" w:w="3513"/>
            <w:vAlign w:val="top"/>
          </w:tcPr>
          <w:p>
            <w:r/>
            <w:r>
              <w:rPr>
                <w:b w:val="0"/>
                <w:sz w:val="16"/>
              </w:rPr>
              <w:t>Kennst du mit dem Lärm? Ah, ja.</w:t>
            </w:r>
          </w:p>
        </w:tc>
      </w:tr>
      <w:tr>
        <w:tc>
          <w:tcPr>
            <w:tcW w:type="dxa" w:w="3513"/>
            <w:vAlign w:val="top"/>
          </w:tcPr>
          <w:p>
            <w:r/>
            <w:r>
              <w:rPr>
                <w:b w:val="0"/>
                <w:sz w:val="16"/>
              </w:rPr>
              <w:t>1:21:30</w:t>
            </w:r>
          </w:p>
        </w:tc>
        <w:tc>
          <w:tcPr>
            <w:tcW w:type="dxa" w:w="3513"/>
            <w:vAlign w:val="top"/>
          </w:tcPr>
          <w:p>
            <w:r/>
            <w:r>
              <w:rPr>
                <w:b w:val="0"/>
                <w:sz w:val="16"/>
              </w:rPr>
              <w:t>Ramon Nachmansohn</w:t>
            </w:r>
          </w:p>
        </w:tc>
        <w:tc>
          <w:tcPr>
            <w:tcW w:type="dxa" w:w="3513"/>
            <w:vAlign w:val="top"/>
          </w:tcPr>
          <w:p>
            <w:r/>
            <w:r>
              <w:rPr>
                <w:b w:val="0"/>
                <w:sz w:val="16"/>
              </w:rPr>
              <w:t>Ich habe Moment, Moment, BHV, das wäre Stickzone.</w:t>
            </w:r>
          </w:p>
        </w:tc>
      </w:tr>
      <w:tr>
        <w:tc>
          <w:tcPr>
            <w:tcW w:type="dxa" w:w="3513"/>
            <w:vAlign w:val="top"/>
          </w:tcPr>
          <w:p>
            <w:r/>
            <w:r>
              <w:rPr>
                <w:b w:val="0"/>
                <w:sz w:val="16"/>
              </w:rPr>
              <w:t>1:21:38</w:t>
            </w:r>
          </w:p>
        </w:tc>
        <w:tc>
          <w:tcPr>
            <w:tcW w:type="dxa" w:w="3513"/>
            <w:vAlign w:val="top"/>
          </w:tcPr>
          <w:p>
            <w:r/>
            <w:r>
              <w:rPr>
                <w:b w:val="0"/>
                <w:sz w:val="16"/>
              </w:rPr>
              <w:t>Ramon Nachmansohn</w:t>
            </w:r>
          </w:p>
        </w:tc>
        <w:tc>
          <w:tcPr>
            <w:tcW w:type="dxa" w:w="3513"/>
            <w:vAlign w:val="top"/>
          </w:tcPr>
          <w:p>
            <w:r/>
            <w:r>
              <w:rPr>
                <w:b w:val="0"/>
                <w:sz w:val="16"/>
              </w:rPr>
              <w:t>Oder ist das jetzt Elektrostickzone?</w:t>
            </w:r>
          </w:p>
        </w:tc>
      </w:tr>
      <w:tr>
        <w:tc>
          <w:tcPr>
            <w:tcW w:type="dxa" w:w="3513"/>
            <w:vAlign w:val="top"/>
          </w:tcPr>
          <w:p>
            <w:r/>
            <w:r>
              <w:rPr>
                <w:b w:val="0"/>
                <w:sz w:val="16"/>
              </w:rPr>
              <w:t>1:21:42</w:t>
            </w:r>
          </w:p>
        </w:tc>
        <w:tc>
          <w:tcPr>
            <w:tcW w:type="dxa" w:w="3513"/>
            <w:vAlign w:val="top"/>
          </w:tcPr>
          <w:p>
            <w:r/>
            <w:r>
              <w:rPr>
                <w:b w:val="0"/>
                <w:sz w:val="16"/>
              </w:rPr>
              <w:t>Rieser Mathias</w:t>
            </w:r>
          </w:p>
        </w:tc>
        <w:tc>
          <w:tcPr>
            <w:tcW w:type="dxa" w:w="3513"/>
            <w:vAlign w:val="top"/>
          </w:tcPr>
          <w:p>
            <w:r/>
            <w:r>
              <w:rPr>
                <w:b w:val="0"/>
                <w:sz w:val="16"/>
              </w:rPr>
              <w:t>Beides wahrscheinlich oder nicht mehr. Wahrscheinlich werden die im Badeheizverteiler, dann im Schrank, Sockel inner von dem Sechzigern.</w:t>
            </w:r>
          </w:p>
        </w:tc>
      </w:tr>
      <w:tr>
        <w:tc>
          <w:tcPr>
            <w:tcW w:type="dxa" w:w="3513"/>
            <w:vAlign w:val="top"/>
          </w:tcPr>
          <w:p>
            <w:r/>
            <w:r>
              <w:rPr>
                <w:b w:val="0"/>
                <w:sz w:val="16"/>
              </w:rPr>
              <w:t>1:21:45</w:t>
            </w:r>
          </w:p>
        </w:tc>
        <w:tc>
          <w:tcPr>
            <w:tcW w:type="dxa" w:w="3513"/>
            <w:vAlign w:val="top"/>
          </w:tcPr>
          <w:p>
            <w:r/>
            <w:r>
              <w:rPr>
                <w:b w:val="0"/>
                <w:sz w:val="16"/>
              </w:rPr>
              <w:t>Ramon Nachmansohn</w:t>
            </w:r>
          </w:p>
        </w:tc>
        <w:tc>
          <w:tcPr>
            <w:tcW w:type="dxa" w:w="3513"/>
            <w:vAlign w:val="top"/>
          </w:tcPr>
          <w:p>
            <w:r/>
            <w:r>
              <w:rPr>
                <w:b w:val="0"/>
                <w:sz w:val="16"/>
              </w:rPr>
              <w:t>Ja, liegend oder ja, liegend oder im Sakko, das werden wir vielleicht machen.</w:t>
            </w:r>
          </w:p>
        </w:tc>
      </w:tr>
      <w:tr>
        <w:tc>
          <w:tcPr>
            <w:tcW w:type="dxa" w:w="3513"/>
            <w:vAlign w:val="top"/>
          </w:tcPr>
          <w:p>
            <w:r/>
            <w:r>
              <w:rPr>
                <w:b w:val="0"/>
                <w:sz w:val="16"/>
              </w:rPr>
              <w:t>1:21:51</w:t>
            </w:r>
          </w:p>
        </w:tc>
        <w:tc>
          <w:tcPr>
            <w:tcW w:type="dxa" w:w="3513"/>
            <w:vAlign w:val="top"/>
          </w:tcPr>
          <w:p>
            <w:r/>
            <w:r>
              <w:rPr>
                <w:b w:val="0"/>
                <w:sz w:val="16"/>
              </w:rPr>
              <w:t>Claudia Kresser</w:t>
            </w:r>
          </w:p>
        </w:tc>
        <w:tc>
          <w:tcPr>
            <w:tcW w:type="dxa" w:w="3513"/>
            <w:vAlign w:val="top"/>
          </w:tcPr>
          <w:p>
            <w:r/>
            <w:r>
              <w:rPr>
                <w:b w:val="0"/>
                <w:sz w:val="16"/>
              </w:rPr>
              <w:t>Genau, wenn du das kennst, genau, wenn du das kennst.</w:t>
            </w:r>
          </w:p>
        </w:tc>
      </w:tr>
      <w:tr>
        <w:tc>
          <w:tcPr>
            <w:tcW w:type="dxa" w:w="3513"/>
            <w:vAlign w:val="top"/>
          </w:tcPr>
          <w:p>
            <w:r/>
            <w:r>
              <w:rPr>
                <w:b w:val="0"/>
                <w:sz w:val="16"/>
              </w:rPr>
              <w:t>1:21:57</w:t>
            </w:r>
          </w:p>
        </w:tc>
        <w:tc>
          <w:tcPr>
            <w:tcW w:type="dxa" w:w="3513"/>
            <w:vAlign w:val="top"/>
          </w:tcPr>
          <w:p>
            <w:r/>
            <w:r>
              <w:rPr>
                <w:b w:val="0"/>
                <w:sz w:val="16"/>
              </w:rPr>
              <w:t>Rieser Mathias</w:t>
            </w:r>
          </w:p>
        </w:tc>
        <w:tc>
          <w:tcPr>
            <w:tcW w:type="dxa" w:w="3513"/>
            <w:vAlign w:val="top"/>
          </w:tcPr>
          <w:p>
            <w:r/>
            <w:r>
              <w:rPr>
                <w:b w:val="0"/>
                <w:sz w:val="16"/>
              </w:rPr>
              <w:t>Ja, und dann wären wir dort, wo BHV steht, ja mit der Stegzone Heizung und Elektro gemeinsam.</w:t>
            </w:r>
          </w:p>
        </w:tc>
      </w:tr>
      <w:tr>
        <w:tc>
          <w:tcPr>
            <w:tcW w:type="dxa" w:w="3513"/>
            <w:vAlign w:val="top"/>
          </w:tcPr>
          <w:p>
            <w:r/>
            <w:r>
              <w:rPr>
                <w:b w:val="0"/>
                <w:sz w:val="16"/>
              </w:rPr>
              <w:t>1:21:58</w:t>
            </w:r>
          </w:p>
        </w:tc>
        <w:tc>
          <w:tcPr>
            <w:tcW w:type="dxa" w:w="3513"/>
            <w:vAlign w:val="top"/>
          </w:tcPr>
          <w:p>
            <w:r/>
            <w:r>
              <w:rPr>
                <w:b w:val="0"/>
                <w:sz w:val="16"/>
              </w:rPr>
              <w:t>Ramon Nachmansohn</w:t>
            </w:r>
          </w:p>
        </w:tc>
        <w:tc>
          <w:tcPr>
            <w:tcW w:type="dxa" w:w="3513"/>
            <w:vAlign w:val="top"/>
          </w:tcPr>
          <w:p>
            <w:r/>
            <w:r>
              <w:rPr>
                <w:b w:val="0"/>
                <w:sz w:val="16"/>
              </w:rPr>
              <w:t>Aber da stiegen. Ja, aber lange bis 60. Also, wir haben immer den Anlagen.</w:t>
            </w:r>
          </w:p>
        </w:tc>
      </w:tr>
      <w:tr>
        <w:tc>
          <w:tcPr>
            <w:tcW w:type="dxa" w:w="3513"/>
            <w:vAlign w:val="top"/>
          </w:tcPr>
          <w:p>
            <w:r/>
            <w:r>
              <w:rPr>
                <w:b w:val="0"/>
                <w:sz w:val="16"/>
              </w:rPr>
              <w:t>1:22:08</w:t>
            </w:r>
          </w:p>
        </w:tc>
        <w:tc>
          <w:tcPr>
            <w:tcW w:type="dxa" w:w="3513"/>
            <w:vAlign w:val="top"/>
          </w:tcPr>
          <w:p>
            <w:r/>
            <w:r>
              <w:rPr>
                <w:b w:val="0"/>
                <w:sz w:val="16"/>
              </w:rPr>
              <w:t>Rieser Mathias</w:t>
            </w:r>
          </w:p>
        </w:tc>
        <w:tc>
          <w:tcPr>
            <w:tcW w:type="dxa" w:w="3513"/>
            <w:vAlign w:val="top"/>
          </w:tcPr>
          <w:p>
            <w:r/>
            <w:r>
              <w:rPr>
                <w:b w:val="0"/>
                <w:sz w:val="16"/>
              </w:rPr>
              <w:t>Ist ja risk of 60 ja, da sag ich jetzt einmal und wenn man jetzt alles, wenn man da sicher einmal im Detail aufzeichnet, da seh ich da mal so eine genau abmessige genau geht und da kann man Schrankregel Detail aufzeichnen, das gilt ja nachher für jede Wohnung genauso identisch ja.</w:t>
            </w:r>
          </w:p>
        </w:tc>
      </w:tr>
      <w:tr>
        <w:tc>
          <w:tcPr>
            <w:tcW w:type="dxa" w:w="3513"/>
            <w:vAlign w:val="top"/>
          </w:tcPr>
          <w:p>
            <w:r/>
            <w:r>
              <w:rPr>
                <w:b w:val="0"/>
                <w:sz w:val="16"/>
              </w:rPr>
              <w:t>1:22:23</w:t>
            </w:r>
          </w:p>
        </w:tc>
        <w:tc>
          <w:tcPr>
            <w:tcW w:type="dxa" w:w="3513"/>
            <w:vAlign w:val="top"/>
          </w:tcPr>
          <w:p>
            <w:r/>
            <w:r>
              <w:rPr>
                <w:b w:val="0"/>
                <w:sz w:val="16"/>
              </w:rPr>
              <w:t>Claudia Kresser</w:t>
            </w:r>
          </w:p>
        </w:tc>
        <w:tc>
          <w:tcPr>
            <w:tcW w:type="dxa" w:w="3513"/>
            <w:vAlign w:val="top"/>
          </w:tcPr>
          <w:p>
            <w:r/>
            <w:r>
              <w:rPr>
                <w:b w:val="0"/>
                <w:sz w:val="16"/>
              </w:rPr>
              <w:t>Genau so wäre es, so wäre es gut, wenn man das könnte, irgendwie, dass man einfach den Hinterschrank nicht mehr angreifen und auch die Garderobe noch so ist, dass man auch noch, dass man es noch brauchen könnte. Das wäre gut.</w:t>
            </w:r>
          </w:p>
        </w:tc>
      </w:tr>
      <w:tr>
        <w:tc>
          <w:tcPr>
            <w:tcW w:type="dxa" w:w="3513"/>
            <w:vAlign w:val="top"/>
          </w:tcPr>
          <w:p>
            <w:r/>
            <w:r>
              <w:rPr>
                <w:b w:val="0"/>
                <w:sz w:val="16"/>
              </w:rPr>
              <w:t>1:22:36</w:t>
            </w:r>
          </w:p>
        </w:tc>
        <w:tc>
          <w:tcPr>
            <w:tcW w:type="dxa" w:w="3513"/>
            <w:vAlign w:val="top"/>
          </w:tcPr>
          <w:p>
            <w:r/>
            <w:r>
              <w:rPr>
                <w:b w:val="0"/>
                <w:sz w:val="16"/>
              </w:rPr>
              <w:t>Claudia Kresser</w:t>
            </w:r>
          </w:p>
        </w:tc>
        <w:tc>
          <w:tcPr>
            <w:tcW w:type="dxa" w:w="3513"/>
            <w:vAlign w:val="top"/>
          </w:tcPr>
          <w:p>
            <w:r/>
            <w:r>
              <w:rPr>
                <w:b w:val="0"/>
                <w:sz w:val="16"/>
              </w:rPr>
              <w:t>Dann ist dann bist du quasi im Sockel warm. Fill you.</w:t>
            </w:r>
          </w:p>
        </w:tc>
      </w:tr>
      <w:tr>
        <w:tc>
          <w:tcPr>
            <w:tcW w:type="dxa" w:w="3513"/>
            <w:vAlign w:val="top"/>
          </w:tcPr>
          <w:p>
            <w:r/>
            <w:r>
              <w:rPr>
                <w:b w:val="0"/>
                <w:sz w:val="16"/>
              </w:rPr>
              <w:t>1:22:41</w:t>
            </w:r>
          </w:p>
        </w:tc>
        <w:tc>
          <w:tcPr>
            <w:tcW w:type="dxa" w:w="3513"/>
            <w:vAlign w:val="top"/>
          </w:tcPr>
          <w:p>
            <w:r/>
            <w:r>
              <w:rPr>
                <w:b w:val="0"/>
                <w:sz w:val="16"/>
              </w:rPr>
              <w:t>Ramon Nachmansohn</w:t>
            </w:r>
          </w:p>
        </w:tc>
        <w:tc>
          <w:tcPr>
            <w:tcW w:type="dxa" w:w="3513"/>
            <w:vAlign w:val="top"/>
          </w:tcPr>
          <w:p>
            <w:r/>
            <w:r>
              <w:rPr>
                <w:b w:val="0"/>
                <w:sz w:val="16"/>
              </w:rPr>
              <w:t>Ja, mit dem Bohrerheizungsverteiler und hat dann einfach so nur noch 2 Rohre, wo ich auch immer ein Stück Chance.</w:t>
            </w:r>
          </w:p>
        </w:tc>
      </w:tr>
      <w:tr>
        <w:tc>
          <w:tcPr>
            <w:tcW w:type="dxa" w:w="3513"/>
            <w:vAlign w:val="top"/>
          </w:tcPr>
          <w:p>
            <w:r/>
            <w:r>
              <w:rPr>
                <w:b w:val="0"/>
                <w:sz w:val="16"/>
              </w:rPr>
              <w:t>1:22:51</w:t>
            </w:r>
          </w:p>
        </w:tc>
        <w:tc>
          <w:tcPr>
            <w:tcW w:type="dxa" w:w="3513"/>
            <w:vAlign w:val="top"/>
          </w:tcPr>
          <w:p>
            <w:r/>
            <w:r>
              <w:rPr>
                <w:b w:val="0"/>
                <w:sz w:val="16"/>
              </w:rPr>
              <w:t>Ramon Nachmansohn</w:t>
            </w:r>
          </w:p>
        </w:tc>
        <w:tc>
          <w:tcPr>
            <w:tcW w:type="dxa" w:w="3513"/>
            <w:vAlign w:val="top"/>
          </w:tcPr>
          <w:p>
            <w:r/>
            <w:r>
              <w:rPr>
                <w:b w:val="0"/>
                <w:sz w:val="16"/>
              </w:rPr>
              <w:t>Aber ist es nicht auch denkbar, dass man nicht bei dir die gleiche die Nina Stiege, die dich heißt, massiv Elektro oder her und so. Es gibt da so ein bisschen Knutschen, so schön wäre oder wenn der Elektro auf der einen Seite Stieg und Heizung auf der anderen Seite. Second.</w:t>
            </w:r>
          </w:p>
        </w:tc>
      </w:tr>
      <w:tr>
        <w:tc>
          <w:tcPr>
            <w:tcW w:type="dxa" w:w="3513"/>
            <w:vAlign w:val="top"/>
          </w:tcPr>
          <w:p>
            <w:r/>
            <w:r>
              <w:rPr>
                <w:b w:val="0"/>
                <w:sz w:val="16"/>
              </w:rPr>
              <w:t>1:23:10</w:t>
            </w:r>
          </w:p>
        </w:tc>
        <w:tc>
          <w:tcPr>
            <w:tcW w:type="dxa" w:w="3513"/>
            <w:vAlign w:val="top"/>
          </w:tcPr>
          <w:p>
            <w:r/>
            <w:r>
              <w:rPr>
                <w:b w:val="0"/>
                <w:sz w:val="16"/>
              </w:rPr>
              <w:t>Ramon Nachmansohn</w:t>
            </w:r>
          </w:p>
        </w:tc>
        <w:tc>
          <w:tcPr>
            <w:tcW w:type="dxa" w:w="3513"/>
            <w:vAlign w:val="top"/>
          </w:tcPr>
          <w:p>
            <w:r/>
            <w:r>
              <w:rPr>
                <w:b w:val="0"/>
                <w:sz w:val="16"/>
              </w:rPr>
              <w:t>Na ja, wirklich super, weil ich weiß, wie sie ist. Am Schluss verstehe ich dein Ding. Das ist so massiv, wo du kommst mit deiner Lehrerin.</w:t>
            </w:r>
          </w:p>
        </w:tc>
      </w:tr>
      <w:tr>
        <w:tc>
          <w:tcPr>
            <w:tcW w:type="dxa" w:w="3513"/>
            <w:vAlign w:val="top"/>
          </w:tcPr>
          <w:p>
            <w:r/>
            <w:r>
              <w:rPr>
                <w:b w:val="0"/>
                <w:sz w:val="16"/>
              </w:rPr>
              <w:t>1:23:24</w:t>
            </w:r>
          </w:p>
        </w:tc>
        <w:tc>
          <w:tcPr>
            <w:tcW w:type="dxa" w:w="3513"/>
            <w:vAlign w:val="top"/>
          </w:tcPr>
          <w:p>
            <w:r/>
            <w:r>
              <w:rPr>
                <w:b w:val="0"/>
                <w:sz w:val="16"/>
              </w:rPr>
              <w:t>Ramon Nachmansohn</w:t>
            </w:r>
          </w:p>
        </w:tc>
        <w:tc>
          <w:tcPr>
            <w:tcW w:type="dxa" w:w="3513"/>
            <w:vAlign w:val="top"/>
          </w:tcPr>
          <w:p>
            <w:r/>
            <w:r>
              <w:rPr>
                <w:b w:val="0"/>
                <w:sz w:val="16"/>
              </w:rPr>
              <w:t>Wenn wir noch klären oder aber in der Regel hab ichs lieber auseinander, zusammen also heizige Elektro ja in Ding in, das ist wirklich lieber auseinander. ist einfach in der Ausführung hat sich gezeigt, dass es einfach wirklich Probleme gibt.</w:t>
            </w:r>
          </w:p>
        </w:tc>
      </w:tr>
      <w:tr>
        <w:tc>
          <w:tcPr>
            <w:tcW w:type="dxa" w:w="3513"/>
            <w:vAlign w:val="top"/>
          </w:tcPr>
          <w:p>
            <w:r/>
            <w:r>
              <w:rPr>
                <w:b w:val="0"/>
                <w:sz w:val="16"/>
              </w:rPr>
              <w:t>1:23:43</w:t>
            </w:r>
          </w:p>
        </w:tc>
        <w:tc>
          <w:tcPr>
            <w:tcW w:type="dxa" w:w="3513"/>
            <w:vAlign w:val="top"/>
          </w:tcPr>
          <w:p>
            <w:r/>
            <w:r>
              <w:rPr>
                <w:b w:val="0"/>
                <w:sz w:val="16"/>
              </w:rPr>
              <w:t>Rieser Mathias</w:t>
            </w:r>
          </w:p>
        </w:tc>
        <w:tc>
          <w:tcPr>
            <w:tcW w:type="dxa" w:w="3513"/>
            <w:vAlign w:val="top"/>
          </w:tcPr>
          <w:p>
            <w:r/>
            <w:r>
              <w:rPr>
                <w:b w:val="0"/>
                <w:sz w:val="16"/>
              </w:rPr>
              <w:t>Aber ich glaub, das kann man vielleicht bilateral noch mal das dritte Mal mit mit mit der Knauer Maas. Ich bin zuversichtlich, dass man dem Detailer so Lösung finden, wo funktioniert ja.</w:t>
            </w:r>
          </w:p>
        </w:tc>
      </w:tr>
      <w:tr>
        <w:tc>
          <w:tcPr>
            <w:tcW w:type="dxa" w:w="3513"/>
            <w:vAlign w:val="top"/>
          </w:tcPr>
          <w:p>
            <w:r/>
            <w:r>
              <w:rPr>
                <w:b w:val="0"/>
                <w:sz w:val="16"/>
              </w:rPr>
              <w:t>1:23:45</w:t>
            </w:r>
          </w:p>
        </w:tc>
        <w:tc>
          <w:tcPr>
            <w:tcW w:type="dxa" w:w="3513"/>
            <w:vAlign w:val="top"/>
          </w:tcPr>
          <w:p>
            <w:r/>
            <w:r>
              <w:rPr>
                <w:b w:val="0"/>
                <w:sz w:val="16"/>
              </w:rPr>
              <w:t>Ramon Nachmansohn</w:t>
            </w:r>
          </w:p>
        </w:tc>
        <w:tc>
          <w:tcPr>
            <w:tcW w:type="dxa" w:w="3513"/>
            <w:vAlign w:val="top"/>
          </w:tcPr>
          <w:p>
            <w:r/>
            <w:r>
              <w:rPr>
                <w:b w:val="0"/>
                <w:sz w:val="16"/>
              </w:rPr>
              <w:t>Ja, das war mal. Ja, ja, sicher. Ja, sicher.</w:t>
            </w:r>
          </w:p>
        </w:tc>
      </w:tr>
      <w:tr>
        <w:tc>
          <w:tcPr>
            <w:tcW w:type="dxa" w:w="3513"/>
            <w:vAlign w:val="top"/>
          </w:tcPr>
          <w:p>
            <w:r/>
            <w:r>
              <w:rPr>
                <w:b w:val="0"/>
                <w:sz w:val="16"/>
              </w:rPr>
              <w:t>1:23:52</w:t>
            </w:r>
          </w:p>
        </w:tc>
        <w:tc>
          <w:tcPr>
            <w:tcW w:type="dxa" w:w="3513"/>
            <w:vAlign w:val="top"/>
          </w:tcPr>
          <w:p>
            <w:r/>
            <w:r>
              <w:rPr>
                <w:b w:val="0"/>
                <w:sz w:val="16"/>
              </w:rPr>
              <w:t>Claudia Kresser</w:t>
            </w:r>
          </w:p>
        </w:tc>
        <w:tc>
          <w:tcPr>
            <w:tcW w:type="dxa" w:w="3513"/>
            <w:vAlign w:val="top"/>
          </w:tcPr>
          <w:p>
            <w:r/>
            <w:r>
              <w:rPr>
                <w:b w:val="0"/>
                <w:sz w:val="16"/>
              </w:rPr>
              <w:t>Ist gut. Bin ja auch zufrieden.</w:t>
            </w:r>
          </w:p>
        </w:tc>
      </w:tr>
      <w:tr>
        <w:tc>
          <w:tcPr>
            <w:tcW w:type="dxa" w:w="3513"/>
            <w:vAlign w:val="top"/>
          </w:tcPr>
          <w:p>
            <w:r/>
            <w:r>
              <w:rPr>
                <w:b w:val="0"/>
                <w:sz w:val="16"/>
              </w:rPr>
              <w:t>1:23:54</w:t>
            </w:r>
          </w:p>
        </w:tc>
        <w:tc>
          <w:tcPr>
            <w:tcW w:type="dxa" w:w="3513"/>
            <w:vAlign w:val="top"/>
          </w:tcPr>
          <w:p>
            <w:r/>
            <w:r>
              <w:rPr>
                <w:b w:val="0"/>
                <w:sz w:val="16"/>
              </w:rPr>
              <w:t>Ramon Nachmansohn</w:t>
            </w:r>
          </w:p>
        </w:tc>
        <w:tc>
          <w:tcPr>
            <w:tcW w:type="dxa" w:w="3513"/>
            <w:vAlign w:val="top"/>
          </w:tcPr>
          <w:p>
            <w:r/>
            <w:r>
              <w:rPr>
                <w:b w:val="0"/>
                <w:sz w:val="16"/>
              </w:rPr>
              <w:t>Aber was ich nicht so gut finde, wenn man jetzt mit dem Board an sich verteiler würde, ist das Zimmer reingehen.</w:t>
            </w:r>
          </w:p>
        </w:tc>
      </w:tr>
      <w:tr>
        <w:tc>
          <w:tcPr>
            <w:tcW w:type="dxa" w:w="3513"/>
            <w:vAlign w:val="top"/>
          </w:tcPr>
          <w:p>
            <w:r/>
            <w:r>
              <w:rPr>
                <w:b w:val="0"/>
                <w:sz w:val="16"/>
              </w:rPr>
              <w:t>1:24:02</w:t>
            </w:r>
          </w:p>
        </w:tc>
        <w:tc>
          <w:tcPr>
            <w:tcW w:type="dxa" w:w="3513"/>
            <w:vAlign w:val="top"/>
          </w:tcPr>
          <w:p>
            <w:r/>
            <w:r>
              <w:rPr>
                <w:b w:val="0"/>
                <w:sz w:val="16"/>
              </w:rPr>
              <w:t>Claudia Kresser</w:t>
            </w:r>
          </w:p>
        </w:tc>
        <w:tc>
          <w:tcPr>
            <w:tcW w:type="dxa" w:w="3513"/>
            <w:vAlign w:val="top"/>
          </w:tcPr>
          <w:p>
            <w:r/>
            <w:r>
              <w:rPr>
                <w:b w:val="0"/>
                <w:sz w:val="16"/>
              </w:rPr>
              <w:t>Geil, also jetzt müssen wir noch kurz schauen. Der Rest oder magst du noch mal, Matthias, kannst du noch mal deine Blendchen einblenden, weil.</w:t>
            </w:r>
          </w:p>
        </w:tc>
      </w:tr>
      <w:tr>
        <w:tc>
          <w:tcPr>
            <w:tcW w:type="dxa" w:w="3513"/>
            <w:vAlign w:val="top"/>
          </w:tcPr>
          <w:p>
            <w:r/>
            <w:r>
              <w:rPr>
                <w:b w:val="0"/>
                <w:sz w:val="16"/>
              </w:rPr>
              <w:t>1:24:03</w:t>
            </w:r>
          </w:p>
        </w:tc>
        <w:tc>
          <w:tcPr>
            <w:tcW w:type="dxa" w:w="3513"/>
            <w:vAlign w:val="top"/>
          </w:tcPr>
          <w:p>
            <w:r/>
            <w:r>
              <w:rPr>
                <w:b w:val="0"/>
                <w:sz w:val="16"/>
              </w:rPr>
              <w:t>Rieser Mathias</w:t>
            </w:r>
          </w:p>
        </w:tc>
        <w:tc>
          <w:tcPr>
            <w:tcW w:type="dxa" w:w="3513"/>
            <w:vAlign w:val="top"/>
          </w:tcPr>
          <w:p>
            <w:r/>
            <w:r>
              <w:rPr>
                <w:b w:val="0"/>
                <w:sz w:val="16"/>
              </w:rPr>
              <w:t>Getting now. Hi, weil dann ist eigentlich Wohnhaus ist eigentlich, sag jetzt einmal, grundsätzlich abdeckt, dann kann man das nachher im Detail noch besprechen da mit der genau abmessige.</w:t>
            </w:r>
          </w:p>
        </w:tc>
      </w:tr>
      <w:tr>
        <w:tc>
          <w:tcPr>
            <w:tcW w:type="dxa" w:w="3513"/>
            <w:vAlign w:val="top"/>
          </w:tcPr>
          <w:p>
            <w:r/>
            <w:r>
              <w:rPr>
                <w:b w:val="0"/>
                <w:sz w:val="16"/>
              </w:rPr>
              <w:t>1:24:25</w:t>
            </w:r>
          </w:p>
        </w:tc>
        <w:tc>
          <w:tcPr>
            <w:tcW w:type="dxa" w:w="3513"/>
            <w:vAlign w:val="top"/>
          </w:tcPr>
          <w:p>
            <w:r/>
            <w:r>
              <w:rPr>
                <w:b w:val="0"/>
                <w:sz w:val="16"/>
              </w:rPr>
              <w:t>Rieser Mathias</w:t>
            </w:r>
          </w:p>
        </w:tc>
        <w:tc>
          <w:tcPr>
            <w:tcW w:type="dxa" w:w="3513"/>
            <w:vAlign w:val="top"/>
          </w:tcPr>
          <w:p>
            <w:r/>
            <w:r>
              <w:rPr>
                <w:b w:val="0"/>
                <w:sz w:val="16"/>
              </w:rPr>
              <w:t>I bin Gminds Hus Schminasat Augsee, dass mir das eigentlich komplett vor der Hulkers ablösen, dass das mir eigentlich eine eigene Stickzone generieren kann. Das ist Ziel, dass mir in dem Technikraum zum Putz rum.</w:t>
            </w:r>
          </w:p>
        </w:tc>
      </w:tr>
      <w:tr>
        <w:tc>
          <w:tcPr>
            <w:tcW w:type="dxa" w:w="3513"/>
            <w:vAlign w:val="top"/>
          </w:tcPr>
          <w:p>
            <w:r/>
            <w:r>
              <w:rPr>
                <w:b w:val="0"/>
                <w:sz w:val="16"/>
              </w:rPr>
              <w:t>1:24:41</w:t>
            </w:r>
          </w:p>
        </w:tc>
        <w:tc>
          <w:tcPr>
            <w:tcW w:type="dxa" w:w="3513"/>
            <w:vAlign w:val="top"/>
          </w:tcPr>
          <w:p>
            <w:r/>
            <w:r>
              <w:rPr>
                <w:b w:val="0"/>
                <w:sz w:val="16"/>
              </w:rPr>
              <w:t>Rieser Mathias</w:t>
            </w:r>
          </w:p>
        </w:tc>
        <w:tc>
          <w:tcPr>
            <w:tcW w:type="dxa" w:w="3513"/>
            <w:vAlign w:val="top"/>
          </w:tcPr>
          <w:p>
            <w:r/>
            <w:r>
              <w:rPr>
                <w:b w:val="0"/>
                <w:sz w:val="16"/>
              </w:rPr>
              <w:t>Trifahrer kommt, dann hätte man da eigentlich Stickzone, dann wären wir so gefragt, ob man da allerfalls eine Tür verschieben kann, dass man da auf mehr Platz hin und dann wärst Ziel, dass mir da eigentlich noch in der Decke, ich weiß jetzt nicht, ob es da die eine Abhängedecke gibt, aber die Konstruktion ausgesehen, dass mir da würde in der Decke</w:t>
            </w:r>
          </w:p>
        </w:tc>
      </w:tr>
      <w:tr>
        <w:tc>
          <w:tcPr>
            <w:tcW w:type="dxa" w:w="3513"/>
            <w:vAlign w:val="top"/>
          </w:tcPr>
          <w:p>
            <w:r/>
            <w:r>
              <w:rPr>
                <w:b w:val="0"/>
                <w:sz w:val="16"/>
              </w:rPr>
              <w:t>1:24:59</w:t>
            </w:r>
          </w:p>
        </w:tc>
        <w:tc>
          <w:tcPr>
            <w:tcW w:type="dxa" w:w="3513"/>
            <w:vAlign w:val="top"/>
          </w:tcPr>
          <w:p>
            <w:r/>
            <w:r>
              <w:rPr>
                <w:b w:val="0"/>
                <w:sz w:val="16"/>
              </w:rPr>
              <w:t>Rieser Mathias</w:t>
            </w:r>
          </w:p>
        </w:tc>
        <w:tc>
          <w:tcPr>
            <w:tcW w:type="dxa" w:w="3513"/>
            <w:vAlign w:val="top"/>
          </w:tcPr>
          <w:p>
            <w:r/>
            <w:r>
              <w:rPr>
                <w:b w:val="0"/>
                <w:sz w:val="16"/>
              </w:rPr>
              <w:t>Wegfahren und da aus eigentlich noch wieder das erste O.G. Driego, wo dann eigentlich genau diese Elektro rum wäre von der EDV her, dann hätten wir da eigentlich das Geschoss alles so schlossen in der Decke vom ersten O.G. Wìrde mir wieder in der</w:t>
            </w:r>
          </w:p>
        </w:tc>
      </w:tr>
      <w:tr>
        <w:tc>
          <w:tcPr>
            <w:tcW w:type="dxa" w:w="3513"/>
            <w:vAlign w:val="top"/>
          </w:tcPr>
          <w:p>
            <w:r/>
            <w:r>
              <w:rPr>
                <w:b w:val="0"/>
                <w:sz w:val="16"/>
              </w:rPr>
              <w:t>1:25:14</w:t>
            </w:r>
          </w:p>
        </w:tc>
        <w:tc>
          <w:tcPr>
            <w:tcW w:type="dxa" w:w="3513"/>
            <w:vAlign w:val="top"/>
          </w:tcPr>
          <w:p>
            <w:r/>
            <w:r>
              <w:rPr>
                <w:b w:val="0"/>
                <w:sz w:val="16"/>
              </w:rPr>
              <w:t>Rieser Mathias</w:t>
            </w:r>
          </w:p>
        </w:tc>
        <w:tc>
          <w:tcPr>
            <w:tcW w:type="dxa" w:w="3513"/>
            <w:vAlign w:val="top"/>
          </w:tcPr>
          <w:p>
            <w:r/>
            <w:r>
              <w:rPr>
                <w:b w:val="0"/>
                <w:sz w:val="16"/>
              </w:rPr>
              <w:t>Decke, allenfalls mit Trasse oder mit Rohr, je nach Fluchtwegsituation, da Stickzone machen und dann wären wir noch im zweiten Obergeschoss. Wäre jetzt meine Idee, dass wir da die Schrankfront der Wi Dann und da ist Elektroverteile.</w:t>
            </w:r>
          </w:p>
        </w:tc>
      </w:tr>
      <w:tr>
        <w:tc>
          <w:tcPr>
            <w:tcW w:type="dxa" w:w="3513"/>
            <w:vAlign w:val="top"/>
          </w:tcPr>
          <w:p>
            <w:r/>
            <w:r>
              <w:rPr>
                <w:b w:val="0"/>
                <w:sz w:val="16"/>
              </w:rPr>
              <w:t>1:25:34</w:t>
            </w:r>
          </w:p>
        </w:tc>
        <w:tc>
          <w:tcPr>
            <w:tcW w:type="dxa" w:w="3513"/>
            <w:vAlign w:val="top"/>
          </w:tcPr>
          <w:p>
            <w:r/>
            <w:r>
              <w:rPr>
                <w:b w:val="0"/>
                <w:sz w:val="16"/>
              </w:rPr>
              <w:t>Rieser Mathias</w:t>
            </w:r>
          </w:p>
        </w:tc>
        <w:tc>
          <w:tcPr>
            <w:tcW w:type="dxa" w:w="3513"/>
            <w:vAlign w:val="top"/>
          </w:tcPr>
          <w:p>
            <w:r/>
            <w:r>
              <w:rPr>
                <w:b w:val="0"/>
                <w:sz w:val="16"/>
              </w:rPr>
              <w:t>Durch das hätte mir eigentlich ein Konzept, wo wo man den da sieht. Das würde es eigentlich die ganze schlüssige, das war jetzt gerade mit mit dem Bodenkanal eigentlich erleichtern, oder das heißt, man kann immer so so rumfahren und da Züge eigentlich erschließen, oder</w:t>
            </w:r>
          </w:p>
        </w:tc>
      </w:tr>
      <w:tr>
        <w:tc>
          <w:tcPr>
            <w:tcW w:type="dxa" w:w="3513"/>
            <w:vAlign w:val="top"/>
          </w:tcPr>
          <w:p>
            <w:r/>
            <w:r>
              <w:rPr>
                <w:b w:val="0"/>
                <w:sz w:val="16"/>
              </w:rPr>
              <w:t>1:25:55</w:t>
            </w:r>
          </w:p>
        </w:tc>
        <w:tc>
          <w:tcPr>
            <w:tcW w:type="dxa" w:w="3513"/>
            <w:vAlign w:val="top"/>
          </w:tcPr>
          <w:p>
            <w:r/>
            <w:r>
              <w:rPr>
                <w:b w:val="0"/>
                <w:sz w:val="16"/>
              </w:rPr>
              <w:t>Rieser Mathias</w:t>
            </w:r>
          </w:p>
        </w:tc>
        <w:tc>
          <w:tcPr>
            <w:tcW w:type="dxa" w:w="3513"/>
            <w:vAlign w:val="top"/>
          </w:tcPr>
          <w:p>
            <w:r/>
            <w:r>
              <w:rPr>
                <w:b w:val="0"/>
                <w:sz w:val="16"/>
              </w:rPr>
              <w:t>Und auch da der Schwachsinn drumherum, haben wir jetzt einfach kopieren, nochmal Reggae reingesetzt. Der Vorteil von der von dem Konzept ist einfach, dass mir Back von der HKS sind aus Koordinationsgründen. Wir sind in Schächte, wo keine Zugänglichkeit mehr hat und wir haben auch Sachen, wo man erweitern kann oder.</w:t>
            </w:r>
          </w:p>
        </w:tc>
      </w:tr>
      <w:tr>
        <w:tc>
          <w:tcPr>
            <w:tcW w:type="dxa" w:w="3513"/>
            <w:vAlign w:val="top"/>
          </w:tcPr>
          <w:p>
            <w:r/>
            <w:r>
              <w:rPr>
                <w:b w:val="0"/>
                <w:sz w:val="16"/>
              </w:rPr>
              <w:t>1:26:13</w:t>
            </w:r>
          </w:p>
        </w:tc>
        <w:tc>
          <w:tcPr>
            <w:tcW w:type="dxa" w:w="3513"/>
            <w:vAlign w:val="top"/>
          </w:tcPr>
          <w:p>
            <w:r/>
            <w:r>
              <w:rPr>
                <w:b w:val="0"/>
                <w:sz w:val="16"/>
              </w:rPr>
              <w:t>Rieser Mathias</w:t>
            </w:r>
          </w:p>
        </w:tc>
        <w:tc>
          <w:tcPr>
            <w:tcW w:type="dxa" w:w="3513"/>
            <w:vAlign w:val="top"/>
          </w:tcPr>
          <w:p>
            <w:r/>
            <w:r>
              <w:rPr>
                <w:b w:val="0"/>
                <w:sz w:val="16"/>
              </w:rPr>
              <w:t>Wenn es möglich ist, kommen ja auch alles in Putz Rum Reto, dann müssen wir vielleicht noch mal die die rühmliche Situation anloggen. Dann müssen wir allerfalls sagen, Putz Rum und WCs immer wechseln, dass mir, dass die Rühm oben. Übereinander sind, aber jetzt ist der Putzraum immer Bild versetzt. Das hat das macht es ja wird schwierig mit denen versetz. Wenn jetzt Wünsche könnte, wäre ich dir am liebsten, dass eigentlich der Putzraum und 2 Zertrüllt wird. Dann hätte ein ein Grad das Ding oben an oder.</w:t>
            </w:r>
          </w:p>
        </w:tc>
      </w:tr>
      <w:tr>
        <w:tc>
          <w:tcPr>
            <w:tcW w:type="dxa" w:w="3513"/>
            <w:vAlign w:val="top"/>
          </w:tcPr>
          <w:p>
            <w:r/>
            <w:r>
              <w:rPr>
                <w:b w:val="0"/>
                <w:sz w:val="16"/>
              </w:rPr>
              <w:t>1:26:44</w:t>
            </w:r>
          </w:p>
        </w:tc>
        <w:tc>
          <w:tcPr>
            <w:tcW w:type="dxa" w:w="3513"/>
            <w:vAlign w:val="top"/>
          </w:tcPr>
          <w:p>
            <w:r/>
            <w:r>
              <w:rPr>
                <w:b w:val="0"/>
                <w:sz w:val="16"/>
              </w:rPr>
              <w:t>Claudia Kresser</w:t>
            </w:r>
          </w:p>
        </w:tc>
        <w:tc>
          <w:tcPr>
            <w:tcW w:type="dxa" w:w="3513"/>
            <w:vAlign w:val="top"/>
          </w:tcPr>
          <w:p>
            <w:r/>
            <w:r>
              <w:rPr>
                <w:b w:val="0"/>
                <w:sz w:val="16"/>
              </w:rPr>
              <w:t>Ah, das können wir aber schon überlegen.</w:t>
            </w:r>
          </w:p>
        </w:tc>
      </w:tr>
      <w:tr>
        <w:tc>
          <w:tcPr>
            <w:tcW w:type="dxa" w:w="3513"/>
            <w:vAlign w:val="top"/>
          </w:tcPr>
          <w:p>
            <w:r/>
            <w:r>
              <w:rPr>
                <w:b w:val="0"/>
                <w:sz w:val="16"/>
              </w:rPr>
              <w:t>1:26:46</w:t>
            </w:r>
          </w:p>
        </w:tc>
        <w:tc>
          <w:tcPr>
            <w:tcW w:type="dxa" w:w="3513"/>
            <w:vAlign w:val="top"/>
          </w:tcPr>
          <w:p>
            <w:r/>
            <w:r>
              <w:rPr>
                <w:b w:val="0"/>
                <w:sz w:val="16"/>
              </w:rPr>
              <w:t>Rieser Mathias</w:t>
            </w:r>
          </w:p>
        </w:tc>
        <w:tc>
          <w:tcPr>
            <w:tcW w:type="dxa" w:w="3513"/>
            <w:vAlign w:val="top"/>
          </w:tcPr>
          <w:p>
            <w:r/>
            <w:r>
              <w:rPr>
                <w:b w:val="0"/>
                <w:sz w:val="16"/>
              </w:rPr>
              <w:t>Ja, das wirst ein bisschen schärfer, auffällig da mit den Fluchtwege, das ist einfach so ein bisschen, wo das Gefühl hast.</w:t>
            </w:r>
          </w:p>
        </w:tc>
      </w:tr>
      <w:tr>
        <w:tc>
          <w:tcPr>
            <w:tcW w:type="dxa" w:w="3513"/>
            <w:vAlign w:val="top"/>
          </w:tcPr>
          <w:p>
            <w:r/>
            <w:r>
              <w:rPr>
                <w:b w:val="0"/>
                <w:sz w:val="16"/>
              </w:rPr>
              <w:t>1:26:50</w:t>
            </w:r>
          </w:p>
        </w:tc>
        <w:tc>
          <w:tcPr>
            <w:tcW w:type="dxa" w:w="3513"/>
            <w:vAlign w:val="top"/>
          </w:tcPr>
          <w:p>
            <w:r/>
            <w:r>
              <w:rPr>
                <w:b w:val="0"/>
                <w:sz w:val="16"/>
              </w:rPr>
              <w:t>Ramon Nachmansohn</w:t>
            </w:r>
          </w:p>
        </w:tc>
        <w:tc>
          <w:tcPr>
            <w:tcW w:type="dxa" w:w="3513"/>
            <w:vAlign w:val="top"/>
          </w:tcPr>
          <w:p>
            <w:r/>
            <w:r>
              <w:rPr>
                <w:b w:val="0"/>
                <w:sz w:val="16"/>
              </w:rPr>
              <w:t>Und was man dann auch noch im Mysti logisch, oder? Und da sind diese Elemente nicht übereinander, oder? Manchmal sind es links, jetzt Mi V W C, manchmal sind es rechts. Oder dass man nicht, dass man nicht nur Mesut hin und her springen, oder dass man da V.I.S. Ding reinbringt.</w:t>
            </w:r>
          </w:p>
        </w:tc>
      </w:tr>
      <w:tr>
        <w:tc>
          <w:tcPr>
            <w:tcW w:type="dxa" w:w="3513"/>
            <w:vAlign w:val="top"/>
          </w:tcPr>
          <w:p>
            <w:r/>
            <w:r>
              <w:rPr>
                <w:b w:val="0"/>
                <w:sz w:val="16"/>
              </w:rPr>
              <w:t>1:27:07</w:t>
            </w:r>
          </w:p>
        </w:tc>
        <w:tc>
          <w:tcPr>
            <w:tcW w:type="dxa" w:w="3513"/>
            <w:vAlign w:val="top"/>
          </w:tcPr>
          <w:p>
            <w:r/>
            <w:r>
              <w:rPr>
                <w:b w:val="0"/>
                <w:sz w:val="16"/>
              </w:rPr>
              <w:t>Ramon Nachmansohn</w:t>
            </w:r>
          </w:p>
        </w:tc>
        <w:tc>
          <w:tcPr>
            <w:tcW w:type="dxa" w:w="3513"/>
            <w:vAlign w:val="top"/>
          </w:tcPr>
          <w:p>
            <w:r/>
            <w:r>
              <w:rPr>
                <w:b w:val="0"/>
                <w:sz w:val="16"/>
              </w:rPr>
              <w:t>Hoch liege gleich über ein andere wäre ideal.</w:t>
            </w:r>
          </w:p>
        </w:tc>
      </w:tr>
      <w:tr>
        <w:tc>
          <w:tcPr>
            <w:tcW w:type="dxa" w:w="3513"/>
            <w:vAlign w:val="top"/>
          </w:tcPr>
          <w:p>
            <w:r/>
            <w:r>
              <w:rPr>
                <w:b w:val="0"/>
                <w:sz w:val="16"/>
              </w:rPr>
              <w:t>1:27:11</w:t>
            </w:r>
          </w:p>
        </w:tc>
        <w:tc>
          <w:tcPr>
            <w:tcW w:type="dxa" w:w="3513"/>
            <w:vAlign w:val="top"/>
          </w:tcPr>
          <w:p>
            <w:r/>
            <w:r>
              <w:rPr>
                <w:b w:val="0"/>
                <w:sz w:val="16"/>
              </w:rPr>
              <w:t>Rieser Mathias</w:t>
            </w:r>
          </w:p>
        </w:tc>
        <w:tc>
          <w:tcPr>
            <w:tcW w:type="dxa" w:w="3513"/>
            <w:vAlign w:val="top"/>
          </w:tcPr>
          <w:p>
            <w:r/>
            <w:r>
              <w:rPr>
                <w:b w:val="0"/>
                <w:sz w:val="16"/>
              </w:rPr>
              <w:t>Ja, dass man so die das Grundgerüst übereinander hat, dann eigentlich im Prinzip ja.</w:t>
            </w:r>
          </w:p>
        </w:tc>
      </w:tr>
      <w:tr>
        <w:tc>
          <w:tcPr>
            <w:tcW w:type="dxa" w:w="3513"/>
            <w:vAlign w:val="top"/>
          </w:tcPr>
          <w:p>
            <w:r/>
            <w:r>
              <w:rPr>
                <w:b w:val="0"/>
                <w:sz w:val="16"/>
              </w:rPr>
              <w:t>1:27:18</w:t>
            </w:r>
          </w:p>
        </w:tc>
        <w:tc>
          <w:tcPr>
            <w:tcW w:type="dxa" w:w="3513"/>
            <w:vAlign w:val="top"/>
          </w:tcPr>
          <w:p>
            <w:r/>
            <w:r>
              <w:rPr>
                <w:b w:val="0"/>
                <w:sz w:val="16"/>
              </w:rPr>
              <w:t>Claudia Kresser</w:t>
            </w:r>
          </w:p>
        </w:tc>
        <w:tc>
          <w:tcPr>
            <w:tcW w:type="dxa" w:w="3513"/>
            <w:vAlign w:val="top"/>
          </w:tcPr>
          <w:p>
            <w:r/>
            <w:r>
              <w:rPr>
                <w:b w:val="0"/>
                <w:sz w:val="16"/>
              </w:rPr>
              <w:t>Aber ich muss eigentlich leider, also Ramon, das du, du redest jetzt eigentlich hauptsächlich von dem IVWC, gell, wo man es drückt. Das Problem ist, da sind wir.</w:t>
            </w:r>
          </w:p>
        </w:tc>
      </w:tr>
      <w:tr>
        <w:tc>
          <w:tcPr>
            <w:tcW w:type="dxa" w:w="3513"/>
            <w:vAlign w:val="top"/>
          </w:tcPr>
          <w:p>
            <w:r/>
            <w:r>
              <w:rPr>
                <w:b w:val="0"/>
                <w:sz w:val="16"/>
              </w:rPr>
              <w:t>1:27:30</w:t>
            </w:r>
          </w:p>
        </w:tc>
        <w:tc>
          <w:tcPr>
            <w:tcW w:type="dxa" w:w="3513"/>
            <w:vAlign w:val="top"/>
          </w:tcPr>
          <w:p>
            <w:r/>
            <w:r>
              <w:rPr>
                <w:b w:val="0"/>
                <w:sz w:val="16"/>
              </w:rPr>
              <w:t>Claudia Kresser</w:t>
            </w:r>
          </w:p>
        </w:tc>
        <w:tc>
          <w:tcPr>
            <w:tcW w:type="dxa" w:w="3513"/>
            <w:vAlign w:val="top"/>
          </w:tcPr>
          <w:p>
            <w:r/>
            <w:r>
              <w:rPr>
                <w:b w:val="0"/>
                <w:sz w:val="16"/>
              </w:rPr>
              <w:t>Da sind wir wir Bunde und zwar aus dem Grund, weil das WC muss von dem Mehrzwecksaal aus erreichbar sein, weißt bei Betrieb, wo es wo es Gemeindshaus dann zu hat. Das heißt, wenn jetzt da am Abend Veranstaltung ist oder so und die Leute gehen dann.</w:t>
            </w:r>
          </w:p>
        </w:tc>
      </w:tr>
      <w:tr>
        <w:tc>
          <w:tcPr>
            <w:tcW w:type="dxa" w:w="3513"/>
            <w:vAlign w:val="top"/>
          </w:tcPr>
          <w:p>
            <w:r/>
            <w:r>
              <w:rPr>
                <w:b w:val="0"/>
                <w:sz w:val="16"/>
              </w:rPr>
              <w:t>1:27:48</w:t>
            </w:r>
          </w:p>
        </w:tc>
        <w:tc>
          <w:tcPr>
            <w:tcW w:type="dxa" w:w="3513"/>
            <w:vAlign w:val="top"/>
          </w:tcPr>
          <w:p>
            <w:r/>
            <w:r>
              <w:rPr>
                <w:b w:val="0"/>
                <w:sz w:val="16"/>
              </w:rPr>
              <w:t>Claudia Kresser</w:t>
            </w:r>
          </w:p>
        </w:tc>
        <w:tc>
          <w:tcPr>
            <w:tcW w:type="dxa" w:w="3513"/>
            <w:vAlign w:val="top"/>
          </w:tcPr>
          <w:p>
            <w:r/>
            <w:r>
              <w:rPr>
                <w:b w:val="0"/>
                <w:sz w:val="16"/>
              </w:rPr>
              <w:t>Die gone their bedarf des WT und der Rest.</w:t>
            </w:r>
          </w:p>
        </w:tc>
      </w:tr>
      <w:tr>
        <w:tc>
          <w:tcPr>
            <w:tcW w:type="dxa" w:w="3513"/>
            <w:vAlign w:val="top"/>
          </w:tcPr>
          <w:p>
            <w:r/>
            <w:r>
              <w:rPr>
                <w:b w:val="0"/>
                <w:sz w:val="16"/>
              </w:rPr>
              <w:t>1:27:49</w:t>
            </w:r>
          </w:p>
        </w:tc>
        <w:tc>
          <w:tcPr>
            <w:tcW w:type="dxa" w:w="3513"/>
            <w:vAlign w:val="top"/>
          </w:tcPr>
          <w:p>
            <w:r/>
            <w:r>
              <w:rPr>
                <w:b w:val="0"/>
                <w:sz w:val="16"/>
              </w:rPr>
              <w:t>Ramon Nachmansohn</w:t>
            </w:r>
          </w:p>
        </w:tc>
        <w:tc>
          <w:tcPr>
            <w:tcW w:type="dxa" w:w="3513"/>
            <w:vAlign w:val="top"/>
          </w:tcPr>
          <w:p>
            <w:r/>
            <w:r>
              <w:rPr>
                <w:b w:val="0"/>
                <w:sz w:val="16"/>
              </w:rPr>
              <w:t>Ja, ist ja ein Holz. Na ja, gut, ist ein Holzbau dort oder Borden. Wird ja aus Holz gemacht werden, nehmen wir auch oder Betten Holz. O. K., ja, dann nehmen wir halt sehr wahrscheinlich eine Abhangdecke hin oder so, wo man halt etwas abhängen kann zum Verziehen.</w:t>
            </w:r>
          </w:p>
        </w:tc>
      </w:tr>
      <w:tr>
        <w:tc>
          <w:tcPr>
            <w:tcW w:type="dxa" w:w="3513"/>
            <w:vAlign w:val="top"/>
          </w:tcPr>
          <w:p>
            <w:r/>
            <w:r>
              <w:rPr>
                <w:b w:val="0"/>
                <w:sz w:val="16"/>
              </w:rPr>
              <w:t>1:27:52</w:t>
            </w:r>
          </w:p>
        </w:tc>
        <w:tc>
          <w:tcPr>
            <w:tcW w:type="dxa" w:w="3513"/>
            <w:vAlign w:val="top"/>
          </w:tcPr>
          <w:p>
            <w:r/>
            <w:r>
              <w:rPr>
                <w:b w:val="0"/>
                <w:sz w:val="16"/>
              </w:rPr>
              <w:t>Claudia Kresser</w:t>
            </w:r>
          </w:p>
        </w:tc>
        <w:tc>
          <w:tcPr>
            <w:tcW w:type="dxa" w:w="3513"/>
            <w:vAlign w:val="top"/>
          </w:tcPr>
          <w:p>
            <w:r/>
            <w:r>
              <w:rPr>
                <w:b w:val="0"/>
                <w:sz w:val="16"/>
              </w:rPr>
              <w:t>Ja, ja, genau, Holz. Also, ich kann euch verstanden, warum und wieso. Ich verstehe das auch, dass das doof ist, wenn wir da müssen streiken, die Leitungen und so, aber.</w:t>
            </w:r>
          </w:p>
        </w:tc>
      </w:tr>
      <w:tr>
        <w:tc>
          <w:tcPr>
            <w:tcW w:type="dxa" w:w="3513"/>
            <w:vAlign w:val="top"/>
          </w:tcPr>
          <w:p>
            <w:r/>
            <w:r>
              <w:rPr>
                <w:b w:val="0"/>
                <w:sz w:val="16"/>
              </w:rPr>
              <w:t>1:28:11</w:t>
            </w:r>
          </w:p>
        </w:tc>
        <w:tc>
          <w:tcPr>
            <w:tcW w:type="dxa" w:w="3513"/>
            <w:vAlign w:val="top"/>
          </w:tcPr>
          <w:p>
            <w:r/>
            <w:r>
              <w:rPr>
                <w:b w:val="0"/>
                <w:sz w:val="16"/>
              </w:rPr>
              <w:t>Ramon Nachmansohn</w:t>
            </w:r>
          </w:p>
        </w:tc>
        <w:tc>
          <w:tcPr>
            <w:tcW w:type="dxa" w:w="3513"/>
            <w:vAlign w:val="top"/>
          </w:tcPr>
          <w:p>
            <w:r/>
            <w:r>
              <w:rPr>
                <w:b w:val="0"/>
                <w:sz w:val="16"/>
              </w:rPr>
              <w:t>Naja. Aber wenn ich oder ich wollte ja eigentlich wollte ich ja auch im Putz zu meiner mit der Heizung da nur verstiegen und ich hab ich hab das Licht Thema wie der Matthias auch. Also, wenn es aber sie schlecht versetzt da.</w:t>
            </w:r>
          </w:p>
        </w:tc>
      </w:tr>
      <w:tr>
        <w:tc>
          <w:tcPr>
            <w:tcW w:type="dxa" w:w="3513"/>
            <w:vAlign w:val="top"/>
          </w:tcPr>
          <w:p>
            <w:r/>
            <w:r>
              <w:rPr>
                <w:b w:val="0"/>
                <w:sz w:val="16"/>
              </w:rPr>
              <w:t>1:28:29</w:t>
            </w:r>
          </w:p>
        </w:tc>
        <w:tc>
          <w:tcPr>
            <w:tcW w:type="dxa" w:w="3513"/>
            <w:vAlign w:val="top"/>
          </w:tcPr>
          <w:p>
            <w:r/>
            <w:r>
              <w:rPr>
                <w:b w:val="0"/>
                <w:sz w:val="16"/>
              </w:rPr>
              <w:t>Ramon Nachmansohn</w:t>
            </w:r>
          </w:p>
        </w:tc>
        <w:tc>
          <w:tcPr>
            <w:tcW w:type="dxa" w:w="3513"/>
            <w:vAlign w:val="top"/>
          </w:tcPr>
          <w:p>
            <w:r/>
            <w:r>
              <w:rPr>
                <w:b w:val="0"/>
                <w:sz w:val="16"/>
              </w:rPr>
              <w:t>Und wenn man jetzt da vielleicht noch ein Drechsler wär, wär schon cool.</w:t>
            </w:r>
          </w:p>
        </w:tc>
      </w:tr>
      <w:tr>
        <w:tc>
          <w:tcPr>
            <w:tcW w:type="dxa" w:w="3513"/>
            <w:vAlign w:val="top"/>
          </w:tcPr>
          <w:p>
            <w:r/>
            <w:r>
              <w:rPr>
                <w:b w:val="0"/>
                <w:sz w:val="16"/>
              </w:rPr>
              <w:t>1:28:34</w:t>
            </w:r>
          </w:p>
        </w:tc>
        <w:tc>
          <w:tcPr>
            <w:tcW w:type="dxa" w:w="3513"/>
            <w:vAlign w:val="top"/>
          </w:tcPr>
          <w:p>
            <w:r/>
            <w:r>
              <w:rPr>
                <w:b w:val="0"/>
                <w:sz w:val="16"/>
              </w:rPr>
              <w:t>Claudia Kresser</w:t>
            </w:r>
          </w:p>
        </w:tc>
        <w:tc>
          <w:tcPr>
            <w:tcW w:type="dxa" w:w="3513"/>
            <w:vAlign w:val="top"/>
          </w:tcPr>
          <w:p>
            <w:r/>
            <w:r>
              <w:rPr>
                <w:b w:val="0"/>
                <w:sz w:val="16"/>
              </w:rPr>
              <w:t>Also, mit mir kenne das sicher irgendwie, da können wir sicher was machen oder gut.</w:t>
            </w:r>
          </w:p>
        </w:tc>
      </w:tr>
      <w:tr>
        <w:tc>
          <w:tcPr>
            <w:tcW w:type="dxa" w:w="3513"/>
            <w:vAlign w:val="top"/>
          </w:tcPr>
          <w:p>
            <w:r/>
            <w:r>
              <w:rPr>
                <w:b w:val="0"/>
                <w:sz w:val="16"/>
              </w:rPr>
              <w:t>1:28:45</w:t>
            </w:r>
          </w:p>
        </w:tc>
        <w:tc>
          <w:tcPr>
            <w:tcW w:type="dxa" w:w="3513"/>
            <w:vAlign w:val="top"/>
          </w:tcPr>
          <w:p>
            <w:r/>
            <w:r>
              <w:rPr>
                <w:b w:val="0"/>
                <w:sz w:val="16"/>
              </w:rPr>
              <w:t>Rieser Mathias</w:t>
            </w:r>
          </w:p>
        </w:tc>
        <w:tc>
          <w:tcPr>
            <w:tcW w:type="dxa" w:w="3513"/>
            <w:vAlign w:val="top"/>
          </w:tcPr>
          <w:p>
            <w:r/>
            <w:r>
              <w:rPr>
                <w:b w:val="0"/>
                <w:sz w:val="16"/>
              </w:rPr>
              <w:t>Ja, vielleicht hat der Elektrobedarf Formular, wo wir über Verteidiger platzieren, dass man es vielleicht im Grundriss ergänzt oder so, dass das Bauerschaft genau weiß, so dass sie es immer besser hin im Prinzip oder und ja, Sus würde jetzt immer sagen, das funktioniert grundsätzlich. Das sind ja Details, falls da ein Abhang, falls da ein Fluchtweg wäre, dann müssen wir das alles, falls IBAG 60, weil wir machen Rohr, das sind dann glaub Details, wo man zum Löser bringen, wo man es dann berücksichtige, je nachdem. Viele Variante, dass dein Hund mit der Lage von Putz rum ja.</w:t>
            </w:r>
          </w:p>
        </w:tc>
      </w:tr>
      <w:tr>
        <w:tc>
          <w:tcPr>
            <w:tcW w:type="dxa" w:w="3513"/>
            <w:vAlign w:val="top"/>
          </w:tcPr>
          <w:p>
            <w:r/>
            <w:r>
              <w:rPr>
                <w:b w:val="0"/>
                <w:sz w:val="16"/>
              </w:rPr>
              <w:t>1:29:20</w:t>
            </w:r>
          </w:p>
        </w:tc>
        <w:tc>
          <w:tcPr>
            <w:tcW w:type="dxa" w:w="3513"/>
            <w:vAlign w:val="top"/>
          </w:tcPr>
          <w:p>
            <w:r/>
            <w:r>
              <w:rPr>
                <w:b w:val="0"/>
                <w:sz w:val="16"/>
              </w:rPr>
              <w:t>Claudia Kresser</w:t>
            </w:r>
          </w:p>
        </w:tc>
        <w:tc>
          <w:tcPr>
            <w:tcW w:type="dxa" w:w="3513"/>
            <w:vAlign w:val="top"/>
          </w:tcPr>
          <w:p>
            <w:r/>
            <w:r>
              <w:rPr>
                <w:b w:val="0"/>
                <w:sz w:val="16"/>
              </w:rPr>
              <w:t>Also, da haben wir sicher, da haben wir Brandschutz, da bisschen eklig, gell?</w:t>
            </w:r>
          </w:p>
        </w:tc>
      </w:tr>
      <w:tr>
        <w:tc>
          <w:tcPr>
            <w:tcW w:type="dxa" w:w="3513"/>
            <w:vAlign w:val="top"/>
          </w:tcPr>
          <w:p>
            <w:r/>
            <w:r>
              <w:rPr>
                <w:b w:val="0"/>
                <w:sz w:val="16"/>
              </w:rPr>
              <w:t>1:29:25</w:t>
            </w:r>
          </w:p>
        </w:tc>
        <w:tc>
          <w:tcPr>
            <w:tcW w:type="dxa" w:w="3513"/>
            <w:vAlign w:val="top"/>
          </w:tcPr>
          <w:p>
            <w:r/>
            <w:r>
              <w:rPr>
                <w:b w:val="0"/>
                <w:sz w:val="16"/>
              </w:rPr>
              <w:t>Rieser Mathias</w:t>
            </w:r>
          </w:p>
        </w:tc>
        <w:tc>
          <w:tcPr>
            <w:tcW w:type="dxa" w:w="3513"/>
            <w:vAlign w:val="top"/>
          </w:tcPr>
          <w:p>
            <w:r/>
            <w:r>
              <w:rPr>
                <w:b w:val="0"/>
                <w:sz w:val="16"/>
              </w:rPr>
              <w:t>Ja, ich kann mir vorstellen, dass da sicher ein Fluchtweg ist, aber ich weiß, Roxana, falls es über das hier geht.</w:t>
            </w:r>
          </w:p>
        </w:tc>
      </w:tr>
      <w:tr>
        <w:tc>
          <w:tcPr>
            <w:tcW w:type="dxa" w:w="3513"/>
            <w:vAlign w:val="top"/>
          </w:tcPr>
          <w:p>
            <w:r/>
            <w:r>
              <w:rPr>
                <w:b w:val="0"/>
                <w:sz w:val="16"/>
              </w:rPr>
              <w:t>1:29:28</w:t>
            </w:r>
          </w:p>
        </w:tc>
        <w:tc>
          <w:tcPr>
            <w:tcW w:type="dxa" w:w="3513"/>
            <w:vAlign w:val="top"/>
          </w:tcPr>
          <w:p>
            <w:r/>
            <w:r>
              <w:rPr>
                <w:b w:val="0"/>
                <w:sz w:val="16"/>
              </w:rPr>
              <w:t>Claudia Kresser</w:t>
            </w:r>
          </w:p>
        </w:tc>
        <w:tc>
          <w:tcPr>
            <w:tcW w:type="dxa" w:w="3513"/>
            <w:vAlign w:val="top"/>
          </w:tcPr>
          <w:p>
            <w:r/>
            <w:r>
              <w:rPr>
                <w:b w:val="0"/>
                <w:sz w:val="16"/>
              </w:rPr>
              <w:t>Pushing. Ich brauch Schutzdecke, hast du den?</w:t>
            </w:r>
          </w:p>
        </w:tc>
      </w:tr>
      <w:tr>
        <w:tc>
          <w:tcPr>
            <w:tcW w:type="dxa" w:w="3513"/>
            <w:vAlign w:val="top"/>
          </w:tcPr>
          <w:p>
            <w:r/>
            <w:r>
              <w:rPr>
                <w:b w:val="0"/>
                <w:sz w:val="16"/>
              </w:rPr>
              <w:t>1:29:35</w:t>
            </w:r>
          </w:p>
        </w:tc>
        <w:tc>
          <w:tcPr>
            <w:tcW w:type="dxa" w:w="3513"/>
            <w:vAlign w:val="top"/>
          </w:tcPr>
          <w:p>
            <w:r/>
            <w:r>
              <w:rPr>
                <w:b w:val="0"/>
                <w:sz w:val="16"/>
              </w:rPr>
              <w:t>Donatiello Cristian</w:t>
            </w:r>
          </w:p>
        </w:tc>
        <w:tc>
          <w:tcPr>
            <w:tcW w:type="dxa" w:w="3513"/>
            <w:vAlign w:val="top"/>
          </w:tcPr>
          <w:p>
            <w:r/>
            <w:r>
              <w:rPr>
                <w:b w:val="0"/>
                <w:sz w:val="16"/>
              </w:rPr>
              <w:t>Also, Brandschutzkonzept hab ich abgeleitet, Trimble hat ich drinne.</w:t>
            </w:r>
          </w:p>
        </w:tc>
      </w:tr>
      <w:tr>
        <w:tc>
          <w:tcPr>
            <w:tcW w:type="dxa" w:w="3513"/>
            <w:vAlign w:val="top"/>
          </w:tcPr>
          <w:p>
            <w:r/>
            <w:r>
              <w:rPr>
                <w:b w:val="0"/>
                <w:sz w:val="16"/>
              </w:rPr>
              <w:t>1:29:39</w:t>
            </w:r>
          </w:p>
        </w:tc>
        <w:tc>
          <w:tcPr>
            <w:tcW w:type="dxa" w:w="3513"/>
            <w:vAlign w:val="top"/>
          </w:tcPr>
          <w:p>
            <w:r/>
            <w:r>
              <w:rPr>
                <w:b w:val="0"/>
                <w:sz w:val="16"/>
              </w:rPr>
              <w:t>Claudia Kresser</w:t>
            </w:r>
          </w:p>
        </w:tc>
        <w:tc>
          <w:tcPr>
            <w:tcW w:type="dxa" w:w="3513"/>
            <w:vAlign w:val="top"/>
          </w:tcPr>
          <w:p>
            <w:r/>
            <w:r>
              <w:rPr>
                <w:b w:val="0"/>
                <w:sz w:val="16"/>
              </w:rPr>
              <w:t>Also, da müssten wir quasi in einen Brandschutz decken, müssten wir da fahren.</w:t>
            </w:r>
          </w:p>
        </w:tc>
      </w:tr>
      <w:tr>
        <w:tc>
          <w:tcPr>
            <w:tcW w:type="dxa" w:w="3513"/>
            <w:vAlign w:val="top"/>
          </w:tcPr>
          <w:p>
            <w:r/>
            <w:r>
              <w:rPr>
                <w:b w:val="0"/>
                <w:sz w:val="16"/>
              </w:rPr>
              <w:t>1:29:55</w:t>
            </w:r>
          </w:p>
        </w:tc>
        <w:tc>
          <w:tcPr>
            <w:tcW w:type="dxa" w:w="3513"/>
            <w:vAlign w:val="top"/>
          </w:tcPr>
          <w:p>
            <w:r/>
            <w:r>
              <w:rPr>
                <w:b w:val="0"/>
                <w:sz w:val="16"/>
              </w:rPr>
              <w:t>Donatiello Cristian</w:t>
            </w:r>
          </w:p>
        </w:tc>
        <w:tc>
          <w:tcPr>
            <w:tcW w:type="dxa" w:w="3513"/>
            <w:vAlign w:val="top"/>
          </w:tcPr>
          <w:p>
            <w:r/>
            <w:r>
              <w:rPr>
                <w:b w:val="0"/>
                <w:sz w:val="16"/>
              </w:rPr>
              <w:t>Ganz kurz, dass ihr zwischengrätscht mit, Entschuldigung Ramon, noch kurz bevor die ein oder andere vielleicht mit Go, können wir uns in 2 Wochen nochmal in dem Rahmen dort treffen per Teams.</w:t>
            </w:r>
          </w:p>
        </w:tc>
      </w:tr>
      <w:tr>
        <w:tc>
          <w:tcPr>
            <w:tcW w:type="dxa" w:w="3513"/>
            <w:vAlign w:val="top"/>
          </w:tcPr>
          <w:p>
            <w:r/>
            <w:r>
              <w:rPr>
                <w:b w:val="0"/>
                <w:sz w:val="16"/>
              </w:rPr>
              <w:t>1:29:55</w:t>
            </w:r>
          </w:p>
        </w:tc>
        <w:tc>
          <w:tcPr>
            <w:tcW w:type="dxa" w:w="3513"/>
            <w:vAlign w:val="top"/>
          </w:tcPr>
          <w:p>
            <w:r/>
            <w:r>
              <w:rPr>
                <w:b w:val="0"/>
                <w:sz w:val="16"/>
              </w:rPr>
              <w:t>Ramon Nachmansohn</w:t>
            </w:r>
          </w:p>
        </w:tc>
        <w:tc>
          <w:tcPr>
            <w:tcW w:type="dxa" w:w="3513"/>
            <w:vAlign w:val="top"/>
          </w:tcPr>
          <w:p>
            <w:r/>
            <w:r>
              <w:rPr>
                <w:b w:val="0"/>
                <w:sz w:val="16"/>
              </w:rPr>
              <w:t>Ja, Moment, Moment, am Schluss. Na ja, Moment, hoffen, dass sie dann Norma bin.</w:t>
            </w:r>
          </w:p>
        </w:tc>
      </w:tr>
      <w:tr>
        <w:tc>
          <w:tcPr>
            <w:tcW w:type="dxa" w:w="3513"/>
            <w:vAlign w:val="top"/>
          </w:tcPr>
          <w:p>
            <w:r/>
            <w:r>
              <w:rPr>
                <w:b w:val="0"/>
                <w:sz w:val="16"/>
              </w:rPr>
              <w:t>1:30:11</w:t>
            </w:r>
          </w:p>
        </w:tc>
        <w:tc>
          <w:tcPr>
            <w:tcW w:type="dxa" w:w="3513"/>
            <w:vAlign w:val="top"/>
          </w:tcPr>
          <w:p>
            <w:r/>
            <w:r>
              <w:rPr>
                <w:b w:val="0"/>
                <w:sz w:val="16"/>
              </w:rPr>
              <w:t>Rieser Mathias</w:t>
            </w:r>
          </w:p>
        </w:tc>
        <w:tc>
          <w:tcPr>
            <w:tcW w:type="dxa" w:w="3513"/>
            <w:vAlign w:val="top"/>
          </w:tcPr>
          <w:p>
            <w:r/>
            <w:r>
              <w:rPr>
                <w:b w:val="0"/>
                <w:sz w:val="16"/>
              </w:rPr>
              <w:t>Ich bin dann in der Ferien. Ich bin ab dem 22. wieder zurück.</w:t>
            </w:r>
          </w:p>
        </w:tc>
      </w:tr>
      <w:tr>
        <w:tc>
          <w:tcPr>
            <w:tcW w:type="dxa" w:w="3513"/>
            <w:vAlign w:val="top"/>
          </w:tcPr>
          <w:p>
            <w:r/>
            <w:r>
              <w:rPr>
                <w:b w:val="0"/>
                <w:sz w:val="16"/>
              </w:rPr>
              <w:t>1:30:18</w:t>
            </w:r>
          </w:p>
        </w:tc>
        <w:tc>
          <w:tcPr>
            <w:tcW w:type="dxa" w:w="3513"/>
            <w:vAlign w:val="top"/>
          </w:tcPr>
          <w:p>
            <w:r/>
            <w:r>
              <w:rPr>
                <w:b w:val="0"/>
                <w:sz w:val="16"/>
              </w:rPr>
              <w:t>Claudia Kresser</w:t>
            </w:r>
          </w:p>
        </w:tc>
        <w:tc>
          <w:tcPr>
            <w:tcW w:type="dxa" w:w="3513"/>
            <w:vAlign w:val="top"/>
          </w:tcPr>
          <w:p>
            <w:r/>
            <w:r>
              <w:rPr>
                <w:b w:val="0"/>
                <w:sz w:val="16"/>
              </w:rPr>
              <w:t>In 2 Woche wär am 7. Juli oder.</w:t>
            </w:r>
          </w:p>
        </w:tc>
      </w:tr>
      <w:tr>
        <w:tc>
          <w:tcPr>
            <w:tcW w:type="dxa" w:w="3513"/>
            <w:vAlign w:val="top"/>
          </w:tcPr>
          <w:p>
            <w:r/>
            <w:r>
              <w:rPr>
                <w:b w:val="0"/>
                <w:sz w:val="16"/>
              </w:rPr>
              <w:t>1:30:21</w:t>
            </w:r>
          </w:p>
        </w:tc>
        <w:tc>
          <w:tcPr>
            <w:tcW w:type="dxa" w:w="3513"/>
            <w:vAlign w:val="top"/>
          </w:tcPr>
          <w:p>
            <w:r/>
            <w:r>
              <w:rPr>
                <w:b w:val="0"/>
                <w:sz w:val="16"/>
              </w:rPr>
              <w:t>Donatiello Cristian</w:t>
            </w:r>
          </w:p>
        </w:tc>
        <w:tc>
          <w:tcPr>
            <w:tcW w:type="dxa" w:w="3513"/>
            <w:vAlign w:val="top"/>
          </w:tcPr>
          <w:p>
            <w:r/>
            <w:r>
              <w:rPr>
                <w:b w:val="0"/>
                <w:sz w:val="16"/>
              </w:rPr>
              <w:t>In 2 Woche wär aber jetzt wo sehen wir denn am siebte genau?</w:t>
            </w:r>
          </w:p>
        </w:tc>
      </w:tr>
      <w:tr>
        <w:tc>
          <w:tcPr>
            <w:tcW w:type="dxa" w:w="3513"/>
            <w:vAlign w:val="top"/>
          </w:tcPr>
          <w:p>
            <w:r/>
            <w:r>
              <w:rPr>
                <w:b w:val="0"/>
                <w:sz w:val="16"/>
              </w:rPr>
              <w:t>1:30:37</w:t>
            </w:r>
          </w:p>
        </w:tc>
        <w:tc>
          <w:tcPr>
            <w:tcW w:type="dxa" w:w="3513"/>
            <w:vAlign w:val="top"/>
          </w:tcPr>
          <w:p>
            <w:r/>
            <w:r>
              <w:rPr>
                <w:b w:val="0"/>
                <w:sz w:val="16"/>
              </w:rPr>
              <w:t>Stefan Gilgen (HK&amp;T Bern)</w:t>
            </w:r>
          </w:p>
        </w:tc>
        <w:tc>
          <w:tcPr>
            <w:tcW w:type="dxa" w:w="3513"/>
            <w:vAlign w:val="top"/>
          </w:tcPr>
          <w:p>
            <w:r/>
            <w:r>
              <w:rPr>
                <w:b w:val="0"/>
                <w:sz w:val="16"/>
              </w:rPr>
              <w:t>E E B besetzt, aber von mir russlos. Dort zu der Michael Zog tut das Ganze Fìr meine Plan oder macht diese Plane gleich und dann ich glaub i disi.</w:t>
            </w:r>
          </w:p>
        </w:tc>
      </w:tr>
      <w:tr>
        <w:tc>
          <w:tcPr>
            <w:tcW w:type="dxa" w:w="3513"/>
            <w:vAlign w:val="top"/>
          </w:tcPr>
          <w:p>
            <w:r/>
            <w:r>
              <w:rPr>
                <w:b w:val="0"/>
                <w:sz w:val="16"/>
              </w:rPr>
              <w:t>1:30:37</w:t>
            </w:r>
          </w:p>
        </w:tc>
        <w:tc>
          <w:tcPr>
            <w:tcW w:type="dxa" w:w="3513"/>
            <w:vAlign w:val="top"/>
          </w:tcPr>
          <w:p>
            <w:r/>
            <w:r>
              <w:rPr>
                <w:b w:val="0"/>
                <w:sz w:val="16"/>
              </w:rPr>
              <w:t>Donatiello Cristian</w:t>
            </w:r>
          </w:p>
        </w:tc>
        <w:tc>
          <w:tcPr>
            <w:tcW w:type="dxa" w:w="3513"/>
            <w:vAlign w:val="top"/>
          </w:tcPr>
          <w:p>
            <w:r/>
            <w:r>
              <w:rPr>
                <w:b w:val="0"/>
                <w:sz w:val="16"/>
              </w:rPr>
              <w:t>Look. Matthias, hast du eine stellvertretende Woche dazu kommen oder oder Pflicht oder wie?</w:t>
            </w:r>
          </w:p>
        </w:tc>
      </w:tr>
      <w:tr>
        <w:tc>
          <w:tcPr>
            <w:tcW w:type="dxa" w:w="3513"/>
            <w:vAlign w:val="top"/>
          </w:tcPr>
          <w:p>
            <w:r/>
            <w:r>
              <w:rPr>
                <w:b w:val="0"/>
                <w:sz w:val="16"/>
              </w:rPr>
              <w:t>1:30:48</w:t>
            </w:r>
          </w:p>
        </w:tc>
        <w:tc>
          <w:tcPr>
            <w:tcW w:type="dxa" w:w="3513"/>
            <w:vAlign w:val="top"/>
          </w:tcPr>
          <w:p>
            <w:r/>
            <w:r>
              <w:rPr>
                <w:b w:val="0"/>
                <w:sz w:val="16"/>
              </w:rPr>
              <w:t>Rieser Mathias</w:t>
            </w:r>
          </w:p>
        </w:tc>
        <w:tc>
          <w:tcPr>
            <w:tcW w:type="dxa" w:w="3513"/>
            <w:vAlign w:val="top"/>
          </w:tcPr>
          <w:p>
            <w:r/>
            <w:r>
              <w:rPr>
                <w:b w:val="0"/>
                <w:sz w:val="16"/>
              </w:rPr>
              <w:t>EK bitte, dass der der Sandro Weder teilnimmt, ja, der weiß Bescheid gescheit, der mit ihm das Konzept abklopft und er wird das der betreut das Projekt da mit mir gemeinsam ja.</w:t>
            </w:r>
          </w:p>
        </w:tc>
      </w:tr>
      <w:tr>
        <w:tc>
          <w:tcPr>
            <w:tcW w:type="dxa" w:w="3513"/>
            <w:vAlign w:val="top"/>
          </w:tcPr>
          <w:p>
            <w:r/>
            <w:r>
              <w:rPr>
                <w:b w:val="0"/>
                <w:sz w:val="16"/>
              </w:rPr>
              <w:t>1:31:05</w:t>
            </w:r>
          </w:p>
        </w:tc>
        <w:tc>
          <w:tcPr>
            <w:tcW w:type="dxa" w:w="3513"/>
            <w:vAlign w:val="top"/>
          </w:tcPr>
          <w:p>
            <w:r/>
            <w:r>
              <w:rPr>
                <w:b w:val="0"/>
                <w:sz w:val="16"/>
              </w:rPr>
              <w:t>Rieser Mathias</w:t>
            </w:r>
          </w:p>
        </w:tc>
        <w:tc>
          <w:tcPr>
            <w:tcW w:type="dxa" w:w="3513"/>
            <w:vAlign w:val="top"/>
          </w:tcPr>
          <w:p>
            <w:r/>
            <w:r>
              <w:rPr>
                <w:b w:val="0"/>
                <w:sz w:val="16"/>
              </w:rPr>
              <w:t>Machen wir doch das um siebte oder?</w:t>
            </w:r>
          </w:p>
        </w:tc>
      </w:tr>
      <w:tr>
        <w:tc>
          <w:tcPr>
            <w:tcW w:type="dxa" w:w="3513"/>
            <w:vAlign w:val="top"/>
          </w:tcPr>
          <w:p>
            <w:r/>
            <w:r>
              <w:rPr>
                <w:b w:val="0"/>
                <w:sz w:val="16"/>
              </w:rPr>
              <w:t>1:31:07</w:t>
            </w:r>
          </w:p>
        </w:tc>
        <w:tc>
          <w:tcPr>
            <w:tcW w:type="dxa" w:w="3513"/>
            <w:vAlign w:val="top"/>
          </w:tcPr>
          <w:p>
            <w:r/>
            <w:r>
              <w:rPr>
                <w:b w:val="0"/>
                <w:sz w:val="16"/>
              </w:rPr>
              <w:t>Donatiello Cristian</w:t>
            </w:r>
          </w:p>
        </w:tc>
        <w:tc>
          <w:tcPr>
            <w:tcW w:type="dxa" w:w="3513"/>
            <w:vAlign w:val="top"/>
          </w:tcPr>
          <w:p>
            <w:r/>
            <w:r>
              <w:rPr>
                <w:b w:val="0"/>
                <w:sz w:val="16"/>
              </w:rPr>
              <w:t>also machen wir doch am siebte gleiche Zeit wieder. Ist das in Ordnung? Dann schicke ich dir nachher die Ladung.</w:t>
            </w:r>
          </w:p>
        </w:tc>
      </w:tr>
      <w:tr>
        <w:tc>
          <w:tcPr>
            <w:tcW w:type="dxa" w:w="3513"/>
            <w:vAlign w:val="top"/>
          </w:tcPr>
          <w:p>
            <w:r/>
            <w:r>
              <w:rPr>
                <w:b w:val="0"/>
                <w:sz w:val="16"/>
              </w:rPr>
              <w:t>1:31:15</w:t>
            </w:r>
          </w:p>
        </w:tc>
        <w:tc>
          <w:tcPr>
            <w:tcW w:type="dxa" w:w="3513"/>
            <w:vAlign w:val="top"/>
          </w:tcPr>
          <w:p>
            <w:r/>
            <w:r>
              <w:rPr>
                <w:b w:val="0"/>
                <w:sz w:val="16"/>
              </w:rPr>
              <w:t>Rieser Mathias</w:t>
            </w:r>
          </w:p>
        </w:tc>
        <w:tc>
          <w:tcPr>
            <w:tcW w:type="dxa" w:w="3513"/>
            <w:vAlign w:val="top"/>
          </w:tcPr>
          <w:p>
            <w:r/>
            <w:r>
              <w:rPr>
                <w:b w:val="0"/>
                <w:sz w:val="16"/>
              </w:rPr>
              <w:t>Und da kann man die Situationen nochmal genau anschauen, oder?</w:t>
            </w:r>
          </w:p>
        </w:tc>
      </w:tr>
      <w:tr>
        <w:tc>
          <w:tcPr>
            <w:tcW w:type="dxa" w:w="3513"/>
            <w:vAlign w:val="top"/>
          </w:tcPr>
          <w:p>
            <w:r/>
            <w:r>
              <w:rPr>
                <w:b w:val="0"/>
                <w:sz w:val="16"/>
              </w:rPr>
              <w:t>1:31:22</w:t>
            </w:r>
          </w:p>
        </w:tc>
        <w:tc>
          <w:tcPr>
            <w:tcW w:type="dxa" w:w="3513"/>
            <w:vAlign w:val="top"/>
          </w:tcPr>
          <w:p>
            <w:r/>
            <w:r>
              <w:rPr>
                <w:b w:val="0"/>
                <w:sz w:val="16"/>
              </w:rPr>
              <w:t>Claudia Kresser</w:t>
            </w:r>
          </w:p>
        </w:tc>
        <w:tc>
          <w:tcPr>
            <w:tcW w:type="dxa" w:w="3513"/>
            <w:vAlign w:val="top"/>
          </w:tcPr>
          <w:p>
            <w:r/>
            <w:r>
              <w:rPr>
                <w:b w:val="0"/>
                <w:sz w:val="16"/>
              </w:rPr>
              <w:t>Also, wir haben zum zum sonst beim Drüberschauen eigentlich sind wir so d'accord mit allem, bis auf alles macht noch, wo wir uns einfach gefunden haben im im U.G. Gemeindshaus.</w:t>
            </w:r>
          </w:p>
        </w:tc>
      </w:tr>
      <w:tr>
        <w:tc>
          <w:tcPr>
            <w:tcW w:type="dxa" w:w="3513"/>
            <w:vAlign w:val="top"/>
          </w:tcPr>
          <w:p>
            <w:r/>
            <w:r>
              <w:rPr>
                <w:b w:val="0"/>
                <w:sz w:val="16"/>
              </w:rPr>
              <w:t>1:31:42</w:t>
            </w:r>
          </w:p>
        </w:tc>
        <w:tc>
          <w:tcPr>
            <w:tcW w:type="dxa" w:w="3513"/>
            <w:vAlign w:val="top"/>
          </w:tcPr>
          <w:p>
            <w:r/>
            <w:r>
              <w:rPr>
                <w:b w:val="0"/>
                <w:sz w:val="16"/>
              </w:rPr>
              <w:t>Claudia Kresser</w:t>
            </w:r>
          </w:p>
        </w:tc>
        <w:tc>
          <w:tcPr>
            <w:tcW w:type="dxa" w:w="3513"/>
            <w:vAlign w:val="top"/>
          </w:tcPr>
          <w:p>
            <w:r/>
            <w:r>
              <w:rPr>
                <w:b w:val="0"/>
                <w:sz w:val="16"/>
              </w:rPr>
              <w:t>einfach die Frage, ob man das könnte so machen, dass man die Wand nicht verschiebt, sondern dass man den Raum Elektro nach unten breiter macht, so dass man eigentlich am Schluss bei dem Lagerraum, wo wir haben, dass man da, dass man den straffet, weißt weil.</w:t>
            </w:r>
          </w:p>
        </w:tc>
      </w:tr>
      <w:tr>
        <w:tc>
          <w:tcPr>
            <w:tcW w:type="dxa" w:w="3513"/>
            <w:vAlign w:val="top"/>
          </w:tcPr>
          <w:p>
            <w:r/>
            <w:r>
              <w:rPr>
                <w:b w:val="0"/>
                <w:sz w:val="16"/>
              </w:rPr>
              <w:t>1:31:58</w:t>
            </w:r>
          </w:p>
        </w:tc>
        <w:tc>
          <w:tcPr>
            <w:tcW w:type="dxa" w:w="3513"/>
            <w:vAlign w:val="top"/>
          </w:tcPr>
          <w:p>
            <w:r/>
            <w:r>
              <w:rPr>
                <w:b w:val="0"/>
                <w:sz w:val="16"/>
              </w:rPr>
              <w:t>Claudia Kresser</w:t>
            </w:r>
          </w:p>
        </w:tc>
        <w:tc>
          <w:tcPr>
            <w:tcW w:type="dxa" w:w="3513"/>
            <w:vAlign w:val="top"/>
          </w:tcPr>
          <w:p>
            <w:r/>
            <w:r>
              <w:rPr>
                <w:b w:val="0"/>
                <w:sz w:val="16"/>
              </w:rPr>
              <w:t>Ginge das auch, weil weil der Archivraum, weißt du, der ist jetzt schon knapp und das sind 4 Quadratmeter oder so, wo man da weniger hätte, dann am Schluss. Und wir haben gefunden, das kennen wir, glaube ich, beim Kellerraum kennen wir das eher verschmerzen wie beim Archiv.</w:t>
            </w:r>
          </w:p>
        </w:tc>
      </w:tr>
      <w:tr>
        <w:tc>
          <w:tcPr>
            <w:tcW w:type="dxa" w:w="3513"/>
            <w:vAlign w:val="top"/>
          </w:tcPr>
          <w:p>
            <w:r/>
            <w:r>
              <w:rPr>
                <w:b w:val="0"/>
                <w:sz w:val="16"/>
              </w:rPr>
              <w:t>1:32:13</w:t>
            </w:r>
          </w:p>
        </w:tc>
        <w:tc>
          <w:tcPr>
            <w:tcW w:type="dxa" w:w="3513"/>
            <w:vAlign w:val="top"/>
          </w:tcPr>
          <w:p>
            <w:r/>
            <w:r>
              <w:rPr>
                <w:b w:val="0"/>
                <w:sz w:val="16"/>
              </w:rPr>
              <w:t>Claudia Kresser</w:t>
            </w:r>
          </w:p>
        </w:tc>
        <w:tc>
          <w:tcPr>
            <w:tcW w:type="dxa" w:w="3513"/>
            <w:vAlign w:val="top"/>
          </w:tcPr>
          <w:p>
            <w:r/>
            <w:r>
              <w:rPr>
                <w:b w:val="0"/>
                <w:sz w:val="16"/>
              </w:rPr>
              <w:t>Denke ich, und dann schaut man in der Raumgeometrie halt, weil die Hand oben noch, wenn du siehst, die Hand durch die Rundung von der Wand hat die ja eigentlich eh schon einen Nachteil in dem Raum, gell? Und darum wird die da eigentlich nicht noch mehr irgendwo.</w:t>
            </w:r>
          </w:p>
        </w:tc>
      </w:tr>
      <w:tr>
        <w:tc>
          <w:tcPr>
            <w:tcW w:type="dxa" w:w="3513"/>
            <w:vAlign w:val="top"/>
          </w:tcPr>
          <w:p>
            <w:r/>
            <w:r>
              <w:rPr>
                <w:b w:val="0"/>
                <w:sz w:val="16"/>
              </w:rPr>
              <w:t>1:32:28</w:t>
            </w:r>
          </w:p>
        </w:tc>
        <w:tc>
          <w:tcPr>
            <w:tcW w:type="dxa" w:w="3513"/>
            <w:vAlign w:val="top"/>
          </w:tcPr>
          <w:p>
            <w:r/>
            <w:r>
              <w:rPr>
                <w:b w:val="0"/>
                <w:sz w:val="16"/>
              </w:rPr>
              <w:t>Claudia Kresser</w:t>
            </w:r>
          </w:p>
        </w:tc>
        <w:tc>
          <w:tcPr>
            <w:tcW w:type="dxa" w:w="3513"/>
            <w:vAlign w:val="top"/>
          </w:tcPr>
          <w:p>
            <w:r/>
            <w:r>
              <w:rPr>
                <w:b w:val="0"/>
                <w:sz w:val="16"/>
              </w:rPr>
              <w:t>Was genau, dass man halt der Kerl rum, dass man so insgesamt nach unten, dass wir uns nach unten verbreitert. Ansonsten ist das für uns in Ordnung.</w:t>
            </w:r>
          </w:p>
        </w:tc>
      </w:tr>
      <w:tr>
        <w:tc>
          <w:tcPr>
            <w:tcW w:type="dxa" w:w="3513"/>
            <w:vAlign w:val="top"/>
          </w:tcPr>
          <w:p>
            <w:r/>
            <w:r>
              <w:rPr>
                <w:b w:val="0"/>
                <w:sz w:val="16"/>
              </w:rPr>
              <w:t>1:32:37</w:t>
            </w:r>
          </w:p>
        </w:tc>
        <w:tc>
          <w:tcPr>
            <w:tcW w:type="dxa" w:w="3513"/>
            <w:vAlign w:val="top"/>
          </w:tcPr>
          <w:p>
            <w:r/>
            <w:r>
              <w:rPr>
                <w:b w:val="0"/>
                <w:sz w:val="16"/>
              </w:rPr>
              <w:t>Ramon Nachmansohn</w:t>
            </w:r>
          </w:p>
        </w:tc>
        <w:tc>
          <w:tcPr>
            <w:tcW w:type="dxa" w:w="3513"/>
            <w:vAlign w:val="top"/>
          </w:tcPr>
          <w:p>
            <w:r/>
            <w:r>
              <w:rPr>
                <w:b w:val="0"/>
                <w:sz w:val="16"/>
              </w:rPr>
              <w:t>Und jetzt noch zum Technikum im anderen Wohnhaus, oder? jetzt die Fläche, wo er hat, ich ja noch nicht gegangen, aber mit der Technik rum belegt. Sehr wahrscheinlich wird separate Romeo noch brauche für das.</w:t>
            </w:r>
          </w:p>
        </w:tc>
      </w:tr>
      <w:tr>
        <w:tc>
          <w:tcPr>
            <w:tcW w:type="dxa" w:w="3513"/>
            <w:vAlign w:val="top"/>
          </w:tcPr>
          <w:p>
            <w:r/>
            <w:r>
              <w:rPr>
                <w:b w:val="0"/>
                <w:sz w:val="16"/>
              </w:rPr>
              <w:t>1:32:46</w:t>
            </w:r>
          </w:p>
        </w:tc>
        <w:tc>
          <w:tcPr>
            <w:tcW w:type="dxa" w:w="3513"/>
            <w:vAlign w:val="top"/>
          </w:tcPr>
          <w:p>
            <w:r/>
            <w:r>
              <w:rPr>
                <w:b w:val="0"/>
                <w:sz w:val="16"/>
              </w:rPr>
              <w:t>Rieser Mathias</w:t>
            </w:r>
          </w:p>
        </w:tc>
        <w:tc>
          <w:tcPr>
            <w:tcW w:type="dxa" w:w="3513"/>
            <w:vAlign w:val="top"/>
          </w:tcPr>
          <w:p>
            <w:r/>
            <w:r>
              <w:rPr>
                <w:b w:val="0"/>
                <w:sz w:val="16"/>
              </w:rPr>
              <w:t>Genau jetzt, auf der Mal von mir in eigener Rumi Zeit, mir ist bewusst, das wird sicher so nicht funktionieren. Aber jetzt, da mal der Platzbedarf angehört, ich sage jetzt, ob das Problem löst oder das, wenn jetzt, sag jetzt zum Beispiel, wenn der Ruhm da ist.</w:t>
            </w:r>
          </w:p>
        </w:tc>
      </w:tr>
      <w:tr>
        <w:tc>
          <w:tcPr>
            <w:tcW w:type="dxa" w:w="3513"/>
            <w:vAlign w:val="top"/>
          </w:tcPr>
          <w:p>
            <w:r/>
            <w:r>
              <w:rPr>
                <w:b w:val="0"/>
                <w:sz w:val="16"/>
              </w:rPr>
              <w:t>1:33:09</w:t>
            </w:r>
          </w:p>
        </w:tc>
        <w:tc>
          <w:tcPr>
            <w:tcW w:type="dxa" w:w="3513"/>
            <w:vAlign w:val="top"/>
          </w:tcPr>
          <w:p>
            <w:r/>
            <w:r>
              <w:rPr>
                <w:b w:val="0"/>
                <w:sz w:val="16"/>
              </w:rPr>
              <w:t>Rieser Mathias</w:t>
            </w:r>
          </w:p>
        </w:tc>
        <w:tc>
          <w:tcPr>
            <w:tcW w:type="dxa" w:w="3513"/>
            <w:vAlign w:val="top"/>
          </w:tcPr>
          <w:p>
            <w:r/>
            <w:r>
              <w:rPr>
                <w:b w:val="0"/>
                <w:sz w:val="16"/>
              </w:rPr>
              <w:t>ist das auch löse. Ziel ist eigentlich von mir, dass jeder mal wissen, wie viel Platz dass sie grundsätzlich brauche oder wenn jetzt der Rom woanders ist, ich kann dann auch mit der Schlüssig-Doha-Erfahrung von da aus weg oder das ist mir jetzt aus Gesprächsgrundlage, dass dass jeder mal bis wissen, von wie viel Platz reden wir oder.</w:t>
            </w:r>
          </w:p>
        </w:tc>
      </w:tr>
      <w:tr>
        <w:tc>
          <w:tcPr>
            <w:tcW w:type="dxa" w:w="3513"/>
            <w:vAlign w:val="top"/>
          </w:tcPr>
          <w:p>
            <w:r/>
            <w:r>
              <w:rPr>
                <w:b w:val="0"/>
                <w:sz w:val="16"/>
              </w:rPr>
              <w:t>1:33:26</w:t>
            </w:r>
          </w:p>
        </w:tc>
        <w:tc>
          <w:tcPr>
            <w:tcW w:type="dxa" w:w="3513"/>
            <w:vAlign w:val="top"/>
          </w:tcPr>
          <w:p>
            <w:r/>
            <w:r>
              <w:rPr>
                <w:b w:val="0"/>
                <w:sz w:val="16"/>
              </w:rPr>
              <w:t>Claudia Kresser</w:t>
            </w:r>
          </w:p>
        </w:tc>
        <w:tc>
          <w:tcPr>
            <w:tcW w:type="dxa" w:w="3513"/>
            <w:vAlign w:val="top"/>
          </w:tcPr>
          <w:p>
            <w:r/>
            <w:r>
              <w:rPr>
                <w:b w:val="0"/>
                <w:sz w:val="16"/>
              </w:rPr>
              <w:t>Ja, ist sicher gut so. Ja, ja.</w:t>
            </w:r>
          </w:p>
        </w:tc>
      </w:tr>
      <w:tr>
        <w:tc>
          <w:tcPr>
            <w:tcW w:type="dxa" w:w="3513"/>
            <w:vAlign w:val="top"/>
          </w:tcPr>
          <w:p>
            <w:r/>
            <w:r>
              <w:rPr>
                <w:b w:val="0"/>
                <w:sz w:val="16"/>
              </w:rPr>
              <w:t>1:33:28</w:t>
            </w:r>
          </w:p>
        </w:tc>
        <w:tc>
          <w:tcPr>
            <w:tcW w:type="dxa" w:w="3513"/>
            <w:vAlign w:val="top"/>
          </w:tcPr>
          <w:p>
            <w:r/>
            <w:r>
              <w:rPr>
                <w:b w:val="0"/>
                <w:sz w:val="16"/>
              </w:rPr>
              <w:t>Rieser Mathias</w:t>
            </w:r>
          </w:p>
        </w:tc>
        <w:tc>
          <w:tcPr>
            <w:tcW w:type="dxa" w:w="3513"/>
            <w:vAlign w:val="top"/>
          </w:tcPr>
          <w:p>
            <w:r/>
            <w:r>
              <w:rPr>
                <w:b w:val="0"/>
                <w:sz w:val="16"/>
              </w:rPr>
              <w:t>Aber das, das muss nicht da sein, das ist mir klar. Ich hab da mal so eingezeichnet, dass das das ja.</w:t>
            </w:r>
          </w:p>
        </w:tc>
      </w:tr>
      <w:tr>
        <w:tc>
          <w:tcPr>
            <w:tcW w:type="dxa" w:w="3513"/>
            <w:vAlign w:val="top"/>
          </w:tcPr>
          <w:p>
            <w:r/>
            <w:r>
              <w:rPr>
                <w:b w:val="0"/>
                <w:sz w:val="16"/>
              </w:rPr>
              <w:t>1:33:31</w:t>
            </w:r>
          </w:p>
        </w:tc>
        <w:tc>
          <w:tcPr>
            <w:tcW w:type="dxa" w:w="3513"/>
            <w:vAlign w:val="top"/>
          </w:tcPr>
          <w:p>
            <w:r/>
            <w:r>
              <w:rPr>
                <w:b w:val="0"/>
                <w:sz w:val="16"/>
              </w:rPr>
              <w:t>Ramon Nachmansohn</w:t>
            </w:r>
          </w:p>
        </w:tc>
        <w:tc>
          <w:tcPr>
            <w:tcW w:type="dxa" w:w="3513"/>
            <w:vAlign w:val="top"/>
          </w:tcPr>
          <w:p>
            <w:r/>
            <w:r>
              <w:rPr>
                <w:b w:val="0"/>
                <w:sz w:val="16"/>
              </w:rPr>
              <w:t>Na, ich sag's einfach, oder so net.</w:t>
            </w:r>
          </w:p>
        </w:tc>
      </w:tr>
      <w:tr>
        <w:tc>
          <w:tcPr>
            <w:tcW w:type="dxa" w:w="3513"/>
            <w:vAlign w:val="top"/>
          </w:tcPr>
          <w:p>
            <w:r/>
            <w:r>
              <w:rPr>
                <w:b w:val="0"/>
                <w:sz w:val="16"/>
              </w:rPr>
              <w:t>1:33:38</w:t>
            </w:r>
          </w:p>
        </w:tc>
        <w:tc>
          <w:tcPr>
            <w:tcW w:type="dxa" w:w="3513"/>
            <w:vAlign w:val="top"/>
          </w:tcPr>
          <w:p>
            <w:r/>
            <w:r>
              <w:rPr>
                <w:b w:val="0"/>
                <w:sz w:val="16"/>
              </w:rPr>
              <w:t>Claudia Kresser</w:t>
            </w:r>
          </w:p>
        </w:tc>
        <w:tc>
          <w:tcPr>
            <w:tcW w:type="dxa" w:w="3513"/>
            <w:vAlign w:val="top"/>
          </w:tcPr>
          <w:p>
            <w:r/>
            <w:r>
              <w:rPr>
                <w:b w:val="0"/>
                <w:sz w:val="16"/>
              </w:rPr>
              <w:t>Gut. Und sonst in der obrige Stoß, ich glaub, das ist alles, das ist alles O. K. für uns, so wie es wie es gezeigt ist, ja. Also mit dem Kopieren, da müssen wir da kriegen wir irgendwann halt noch die</w:t>
            </w:r>
          </w:p>
        </w:tc>
      </w:tr>
      <w:tr>
        <w:tc>
          <w:tcPr>
            <w:tcW w:type="dxa" w:w="3513"/>
            <w:vAlign w:val="top"/>
          </w:tcPr>
          <w:p>
            <w:r/>
            <w:r>
              <w:rPr>
                <w:b w:val="0"/>
                <w:sz w:val="16"/>
              </w:rPr>
              <w:t>1:33:54</w:t>
            </w:r>
          </w:p>
        </w:tc>
        <w:tc>
          <w:tcPr>
            <w:tcW w:type="dxa" w:w="3513"/>
            <w:vAlign w:val="top"/>
          </w:tcPr>
          <w:p>
            <w:r/>
            <w:r>
              <w:rPr>
                <w:b w:val="0"/>
                <w:sz w:val="16"/>
              </w:rPr>
              <w:t>Claudia Kresser</w:t>
            </w:r>
          </w:p>
        </w:tc>
        <w:tc>
          <w:tcPr>
            <w:tcW w:type="dxa" w:w="3513"/>
            <w:vAlign w:val="top"/>
          </w:tcPr>
          <w:p>
            <w:r/>
            <w:r>
              <w:rPr>
                <w:b w:val="0"/>
                <w:sz w:val="16"/>
              </w:rPr>
              <w:t>die die finale Abmessungen von den Gerät, die sie offenbar einbaut und dann aber das ist jetzt im Moment gerade so ein Konzept und dann ist das auch.</w:t>
            </w:r>
          </w:p>
        </w:tc>
      </w:tr>
      <w:tr>
        <w:tc>
          <w:tcPr>
            <w:tcW w:type="dxa" w:w="3513"/>
            <w:vAlign w:val="top"/>
          </w:tcPr>
          <w:p>
            <w:r/>
            <w:r>
              <w:rPr>
                <w:b w:val="0"/>
                <w:sz w:val="16"/>
              </w:rPr>
              <w:t>1:34:04</w:t>
            </w:r>
          </w:p>
        </w:tc>
        <w:tc>
          <w:tcPr>
            <w:tcW w:type="dxa" w:w="3513"/>
            <w:vAlign w:val="top"/>
          </w:tcPr>
          <w:p>
            <w:r/>
            <w:r>
              <w:rPr>
                <w:b w:val="0"/>
                <w:sz w:val="16"/>
              </w:rPr>
              <w:t>Rieser Mathias</w:t>
            </w:r>
          </w:p>
        </w:tc>
        <w:tc>
          <w:tcPr>
            <w:tcW w:type="dxa" w:w="3513"/>
            <w:vAlign w:val="top"/>
          </w:tcPr>
          <w:p>
            <w:r/>
            <w:r>
              <w:rPr>
                <w:b w:val="0"/>
                <w:sz w:val="16"/>
              </w:rPr>
              <w:t>Genau, oh, für das Konzept ist entscheidend, warum für uns das da ist, ja, das ist völlig egal. Oder wenn Männer da Bodekanäle und da kann man so schließe oder so, das sind dann 4 abstimmige, Aber das man so bis weiß, was für Dimensionen und wie groß das die Stickzone sind.</w:t>
            </w:r>
          </w:p>
        </w:tc>
      </w:tr>
      <w:tr>
        <w:tc>
          <w:tcPr>
            <w:tcW w:type="dxa" w:w="3513"/>
            <w:vAlign w:val="top"/>
          </w:tcPr>
          <w:p>
            <w:r/>
            <w:r>
              <w:rPr>
                <w:b w:val="0"/>
                <w:sz w:val="16"/>
              </w:rPr>
              <w:t>1:34:20</w:t>
            </w:r>
          </w:p>
        </w:tc>
        <w:tc>
          <w:tcPr>
            <w:tcW w:type="dxa" w:w="3513"/>
            <w:vAlign w:val="top"/>
          </w:tcPr>
          <w:p>
            <w:r/>
            <w:r>
              <w:rPr>
                <w:b w:val="0"/>
                <w:sz w:val="16"/>
              </w:rPr>
              <w:t>Rieser Mathias</w:t>
            </w:r>
          </w:p>
        </w:tc>
        <w:tc>
          <w:tcPr>
            <w:tcW w:type="dxa" w:w="3513"/>
            <w:vAlign w:val="top"/>
          </w:tcPr>
          <w:p>
            <w:r/>
            <w:r>
              <w:rPr>
                <w:b w:val="0"/>
                <w:sz w:val="16"/>
              </w:rPr>
              <w:t>Ich muss Ziel, dass ihr eigentlich so einen Plan machen kann, dass wir wissen, so funktioniert ja.</w:t>
            </w:r>
          </w:p>
        </w:tc>
      </w:tr>
      <w:tr>
        <w:tc>
          <w:tcPr>
            <w:tcW w:type="dxa" w:w="3513"/>
            <w:vAlign w:val="top"/>
          </w:tcPr>
          <w:p>
            <w:r/>
            <w:r>
              <w:rPr>
                <w:b w:val="0"/>
                <w:sz w:val="16"/>
              </w:rPr>
              <w:t>1:34:29</w:t>
            </w:r>
          </w:p>
        </w:tc>
        <w:tc>
          <w:tcPr>
            <w:tcW w:type="dxa" w:w="3513"/>
            <w:vAlign w:val="top"/>
          </w:tcPr>
          <w:p>
            <w:r/>
            <w:r>
              <w:rPr>
                <w:b w:val="0"/>
                <w:sz w:val="16"/>
              </w:rPr>
              <w:t>Rieser Mathias</w:t>
            </w:r>
          </w:p>
        </w:tc>
        <w:tc>
          <w:tcPr>
            <w:tcW w:type="dxa" w:w="3513"/>
            <w:vAlign w:val="top"/>
          </w:tcPr>
          <w:p>
            <w:r/>
            <w:r>
              <w:rPr>
                <w:b w:val="0"/>
                <w:sz w:val="16"/>
              </w:rPr>
              <w:t>Da muss ich mich jetzt ausklinken. Entschuldigung.</w:t>
            </w:r>
          </w:p>
        </w:tc>
      </w:tr>
      <w:tr>
        <w:tc>
          <w:tcPr>
            <w:tcW w:type="dxa" w:w="3513"/>
            <w:vAlign w:val="top"/>
          </w:tcPr>
          <w:p>
            <w:r/>
            <w:r>
              <w:rPr>
                <w:b w:val="0"/>
                <w:sz w:val="16"/>
              </w:rPr>
              <w:t>1:34:38</w:t>
            </w:r>
          </w:p>
        </w:tc>
        <w:tc>
          <w:tcPr>
            <w:tcW w:type="dxa" w:w="3513"/>
            <w:vAlign w:val="top"/>
          </w:tcPr>
          <w:p>
            <w:r/>
            <w:r>
              <w:rPr>
                <w:b w:val="0"/>
                <w:sz w:val="16"/>
              </w:rPr>
              <w:t>Rieser Mathias</w:t>
            </w:r>
          </w:p>
        </w:tc>
        <w:tc>
          <w:tcPr>
            <w:tcW w:type="dxa" w:w="3513"/>
            <w:vAlign w:val="top"/>
          </w:tcPr>
          <w:p>
            <w:r/>
            <w:r>
              <w:rPr>
                <w:b w:val="0"/>
                <w:sz w:val="16"/>
              </w:rPr>
              <w:t>Danke euch. Dann logisch, dass das Android wieder teilnimmt. Da in der kurze informieren und dann passt das so mit dir. Alles klar, danke euch. Ciao, ciao, ciao, ciao.</w:t>
            </w:r>
          </w:p>
        </w:tc>
      </w:tr>
      <w:tr>
        <w:tc>
          <w:tcPr>
            <w:tcW w:type="dxa" w:w="3513"/>
            <w:vAlign w:val="top"/>
          </w:tcPr>
          <w:p>
            <w:r/>
            <w:r>
              <w:rPr>
                <w:b w:val="0"/>
                <w:sz w:val="16"/>
              </w:rPr>
              <w:t>1:35:00</w:t>
            </w:r>
          </w:p>
        </w:tc>
        <w:tc>
          <w:tcPr>
            <w:tcW w:type="dxa" w:w="3513"/>
            <w:vAlign w:val="top"/>
          </w:tcPr>
          <w:p>
            <w:r/>
            <w:r>
              <w:rPr>
                <w:b w:val="0"/>
                <w:sz w:val="16"/>
              </w:rPr>
              <w:t>Ramon Nachmansohn</w:t>
            </w:r>
          </w:p>
        </w:tc>
        <w:tc>
          <w:tcPr>
            <w:tcW w:type="dxa" w:w="3513"/>
            <w:vAlign w:val="top"/>
          </w:tcPr>
          <w:p>
            <w:r/>
            <w:r>
              <w:rPr>
                <w:b w:val="0"/>
                <w:sz w:val="16"/>
              </w:rPr>
              <w:t>Unangenehm steht den am Schluss. Zuerst einmal eine Vorinformation. Und zwar es geht ja noch um Belüftung der Tiefgarage im Untergeschoss. Ich habe mich jetzt mit dem Lieferant zusammengesetzt und da den Offerte gemacht. Oder ich habe die Offerte zum das simulieren immer die Röntgen natürlich Lüfte oder natürlich Teilentlüfter. Fürs Projekt könnte es aber alle Fals wirklich noch interessant sein. Will bevor du rumhören, dass man eventuell noch ein bisschen Kanäle U. G. verzichten. Das wäre Zusatzleistung, die müsste separat ausgelöst werden. Das wäre einfach Lifting mit Kanal Muff drückt der Bio und das müssen wir separat simulieren und jetzt Christian, darf ich dir die Da zur Stelle.</w:t>
            </w:r>
          </w:p>
        </w:tc>
      </w:tr>
      <w:tr>
        <w:tc>
          <w:tcPr>
            <w:tcW w:type="dxa" w:w="3513"/>
            <w:vAlign w:val="top"/>
          </w:tcPr>
          <w:p>
            <w:r/>
            <w:r>
              <w:rPr>
                <w:b w:val="0"/>
                <w:sz w:val="16"/>
              </w:rPr>
              <w:t>1:36:00</w:t>
            </w:r>
          </w:p>
        </w:tc>
        <w:tc>
          <w:tcPr>
            <w:tcW w:type="dxa" w:w="3513"/>
            <w:vAlign w:val="top"/>
          </w:tcPr>
          <w:p>
            <w:r/>
            <w:r>
              <w:rPr>
                <w:b w:val="0"/>
                <w:sz w:val="16"/>
              </w:rPr>
              <w:t>Donatiello Cristian</w:t>
            </w:r>
          </w:p>
        </w:tc>
        <w:tc>
          <w:tcPr>
            <w:tcW w:type="dxa" w:w="3513"/>
            <w:vAlign w:val="top"/>
          </w:tcPr>
          <w:p>
            <w:r/>
            <w:r>
              <w:rPr>
                <w:b w:val="0"/>
                <w:sz w:val="16"/>
              </w:rPr>
              <w:t>Aus die oft fahrt ich jetzt. Die Uni natürlich immer lustig, alles richtig verstanden.</w:t>
            </w:r>
          </w:p>
        </w:tc>
      </w:tr>
      <w:tr>
        <w:tc>
          <w:tcPr>
            <w:tcW w:type="dxa" w:w="3513"/>
            <w:vAlign w:val="top"/>
          </w:tcPr>
          <w:p>
            <w:r/>
            <w:r>
              <w:rPr>
                <w:b w:val="0"/>
                <w:sz w:val="16"/>
              </w:rPr>
              <w:t>1:36:11</w:t>
            </w:r>
          </w:p>
        </w:tc>
        <w:tc>
          <w:tcPr>
            <w:tcW w:type="dxa" w:w="3513"/>
            <w:vAlign w:val="top"/>
          </w:tcPr>
          <w:p>
            <w:r/>
            <w:r>
              <w:rPr>
                <w:b w:val="0"/>
                <w:sz w:val="16"/>
              </w:rPr>
              <w:t>Ramon Nachmansohn</w:t>
            </w:r>
          </w:p>
        </w:tc>
        <w:tc>
          <w:tcPr>
            <w:tcW w:type="dxa" w:w="3513"/>
            <w:vAlign w:val="top"/>
          </w:tcPr>
          <w:p>
            <w:r/>
            <w:r>
              <w:rPr>
                <w:b w:val="0"/>
                <w:sz w:val="16"/>
              </w:rPr>
              <w:t>Also bei Systemen oder mechanisch belüftet oder und wenn man natürlich abklären über natürliche Belüftung, das können wir kann er ganz weglassen oder allenfalls, dass man ein Mischsystem machen, dann wenn man das bei der Behörde simuliert.</w:t>
            </w:r>
          </w:p>
        </w:tc>
      </w:tr>
      <w:tr>
        <w:tc>
          <w:tcPr>
            <w:tcW w:type="dxa" w:w="3513"/>
            <w:vAlign w:val="top"/>
          </w:tcPr>
          <w:p>
            <w:r/>
            <w:r>
              <w:rPr>
                <w:b w:val="0"/>
                <w:sz w:val="16"/>
              </w:rPr>
              <w:t>1:36:26</w:t>
            </w:r>
          </w:p>
        </w:tc>
        <w:tc>
          <w:tcPr>
            <w:tcW w:type="dxa" w:w="3513"/>
            <w:vAlign w:val="top"/>
          </w:tcPr>
          <w:p>
            <w:r/>
            <w:r>
              <w:rPr>
                <w:b w:val="0"/>
                <w:sz w:val="16"/>
              </w:rPr>
              <w:t>Ramon Nachmansohn</w:t>
            </w:r>
          </w:p>
        </w:tc>
        <w:tc>
          <w:tcPr>
            <w:tcW w:type="dxa" w:w="3513"/>
            <w:vAlign w:val="top"/>
          </w:tcPr>
          <w:p>
            <w:r/>
            <w:r>
              <w:rPr>
                <w:b w:val="0"/>
                <w:sz w:val="16"/>
              </w:rPr>
              <w:t>Die gehen oder und wir können die Simulation nicht machen und daher habe ich gedacht, ich kümmere mich jetzt mal darum und hole mal die Offerte ein, welches Projekt könnte es gut tun oder wenn wir das prüfen würden.</w:t>
            </w:r>
          </w:p>
        </w:tc>
      </w:tr>
      <w:tr>
        <w:tc>
          <w:tcPr>
            <w:tcW w:type="dxa" w:w="3513"/>
            <w:vAlign w:val="top"/>
          </w:tcPr>
          <w:p>
            <w:r/>
            <w:r>
              <w:rPr>
                <w:b w:val="0"/>
                <w:sz w:val="16"/>
              </w:rPr>
              <w:t>1:36:37</w:t>
            </w:r>
          </w:p>
        </w:tc>
        <w:tc>
          <w:tcPr>
            <w:tcW w:type="dxa" w:w="3513"/>
            <w:vAlign w:val="top"/>
          </w:tcPr>
          <w:p>
            <w:r/>
            <w:r>
              <w:rPr>
                <w:b w:val="0"/>
                <w:sz w:val="16"/>
              </w:rPr>
              <w:t>Donatiello Cristian</w:t>
            </w:r>
          </w:p>
        </w:tc>
        <w:tc>
          <w:tcPr>
            <w:tcW w:type="dxa" w:w="3513"/>
            <w:vAlign w:val="top"/>
          </w:tcPr>
          <w:p>
            <w:r/>
            <w:r>
              <w:rPr>
                <w:b w:val="0"/>
                <w:sz w:val="16"/>
              </w:rPr>
              <w:t>Also, die ist die Auffahrt, da geht es um die Simulation.</w:t>
            </w:r>
          </w:p>
        </w:tc>
      </w:tr>
      <w:tr>
        <w:tc>
          <w:tcPr>
            <w:tcW w:type="dxa" w:w="3513"/>
            <w:vAlign w:val="top"/>
          </w:tcPr>
          <w:p>
            <w:r/>
            <w:r>
              <w:rPr>
                <w:b w:val="0"/>
                <w:sz w:val="16"/>
              </w:rPr>
              <w:t>1:36:41</w:t>
            </w:r>
          </w:p>
        </w:tc>
        <w:tc>
          <w:tcPr>
            <w:tcW w:type="dxa" w:w="3513"/>
            <w:vAlign w:val="top"/>
          </w:tcPr>
          <w:p>
            <w:r/>
            <w:r>
              <w:rPr>
                <w:b w:val="0"/>
                <w:sz w:val="16"/>
              </w:rPr>
              <w:t>Ramon Nachmansohn</w:t>
            </w:r>
          </w:p>
        </w:tc>
        <w:tc>
          <w:tcPr>
            <w:tcW w:type="dxa" w:w="3513"/>
            <w:vAlign w:val="top"/>
          </w:tcPr>
          <w:p>
            <w:r/>
            <w:r>
              <w:rPr>
                <w:b w:val="0"/>
                <w:sz w:val="16"/>
              </w:rPr>
              <w:t>Ja, genau. Es geht um Simulation, genau.</w:t>
            </w:r>
          </w:p>
        </w:tc>
      </w:tr>
      <w:tr>
        <w:tc>
          <w:tcPr>
            <w:tcW w:type="dxa" w:w="3513"/>
            <w:vAlign w:val="top"/>
          </w:tcPr>
          <w:p>
            <w:r/>
            <w:r>
              <w:rPr>
                <w:b w:val="0"/>
                <w:sz w:val="16"/>
              </w:rPr>
              <w:t>1:36:46</w:t>
            </w:r>
          </w:p>
        </w:tc>
        <w:tc>
          <w:tcPr>
            <w:tcW w:type="dxa" w:w="3513"/>
            <w:vAlign w:val="top"/>
          </w:tcPr>
          <w:p>
            <w:r/>
            <w:r>
              <w:rPr>
                <w:b w:val="0"/>
                <w:sz w:val="16"/>
              </w:rPr>
              <w:t>Ramon Nachmansohn</w:t>
            </w:r>
          </w:p>
        </w:tc>
        <w:tc>
          <w:tcPr>
            <w:tcW w:type="dxa" w:w="3513"/>
            <w:vAlign w:val="top"/>
          </w:tcPr>
          <w:p>
            <w:r/>
            <w:r>
              <w:rPr>
                <w:b w:val="0"/>
                <w:sz w:val="16"/>
              </w:rPr>
              <w:t>Das wär mal Punkt 1. Dann hab ich was vorbereitet. Ich tue da Bildschirmdateien. Nase, ich sehe meinen Bildschirm.</w:t>
            </w:r>
          </w:p>
        </w:tc>
      </w:tr>
      <w:tr>
        <w:tc>
          <w:tcPr>
            <w:tcW w:type="dxa" w:w="3513"/>
            <w:vAlign w:val="top"/>
          </w:tcPr>
          <w:p>
            <w:r/>
            <w:r>
              <w:rPr>
                <w:b w:val="0"/>
                <w:sz w:val="16"/>
              </w:rPr>
              <w:t>1:37:10</w:t>
            </w:r>
          </w:p>
        </w:tc>
        <w:tc>
          <w:tcPr>
            <w:tcW w:type="dxa" w:w="3513"/>
            <w:vAlign w:val="top"/>
          </w:tcPr>
          <w:p>
            <w:r/>
            <w:r>
              <w:rPr>
                <w:b w:val="0"/>
                <w:sz w:val="16"/>
              </w:rPr>
              <w:t>Ramon Nachmansohn</w:t>
            </w:r>
          </w:p>
        </w:tc>
        <w:tc>
          <w:tcPr>
            <w:tcW w:type="dxa" w:w="3513"/>
            <w:vAlign w:val="top"/>
          </w:tcPr>
          <w:p>
            <w:r/>
            <w:r>
              <w:rPr>
                <w:b w:val="0"/>
                <w:sz w:val="16"/>
              </w:rPr>
              <w:t>Gut, ich kann da ein Übersichtsplan zeichnet, wo das mir wirklich Installationen haben und wie tief die Installation oben runterkommt. Da sagen wir, die Elektrik zwar noch nicht A. G., aber ich nehme mal an, da wird es ein Installationsbereich geben in TÜV Garage, wo man ja, wo man das Lichtband müsste installieren.</w:t>
            </w:r>
          </w:p>
        </w:tc>
      </w:tr>
      <w:tr>
        <w:tc>
          <w:tcPr>
            <w:tcW w:type="dxa" w:w="3513"/>
            <w:vAlign w:val="top"/>
          </w:tcPr>
          <w:p>
            <w:r/>
            <w:r>
              <w:rPr>
                <w:b w:val="0"/>
                <w:sz w:val="16"/>
              </w:rPr>
              <w:t>1:37:34</w:t>
            </w:r>
          </w:p>
        </w:tc>
        <w:tc>
          <w:tcPr>
            <w:tcW w:type="dxa" w:w="3513"/>
            <w:vAlign w:val="top"/>
          </w:tcPr>
          <w:p>
            <w:r/>
            <w:r>
              <w:rPr>
                <w:b w:val="0"/>
                <w:sz w:val="16"/>
              </w:rPr>
              <w:t>Ramon Nachmansohn</w:t>
            </w:r>
          </w:p>
        </w:tc>
        <w:tc>
          <w:tcPr>
            <w:tcW w:type="dxa" w:w="3513"/>
            <w:vAlign w:val="top"/>
          </w:tcPr>
          <w:p>
            <w:r/>
            <w:r>
              <w:rPr>
                <w:b w:val="0"/>
                <w:sz w:val="16"/>
              </w:rPr>
              <w:t>Und von unserer Seite her, wenn wir jetzt noch Lüftung machen, Garage Lüftung, wo teilmechanisch ist, also wenn wir sie nicht 100% natürlich wegkriegen, dann würde das bedeuten, dass wir auf der anderen Seite da entlang.</w:t>
            </w:r>
          </w:p>
        </w:tc>
      </w:tr>
      <w:tr>
        <w:tc>
          <w:tcPr>
            <w:tcW w:type="dxa" w:w="3513"/>
            <w:vAlign w:val="top"/>
          </w:tcPr>
          <w:p>
            <w:r/>
            <w:r>
              <w:rPr>
                <w:b w:val="0"/>
                <w:sz w:val="16"/>
              </w:rPr>
              <w:t>1:37:50</w:t>
            </w:r>
          </w:p>
        </w:tc>
        <w:tc>
          <w:tcPr>
            <w:tcW w:type="dxa" w:w="3513"/>
            <w:vAlign w:val="top"/>
          </w:tcPr>
          <w:p>
            <w:r/>
            <w:r>
              <w:rPr>
                <w:b w:val="0"/>
                <w:sz w:val="16"/>
              </w:rPr>
              <w:t>Ramon Nachmansohn</w:t>
            </w:r>
          </w:p>
        </w:tc>
        <w:tc>
          <w:tcPr>
            <w:tcW w:type="dxa" w:w="3513"/>
            <w:vAlign w:val="top"/>
          </w:tcPr>
          <w:p>
            <w:r/>
            <w:r>
              <w:rPr>
                <w:b w:val="0"/>
                <w:sz w:val="16"/>
              </w:rPr>
              <w:t>Die Kanäle hättet an deiner Sitte entlang oder nachströmig, die dann natìrlich, die die Ìbers Gittertor und Ìber den Schacht da, dann wìrden wir da an den Kanalinen absaugen und dann mìssen wir das in der Schacht da Bringen und der Gerti dann über Dach. Wie groß die Schächte sind, kann man im Haus noch an.</w:t>
            </w:r>
          </w:p>
        </w:tc>
      </w:tr>
      <w:tr>
        <w:tc>
          <w:tcPr>
            <w:tcW w:type="dxa" w:w="3513"/>
            <w:vAlign w:val="top"/>
          </w:tcPr>
          <w:p>
            <w:r/>
            <w:r>
              <w:rPr>
                <w:b w:val="0"/>
                <w:sz w:val="16"/>
              </w:rPr>
              <w:t>1:38:14</w:t>
            </w:r>
          </w:p>
        </w:tc>
        <w:tc>
          <w:tcPr>
            <w:tcW w:type="dxa" w:w="3513"/>
            <w:vAlign w:val="top"/>
          </w:tcPr>
          <w:p>
            <w:r/>
            <w:r>
              <w:rPr>
                <w:b w:val="0"/>
                <w:sz w:val="16"/>
              </w:rPr>
              <w:t>Ramon Nachmansohn</w:t>
            </w:r>
          </w:p>
        </w:tc>
        <w:tc>
          <w:tcPr>
            <w:tcW w:type="dxa" w:w="3513"/>
            <w:vAlign w:val="top"/>
          </w:tcPr>
          <w:p>
            <w:r/>
            <w:r>
              <w:rPr>
                <w:b w:val="0"/>
                <w:sz w:val="16"/>
              </w:rPr>
              <w:t>Und aber wenn ich da 'n Lüftungskanal muss rundrum mache, dann einfach gucken, dass man da der Wert 30 Zentimeter hoch. Wir müssen einfach gucken, dass man da im Bereich, ich hab immer das fertig gemacht, dass man da das Türblatt im Auge behalten, dass man dann da auch Öffnung gehabt. Das Gleiche ist denn da, da verlieren wir 30 Zentimeter Platz in der in der Schlüssigsfläche. Auch da müssen wir mal gucken, wie das ist mit dem Türblatt da natürlich auch. Und dass ich die Lüftungskanäle in dem Bereich Türe bringe, müsst ich da. Also, da geht's ja noch.</w:t>
            </w:r>
          </w:p>
        </w:tc>
      </w:tr>
      <w:tr>
        <w:tc>
          <w:tcPr>
            <w:tcW w:type="dxa" w:w="3513"/>
            <w:vAlign w:val="top"/>
          </w:tcPr>
          <w:p>
            <w:r/>
            <w:r>
              <w:rPr>
                <w:b w:val="0"/>
                <w:sz w:val="16"/>
              </w:rPr>
              <w:t>1:38:51</w:t>
            </w:r>
          </w:p>
        </w:tc>
        <w:tc>
          <w:tcPr>
            <w:tcW w:type="dxa" w:w="3513"/>
            <w:vAlign w:val="top"/>
          </w:tcPr>
          <w:p>
            <w:r/>
            <w:r>
              <w:rPr>
                <w:b w:val="0"/>
                <w:sz w:val="16"/>
              </w:rPr>
              <w:t>Ramon Nachmansohn</w:t>
            </w:r>
          </w:p>
        </w:tc>
        <w:tc>
          <w:tcPr>
            <w:tcW w:type="dxa" w:w="3513"/>
            <w:vAlign w:val="top"/>
          </w:tcPr>
          <w:p>
            <w:r/>
            <w:r>
              <w:rPr>
                <w:b w:val="0"/>
                <w:sz w:val="16"/>
              </w:rPr>
              <w:t>Das gibt's doch kein Bandschutz da, wo? Ah, da vorne. also dann müssten wir da hier ein Betonschieber haben und noch die mit der Ding Dürre mit den Kanälen.</w:t>
            </w:r>
          </w:p>
        </w:tc>
      </w:tr>
      <w:tr>
        <w:tc>
          <w:tcPr>
            <w:tcW w:type="dxa" w:w="3513"/>
            <w:vAlign w:val="top"/>
          </w:tcPr>
          <w:p>
            <w:r/>
            <w:r>
              <w:rPr>
                <w:b w:val="0"/>
                <w:sz w:val="16"/>
              </w:rPr>
              <w:t>1:38:53</w:t>
            </w:r>
          </w:p>
        </w:tc>
        <w:tc>
          <w:tcPr>
            <w:tcW w:type="dxa" w:w="3513"/>
            <w:vAlign w:val="top"/>
          </w:tcPr>
          <w:p>
            <w:r/>
            <w:r>
              <w:rPr>
                <w:b w:val="0"/>
                <w:sz w:val="16"/>
              </w:rPr>
              <w:t>Donatiello Cristian</w:t>
            </w:r>
          </w:p>
        </w:tc>
        <w:tc>
          <w:tcPr>
            <w:tcW w:type="dxa" w:w="3513"/>
            <w:vAlign w:val="top"/>
          </w:tcPr>
          <w:p>
            <w:r/>
            <w:r>
              <w:rPr>
                <w:b w:val="0"/>
                <w:sz w:val="16"/>
              </w:rPr>
              <w:t>Nein, wieder vorne, wieder vorne.</w:t>
            </w:r>
          </w:p>
        </w:tc>
      </w:tr>
      <w:tr>
        <w:tc>
          <w:tcPr>
            <w:tcW w:type="dxa" w:w="3513"/>
            <w:vAlign w:val="top"/>
          </w:tcPr>
          <w:p>
            <w:r/>
            <w:r>
              <w:rPr>
                <w:b w:val="0"/>
                <w:sz w:val="16"/>
              </w:rPr>
              <w:t>1:38:54</w:t>
            </w:r>
          </w:p>
        </w:tc>
        <w:tc>
          <w:tcPr>
            <w:tcW w:type="dxa" w:w="3513"/>
            <w:vAlign w:val="top"/>
          </w:tcPr>
          <w:p>
            <w:r/>
            <w:r>
              <w:rPr>
                <w:b w:val="0"/>
                <w:sz w:val="16"/>
              </w:rPr>
              <w:t>Claudia Kresser</w:t>
            </w:r>
          </w:p>
        </w:tc>
        <w:tc>
          <w:tcPr>
            <w:tcW w:type="dxa" w:w="3513"/>
            <w:vAlign w:val="top"/>
          </w:tcPr>
          <w:p>
            <w:r/>
            <w:r>
              <w:rPr>
                <w:b w:val="0"/>
                <w:sz w:val="16"/>
              </w:rPr>
              <w:t>Nein, nein, das ist, das ist einfach.</w:t>
            </w:r>
          </w:p>
        </w:tc>
      </w:tr>
      <w:tr>
        <w:tc>
          <w:tcPr>
            <w:tcW w:type="dxa" w:w="3513"/>
            <w:vAlign w:val="top"/>
          </w:tcPr>
          <w:p>
            <w:r/>
            <w:r>
              <w:rPr>
                <w:b w:val="0"/>
                <w:sz w:val="16"/>
              </w:rPr>
              <w:t>1:39:08</w:t>
            </w:r>
          </w:p>
        </w:tc>
        <w:tc>
          <w:tcPr>
            <w:tcW w:type="dxa" w:w="3513"/>
            <w:vAlign w:val="top"/>
          </w:tcPr>
          <w:p>
            <w:r/>
            <w:r>
              <w:rPr>
                <w:b w:val="0"/>
                <w:sz w:val="16"/>
              </w:rPr>
              <w:t>Ramon Nachmansohn</w:t>
            </w:r>
          </w:p>
        </w:tc>
        <w:tc>
          <w:tcPr>
            <w:tcW w:type="dxa" w:w="3513"/>
            <w:vAlign w:val="top"/>
          </w:tcPr>
          <w:p>
            <w:r/>
            <w:r>
              <w:rPr>
                <w:b w:val="0"/>
                <w:sz w:val="16"/>
              </w:rPr>
              <w:t>Ja, da kann ja net das Brandschutz da irgendwie noch etwas Festes.</w:t>
            </w:r>
          </w:p>
        </w:tc>
      </w:tr>
      <w:tr>
        <w:tc>
          <w:tcPr>
            <w:tcW w:type="dxa" w:w="3513"/>
            <w:vAlign w:val="top"/>
          </w:tcPr>
          <w:p>
            <w:r/>
            <w:r>
              <w:rPr>
                <w:b w:val="0"/>
                <w:sz w:val="16"/>
              </w:rPr>
              <w:t>1:39:17</w:t>
            </w:r>
          </w:p>
        </w:tc>
        <w:tc>
          <w:tcPr>
            <w:tcW w:type="dxa" w:w="3513"/>
            <w:vAlign w:val="top"/>
          </w:tcPr>
          <w:p>
            <w:r/>
            <w:r>
              <w:rPr>
                <w:b w:val="0"/>
                <w:sz w:val="16"/>
              </w:rPr>
              <w:t>Ramon Nachmansohn</w:t>
            </w:r>
          </w:p>
        </w:tc>
        <w:tc>
          <w:tcPr>
            <w:tcW w:type="dxa" w:w="3513"/>
            <w:vAlign w:val="top"/>
          </w:tcPr>
          <w:p>
            <w:r/>
            <w:r>
              <w:rPr>
                <w:b w:val="0"/>
                <w:sz w:val="16"/>
              </w:rPr>
              <w:t>Genau, und dann noch nicht Installationshöche Höchen A. geschrieben oder an Installation im Technikum. 40 Zentimeter, aber da hab ich noch separat reingeschrieben, ist mit Server räumen, Elektrozentrale, das wäre ja dann noch Technikfläche, wie wir das da im Vorprojekt angehen, nicht Und das hab ich mich einfach mal noch wundergenommen. Das wird sehr wahrscheinlich mit Holzverschlägen gemacht, nicht gemurert. Oder dass es dich die Band gäb, die.</w:t>
            </w:r>
          </w:p>
        </w:tc>
      </w:tr>
      <w:tr>
        <w:tc>
          <w:tcPr>
            <w:tcW w:type="dxa" w:w="3513"/>
            <w:vAlign w:val="top"/>
          </w:tcPr>
          <w:p>
            <w:r/>
            <w:r>
              <w:rPr>
                <w:b w:val="0"/>
                <w:sz w:val="16"/>
              </w:rPr>
              <w:t>1:39:48</w:t>
            </w:r>
          </w:p>
        </w:tc>
        <w:tc>
          <w:tcPr>
            <w:tcW w:type="dxa" w:w="3513"/>
            <w:vAlign w:val="top"/>
          </w:tcPr>
          <w:p>
            <w:r/>
            <w:r>
              <w:rPr>
                <w:b w:val="0"/>
                <w:sz w:val="16"/>
              </w:rPr>
              <w:t>Claudia Kresser</w:t>
            </w:r>
          </w:p>
        </w:tc>
        <w:tc>
          <w:tcPr>
            <w:tcW w:type="dxa" w:w="3513"/>
            <w:vAlign w:val="top"/>
          </w:tcPr>
          <w:p>
            <w:r/>
            <w:r>
              <w:rPr>
                <w:b w:val="0"/>
                <w:sz w:val="16"/>
              </w:rPr>
              <w:t>Ja, die sind einfach so ganz.</w:t>
            </w:r>
          </w:p>
        </w:tc>
      </w:tr>
      <w:tr>
        <w:tc>
          <w:tcPr>
            <w:tcW w:type="dxa" w:w="3513"/>
            <w:vAlign w:val="top"/>
          </w:tcPr>
          <w:p>
            <w:r/>
            <w:r>
              <w:rPr>
                <w:b w:val="0"/>
                <w:sz w:val="16"/>
              </w:rPr>
              <w:t>1:39:50</w:t>
            </w:r>
          </w:p>
        </w:tc>
        <w:tc>
          <w:tcPr>
            <w:tcW w:type="dxa" w:w="3513"/>
            <w:vAlign w:val="top"/>
          </w:tcPr>
          <w:p>
            <w:r/>
            <w:r>
              <w:rPr>
                <w:b w:val="0"/>
                <w:sz w:val="16"/>
              </w:rPr>
              <w:t>Ramon Nachmansohn</w:t>
            </w:r>
          </w:p>
        </w:tc>
        <w:tc>
          <w:tcPr>
            <w:tcW w:type="dxa" w:w="3513"/>
            <w:vAlign w:val="top"/>
          </w:tcPr>
          <w:p>
            <w:r/>
            <w:r>
              <w:rPr>
                <w:b w:val="0"/>
                <w:sz w:val="16"/>
              </w:rPr>
              <w:t>Ja, Holzverschleiß oder gut. gut.</w:t>
            </w:r>
          </w:p>
        </w:tc>
      </w:tr>
      <w:tr>
        <w:tc>
          <w:tcPr>
            <w:tcW w:type="dxa" w:w="3513"/>
            <w:vAlign w:val="top"/>
          </w:tcPr>
          <w:p>
            <w:r/>
            <w:r>
              <w:rPr>
                <w:b w:val="0"/>
                <w:sz w:val="16"/>
              </w:rPr>
              <w:t>1:39:52</w:t>
            </w:r>
          </w:p>
        </w:tc>
        <w:tc>
          <w:tcPr>
            <w:tcW w:type="dxa" w:w="3513"/>
            <w:vAlign w:val="top"/>
          </w:tcPr>
          <w:p>
            <w:r/>
            <w:r>
              <w:rPr>
                <w:b w:val="0"/>
                <w:sz w:val="16"/>
              </w:rPr>
              <w:t>Claudia Kresser</w:t>
            </w:r>
          </w:p>
        </w:tc>
        <w:tc>
          <w:tcPr>
            <w:tcW w:type="dxa" w:w="3513"/>
            <w:vAlign w:val="top"/>
          </w:tcPr>
          <w:p>
            <w:r/>
            <w:r>
              <w:rPr>
                <w:b w:val="0"/>
                <w:sz w:val="16"/>
              </w:rPr>
              <w:t>Genau so. Thanks way for it.</w:t>
            </w:r>
          </w:p>
        </w:tc>
      </w:tr>
      <w:tr>
        <w:tc>
          <w:tcPr>
            <w:tcW w:type="dxa" w:w="3513"/>
            <w:vAlign w:val="top"/>
          </w:tcPr>
          <w:p>
            <w:r/>
            <w:r>
              <w:rPr>
                <w:b w:val="0"/>
                <w:sz w:val="16"/>
              </w:rPr>
              <w:t>1:39:56</w:t>
            </w:r>
          </w:p>
        </w:tc>
        <w:tc>
          <w:tcPr>
            <w:tcW w:type="dxa" w:w="3513"/>
            <w:vAlign w:val="top"/>
          </w:tcPr>
          <w:p>
            <w:r/>
            <w:r>
              <w:rPr>
                <w:b w:val="0"/>
                <w:sz w:val="16"/>
              </w:rPr>
              <w:t>Ramon Nachmansohn</w:t>
            </w:r>
          </w:p>
        </w:tc>
        <w:tc>
          <w:tcPr>
            <w:tcW w:type="dxa" w:w="3513"/>
            <w:vAlign w:val="top"/>
          </w:tcPr>
          <w:p>
            <w:r/>
            <w:r>
              <w:rPr>
                <w:b w:val="0"/>
                <w:sz w:val="16"/>
              </w:rPr>
              <w:t>Genau, und dann haben wir da hinten haben wir noch den Wählerraum. Und ich kann gleich Schlüssig machen über Tiefgarage mit Kanälen. Aber da hätten wir Rampenabfahrt und da haben wir überlegt, in Maler falls du unter der Rampe den Kanal bilden und mit der Lüftung könnt ihr durchfahren. Das Modell Velo runter, da die Lüftungsanlage da hin.</w:t>
            </w:r>
          </w:p>
        </w:tc>
      </w:tr>
      <w:tr>
        <w:tc>
          <w:tcPr>
            <w:tcW w:type="dxa" w:w="3513"/>
            <w:vAlign w:val="top"/>
          </w:tcPr>
          <w:p>
            <w:r/>
            <w:r>
              <w:rPr>
                <w:b w:val="0"/>
                <w:sz w:val="16"/>
              </w:rPr>
              <w:t>1:40:19</w:t>
            </w:r>
          </w:p>
        </w:tc>
        <w:tc>
          <w:tcPr>
            <w:tcW w:type="dxa" w:w="3513"/>
            <w:vAlign w:val="top"/>
          </w:tcPr>
          <w:p>
            <w:r/>
            <w:r>
              <w:rPr>
                <w:b w:val="0"/>
                <w:sz w:val="16"/>
              </w:rPr>
              <w:t>Ramon Nachmansohn</w:t>
            </w:r>
          </w:p>
        </w:tc>
        <w:tc>
          <w:tcPr>
            <w:tcW w:type="dxa" w:w="3513"/>
            <w:vAlign w:val="top"/>
          </w:tcPr>
          <w:p>
            <w:r/>
            <w:r>
              <w:rPr>
                <w:b w:val="0"/>
                <w:sz w:val="16"/>
              </w:rPr>
              <w:t>Bei Ihnen. Anschließen, denn ich dachte mir, ich da auch rufe mir mir noch Höhle bringen in den Elektro rümen da in Butzum gibt's noch, gibt's noch Wasser, gibt's noch Spülbecken, gibt's da neue bis, ah bla. Eventuell ja schon.</w:t>
            </w:r>
          </w:p>
        </w:tc>
      </w:tr>
      <w:tr>
        <w:tc>
          <w:tcPr>
            <w:tcW w:type="dxa" w:w="3513"/>
            <w:vAlign w:val="top"/>
          </w:tcPr>
          <w:p>
            <w:r/>
            <w:r>
              <w:rPr>
                <w:b w:val="0"/>
                <w:sz w:val="16"/>
              </w:rPr>
              <w:t>1:40:40</w:t>
            </w:r>
          </w:p>
        </w:tc>
        <w:tc>
          <w:tcPr>
            <w:tcW w:type="dxa" w:w="3513"/>
            <w:vAlign w:val="top"/>
          </w:tcPr>
          <w:p>
            <w:r/>
            <w:r>
              <w:rPr>
                <w:b w:val="0"/>
                <w:sz w:val="16"/>
              </w:rPr>
              <w:t>Ramon Nachmansohn</w:t>
            </w:r>
          </w:p>
        </w:tc>
        <w:tc>
          <w:tcPr>
            <w:tcW w:type="dxa" w:w="3513"/>
            <w:vAlign w:val="top"/>
          </w:tcPr>
          <w:p>
            <w:r/>
            <w:r>
              <w:rPr>
                <w:b w:val="0"/>
                <w:sz w:val="16"/>
              </w:rPr>
              <w:t>Und da ist für uns ja und da ist für uns einfach wichtig, oder wie der Dämmperimeter verläuft, das ist schon beheizt der Ruhm. Und das ist dann kein Nebenraum mehr und da müssen wir dann aufpassen, oder will da müssen wir, will das ein Aufenthaltsraum ist, bin ich der</w:t>
            </w:r>
          </w:p>
        </w:tc>
      </w:tr>
      <w:tr>
        <w:tc>
          <w:tcPr>
            <w:tcW w:type="dxa" w:w="3513"/>
            <w:vAlign w:val="top"/>
          </w:tcPr>
          <w:p>
            <w:r/>
            <w:r>
              <w:rPr>
                <w:b w:val="0"/>
                <w:sz w:val="16"/>
              </w:rPr>
              <w:t>1:40:56</w:t>
            </w:r>
          </w:p>
        </w:tc>
        <w:tc>
          <w:tcPr>
            <w:tcW w:type="dxa" w:w="3513"/>
            <w:vAlign w:val="top"/>
          </w:tcPr>
          <w:p>
            <w:r/>
            <w:r>
              <w:rPr>
                <w:b w:val="0"/>
                <w:sz w:val="16"/>
              </w:rPr>
              <w:t>Ramon Nachmansohn</w:t>
            </w:r>
          </w:p>
        </w:tc>
        <w:tc>
          <w:tcPr>
            <w:tcW w:type="dxa" w:w="3513"/>
            <w:vAlign w:val="top"/>
          </w:tcPr>
          <w:p>
            <w:r/>
            <w:r>
              <w:rPr>
                <w:b w:val="0"/>
                <w:sz w:val="16"/>
              </w:rPr>
              <w:t>Mann, ich muss mal fast 42 rumhalten, aber. Müsst man mal prüfen oder und dann würden wir gern den Schlüssig auch so machen, dass man da in der zentralen ist. Ein Teil würden wir dann dahinter fahren. Eben wenn wir den Putzraum messen zu schließen, da fahren wir da hinten durch und mit der Lüftung messen wir natürlich. Da muss ja Schlüssel machen, ja.</w:t>
            </w:r>
          </w:p>
        </w:tc>
      </w:tr>
      <w:tr>
        <w:tc>
          <w:tcPr>
            <w:tcW w:type="dxa" w:w="3513"/>
            <w:vAlign w:val="top"/>
          </w:tcPr>
          <w:p>
            <w:r/>
            <w:r>
              <w:rPr>
                <w:b w:val="0"/>
                <w:sz w:val="16"/>
              </w:rPr>
              <w:t>1:41:24</w:t>
            </w:r>
          </w:p>
        </w:tc>
        <w:tc>
          <w:tcPr>
            <w:tcW w:type="dxa" w:w="3513"/>
            <w:vAlign w:val="top"/>
          </w:tcPr>
          <w:p>
            <w:r/>
            <w:r>
              <w:rPr>
                <w:b w:val="0"/>
                <w:sz w:val="16"/>
              </w:rPr>
              <w:t>Ramon Nachmansohn</w:t>
            </w:r>
          </w:p>
        </w:tc>
        <w:tc>
          <w:tcPr>
            <w:tcW w:type="dxa" w:w="3513"/>
            <w:vAlign w:val="top"/>
          </w:tcPr>
          <w:p>
            <w:r/>
            <w:r>
              <w:rPr>
                <w:b w:val="0"/>
                <w:sz w:val="16"/>
              </w:rPr>
              <w:t>Dann hab ich da allgemeine Informationen. MOG, wenn wir noch die Lichtinstallationen angucken, dann der Hewis, das Fluchtweg. Met</w:t>
            </w:r>
          </w:p>
        </w:tc>
      </w:tr>
      <w:tr>
        <w:tc>
          <w:tcPr>
            <w:tcW w:type="dxa" w:w="3513"/>
            <w:vAlign w:val="top"/>
          </w:tcPr>
          <w:p>
            <w:r/>
            <w:r>
              <w:rPr>
                <w:b w:val="0"/>
                <w:sz w:val="16"/>
              </w:rPr>
              <w:t>1:41:43</w:t>
            </w:r>
          </w:p>
        </w:tc>
        <w:tc>
          <w:tcPr>
            <w:tcW w:type="dxa" w:w="3513"/>
            <w:vAlign w:val="top"/>
          </w:tcPr>
          <w:p>
            <w:r/>
            <w:r>
              <w:rPr>
                <w:b w:val="0"/>
                <w:sz w:val="16"/>
              </w:rPr>
              <w:t>Ramon Nachmansohn</w:t>
            </w:r>
          </w:p>
        </w:tc>
        <w:tc>
          <w:tcPr>
            <w:tcW w:type="dxa" w:w="3513"/>
            <w:vAlign w:val="top"/>
          </w:tcPr>
          <w:p>
            <w:r/>
            <w:r>
              <w:rPr>
                <w:b w:val="0"/>
                <w:sz w:val="16"/>
              </w:rPr>
              <w:t>Aber dort drinne in der Garage, das muss man einfach nicht vergessen. Vielleicht dort das Signal. Signaletik Notusgang wird es ja sehr wahrscheinlich auch noch etwas geben, wo man da montieren da noch Einfluss auf Stromhöhe.</w:t>
            </w:r>
          </w:p>
        </w:tc>
      </w:tr>
      <w:tr>
        <w:tc>
          <w:tcPr>
            <w:tcW w:type="dxa" w:w="3513"/>
            <w:vAlign w:val="top"/>
          </w:tcPr>
          <w:p>
            <w:r/>
            <w:r>
              <w:rPr>
                <w:b w:val="0"/>
                <w:sz w:val="16"/>
              </w:rPr>
              <w:t>1:41:58</w:t>
            </w:r>
          </w:p>
        </w:tc>
        <w:tc>
          <w:tcPr>
            <w:tcW w:type="dxa" w:w="3513"/>
            <w:vAlign w:val="top"/>
          </w:tcPr>
          <w:p>
            <w:r/>
            <w:r>
              <w:rPr>
                <w:b w:val="0"/>
                <w:sz w:val="16"/>
              </w:rPr>
              <w:t>Ramon Nachmansohn</w:t>
            </w:r>
          </w:p>
        </w:tc>
        <w:tc>
          <w:tcPr>
            <w:tcW w:type="dxa" w:w="3513"/>
            <w:vAlign w:val="top"/>
          </w:tcPr>
          <w:p>
            <w:r/>
            <w:r>
              <w:rPr>
                <w:b w:val="0"/>
                <w:sz w:val="16"/>
              </w:rPr>
              <w:t>Anna, ich glaube so. Also. I did just order. Rumhöhe allgemein. Es gibt auch eigene Bauformen für hindernisfreies Bauen für öffentliche Bauten. Das ist ein öffentliches Gebäude, oder? Und wenn wir jetzt da gewisses hier rumhören, eine Festlegung mit gewissen Nutzungen sind einfach. Umnutzige später nicht möglich. Also nachher dann nicht aus dem Archiv, wo dann drum nö aufeinander rum generiert. Das ist einfach. Ja, das wäre eigentlich mal das, wo man im U.G. ein Stationshöhe. Kann im Anschluss gerne aufs Mail legen und unterteilen.</w:t>
            </w:r>
          </w:p>
        </w:tc>
      </w:tr>
      <w:tr>
        <w:tc>
          <w:tcPr>
            <w:tcW w:type="dxa" w:w="3513"/>
            <w:vAlign w:val="top"/>
          </w:tcPr>
          <w:p>
            <w:r/>
            <w:r>
              <w:rPr>
                <w:b w:val="0"/>
                <w:sz w:val="16"/>
              </w:rPr>
              <w:t>1:42:41</w:t>
            </w:r>
          </w:p>
        </w:tc>
        <w:tc>
          <w:tcPr>
            <w:tcW w:type="dxa" w:w="3513"/>
            <w:vAlign w:val="top"/>
          </w:tcPr>
          <w:p>
            <w:r/>
            <w:r>
              <w:rPr>
                <w:b w:val="0"/>
                <w:sz w:val="16"/>
              </w:rPr>
              <w:t>Claudia Kresser</w:t>
            </w:r>
          </w:p>
        </w:tc>
        <w:tc>
          <w:tcPr>
            <w:tcW w:type="dxa" w:w="3513"/>
            <w:vAlign w:val="top"/>
          </w:tcPr>
          <w:p>
            <w:r/>
            <w:r>
              <w:rPr>
                <w:b w:val="0"/>
                <w:sz w:val="16"/>
              </w:rPr>
              <w:t>Ja, also das ist quasi die Grundlage, mit der das müssen wir uns jetzt mal angucken und dann gegenprüfen, wo wie das bei uns, wie sich das integrieren lässt bei uns, gell? Und das sieht aus, wie wenn es nicht so einfach wäre.</w:t>
            </w:r>
          </w:p>
        </w:tc>
      </w:tr>
      <w:tr>
        <w:tc>
          <w:tcPr>
            <w:tcW w:type="dxa" w:w="3513"/>
            <w:vAlign w:val="top"/>
          </w:tcPr>
          <w:p>
            <w:r/>
            <w:r>
              <w:rPr>
                <w:b w:val="0"/>
                <w:sz w:val="16"/>
              </w:rPr>
              <w:t>1:42:51</w:t>
            </w:r>
          </w:p>
        </w:tc>
        <w:tc>
          <w:tcPr>
            <w:tcW w:type="dxa" w:w="3513"/>
            <w:vAlign w:val="top"/>
          </w:tcPr>
          <w:p>
            <w:r/>
            <w:r>
              <w:rPr>
                <w:b w:val="0"/>
                <w:sz w:val="16"/>
              </w:rPr>
              <w:t>Ramon Nachmansohn</w:t>
            </w:r>
          </w:p>
        </w:tc>
        <w:tc>
          <w:tcPr>
            <w:tcW w:type="dxa" w:w="3513"/>
            <w:vAlign w:val="top"/>
          </w:tcPr>
          <w:p>
            <w:r/>
            <w:r>
              <w:rPr>
                <w:b w:val="0"/>
                <w:sz w:val="16"/>
              </w:rPr>
              <w:t>Ja, das meint er mal auch, und dann ja. Henna. Ja, genau. Ja, das Gefühl hab ich eben auch, dass ich habe.</w:t>
            </w:r>
          </w:p>
        </w:tc>
      </w:tr>
      <w:tr>
        <w:tc>
          <w:tcPr>
            <w:tcW w:type="dxa" w:w="3513"/>
            <w:vAlign w:val="top"/>
          </w:tcPr>
          <w:p>
            <w:r/>
            <w:r>
              <w:rPr>
                <w:b w:val="0"/>
                <w:sz w:val="16"/>
              </w:rPr>
              <w:t>1:43:05</w:t>
            </w:r>
          </w:p>
        </w:tc>
        <w:tc>
          <w:tcPr>
            <w:tcW w:type="dxa" w:w="3513"/>
            <w:vAlign w:val="top"/>
          </w:tcPr>
          <w:p>
            <w:r/>
            <w:r>
              <w:rPr>
                <w:b w:val="0"/>
                <w:sz w:val="16"/>
              </w:rPr>
              <w:t>Donatiello Cristian</w:t>
            </w:r>
          </w:p>
        </w:tc>
        <w:tc>
          <w:tcPr>
            <w:tcW w:type="dxa" w:w="3513"/>
            <w:vAlign w:val="top"/>
          </w:tcPr>
          <w:p>
            <w:r/>
            <w:r>
              <w:rPr>
                <w:b w:val="0"/>
                <w:sz w:val="16"/>
              </w:rPr>
              <w:t>Ramon verteilt es doch per Mail und da sicherungs hast du striple gar nicht aufgeladen und das ist der da oben aber nicht.</w:t>
            </w:r>
          </w:p>
        </w:tc>
      </w:tr>
      <w:tr>
        <w:tc>
          <w:tcPr>
            <w:tcW w:type="dxa" w:w="3513"/>
            <w:vAlign w:val="top"/>
          </w:tcPr>
          <w:p>
            <w:r/>
            <w:r>
              <w:rPr>
                <w:b w:val="0"/>
                <w:sz w:val="16"/>
              </w:rPr>
              <w:t>1:43:10</w:t>
            </w:r>
          </w:p>
        </w:tc>
        <w:tc>
          <w:tcPr>
            <w:tcW w:type="dxa" w:w="3513"/>
            <w:vAlign w:val="top"/>
          </w:tcPr>
          <w:p>
            <w:r/>
            <w:r>
              <w:rPr>
                <w:b w:val="0"/>
                <w:sz w:val="16"/>
              </w:rPr>
              <w:t>Ramon Nachmansohn</w:t>
            </w:r>
          </w:p>
        </w:tc>
        <w:tc>
          <w:tcPr>
            <w:tcW w:type="dxa" w:w="3513"/>
            <w:vAlign w:val="top"/>
          </w:tcPr>
          <w:p>
            <w:r/>
            <w:r>
              <w:rPr>
                <w:b w:val="0"/>
                <w:sz w:val="16"/>
              </w:rPr>
              <w:t>Ja, das ja, das mach ich, aber ich, ich hab jetzt einfach zuerst mal wieder der Termin heute, dass man machen da, dass man das machen da und ich habe wirklich probiert, einfach alle hier, die sie nicht geschrieben, wo relevant sind, darum höre ich.</w:t>
            </w:r>
          </w:p>
        </w:tc>
      </w:tr>
      <w:tr>
        <w:tc>
          <w:tcPr>
            <w:tcW w:type="dxa" w:w="3513"/>
            <w:vAlign w:val="top"/>
          </w:tcPr>
          <w:p>
            <w:r/>
            <w:r>
              <w:rPr>
                <w:b w:val="0"/>
                <w:sz w:val="16"/>
              </w:rPr>
              <w:t>1:43:12</w:t>
            </w:r>
          </w:p>
        </w:tc>
        <w:tc>
          <w:tcPr>
            <w:tcW w:type="dxa" w:w="3513"/>
            <w:vAlign w:val="top"/>
          </w:tcPr>
          <w:p>
            <w:r/>
            <w:r>
              <w:rPr>
                <w:b w:val="0"/>
                <w:sz w:val="16"/>
              </w:rPr>
              <w:t>Donatiello Cristian</w:t>
            </w:r>
          </w:p>
        </w:tc>
        <w:tc>
          <w:tcPr>
            <w:tcW w:type="dxa" w:w="3513"/>
            <w:vAlign w:val="top"/>
          </w:tcPr>
          <w:p>
            <w:r/>
            <w:r>
              <w:rPr>
                <w:b w:val="0"/>
                <w:sz w:val="16"/>
              </w:rPr>
              <w:t>Genau, nein, das ist gut. Isch gut, ja.</w:t>
            </w:r>
          </w:p>
        </w:tc>
      </w:tr>
      <w:tr>
        <w:tc>
          <w:tcPr>
            <w:tcW w:type="dxa" w:w="3513"/>
            <w:vAlign w:val="top"/>
          </w:tcPr>
          <w:p>
            <w:r/>
            <w:r>
              <w:rPr>
                <w:b w:val="0"/>
                <w:sz w:val="16"/>
              </w:rPr>
              <w:t>1:43:26</w:t>
            </w:r>
          </w:p>
        </w:tc>
        <w:tc>
          <w:tcPr>
            <w:tcW w:type="dxa" w:w="3513"/>
            <w:vAlign w:val="top"/>
          </w:tcPr>
          <w:p>
            <w:r/>
            <w:r>
              <w:rPr>
                <w:b w:val="0"/>
                <w:sz w:val="16"/>
              </w:rPr>
              <w:t>Claudia Kresser</w:t>
            </w:r>
          </w:p>
        </w:tc>
        <w:tc>
          <w:tcPr>
            <w:tcW w:type="dxa" w:w="3513"/>
            <w:vAlign w:val="top"/>
          </w:tcPr>
          <w:p>
            <w:r/>
            <w:r>
              <w:rPr>
                <w:b w:val="0"/>
                <w:sz w:val="16"/>
              </w:rPr>
              <w:t>Aber Gabi, darf ich jetzt noch mal kurz was fragen, der blaue Lüftungs, der blaue Lüftungskanal, also du genau, der ist ja eigentlich der, wo der fräst jetzt durch die ganze Hütte durch irgendwie und das ist wirklich so.</w:t>
            </w:r>
          </w:p>
        </w:tc>
      </w:tr>
      <w:tr>
        <w:tc>
          <w:tcPr>
            <w:tcW w:type="dxa" w:w="3513"/>
            <w:vAlign w:val="top"/>
          </w:tcPr>
          <w:p>
            <w:r/>
            <w:r>
              <w:rPr>
                <w:b w:val="0"/>
                <w:sz w:val="16"/>
              </w:rPr>
              <w:t>1:43:41</w:t>
            </w:r>
          </w:p>
        </w:tc>
        <w:tc>
          <w:tcPr>
            <w:tcW w:type="dxa" w:w="3513"/>
            <w:vAlign w:val="top"/>
          </w:tcPr>
          <w:p>
            <w:r/>
            <w:r>
              <w:rPr>
                <w:b w:val="0"/>
                <w:sz w:val="16"/>
              </w:rPr>
              <w:t>Claudia Kresser</w:t>
            </w:r>
          </w:p>
        </w:tc>
        <w:tc>
          <w:tcPr>
            <w:tcW w:type="dxa" w:w="3513"/>
            <w:vAlign w:val="top"/>
          </w:tcPr>
          <w:p>
            <w:r/>
            <w:r>
              <w:rPr>
                <w:b w:val="0"/>
                <w:sz w:val="16"/>
              </w:rPr>
              <w:t>Irgendwo aus, dass wir das Haus oder die Tiefgarage Müsset mechanisch belüften. Ist das richtig?</w:t>
            </w:r>
          </w:p>
        </w:tc>
      </w:tr>
      <w:tr>
        <w:tc>
          <w:tcPr>
            <w:tcW w:type="dxa" w:w="3513"/>
            <w:vAlign w:val="top"/>
          </w:tcPr>
          <w:p>
            <w:r/>
            <w:r>
              <w:rPr>
                <w:b w:val="0"/>
                <w:sz w:val="16"/>
              </w:rPr>
              <w:t>1:43:48</w:t>
            </w:r>
          </w:p>
        </w:tc>
        <w:tc>
          <w:tcPr>
            <w:tcW w:type="dxa" w:w="3513"/>
            <w:vAlign w:val="top"/>
          </w:tcPr>
          <w:p>
            <w:r/>
            <w:r>
              <w:rPr>
                <w:b w:val="0"/>
                <w:sz w:val="16"/>
              </w:rPr>
              <w:t>Ramon Nachmansohn</w:t>
            </w:r>
          </w:p>
        </w:tc>
        <w:tc>
          <w:tcPr>
            <w:tcW w:type="dxa" w:w="3513"/>
            <w:vAlign w:val="top"/>
          </w:tcPr>
          <w:p>
            <w:r/>
            <w:r>
              <w:rPr>
                <w:b w:val="0"/>
                <w:sz w:val="16"/>
              </w:rPr>
              <w:t>Ja, also, wenn man sie nicht mechanisch misst, das kann man jetzt nicht sagen. Für das hab ich die auch fertig gemacht und Christian wird zu, aber ich hab das Gefühl, dass rein natürlich.</w:t>
            </w:r>
          </w:p>
        </w:tc>
      </w:tr>
      <w:tr>
        <w:tc>
          <w:tcPr>
            <w:tcW w:type="dxa" w:w="3513"/>
            <w:vAlign w:val="top"/>
          </w:tcPr>
          <w:p>
            <w:r/>
            <w:r>
              <w:rPr>
                <w:b w:val="0"/>
                <w:sz w:val="16"/>
              </w:rPr>
              <w:t>1:44:04</w:t>
            </w:r>
          </w:p>
        </w:tc>
        <w:tc>
          <w:tcPr>
            <w:tcW w:type="dxa" w:w="3513"/>
            <w:vAlign w:val="top"/>
          </w:tcPr>
          <w:p>
            <w:r/>
            <w:r>
              <w:rPr>
                <w:b w:val="0"/>
                <w:sz w:val="16"/>
              </w:rPr>
              <w:t>Ramon Nachmansohn</w:t>
            </w:r>
          </w:p>
        </w:tc>
        <w:tc>
          <w:tcPr>
            <w:tcW w:type="dxa" w:w="3513"/>
            <w:vAlign w:val="top"/>
          </w:tcPr>
          <w:p>
            <w:r/>
            <w:r>
              <w:rPr>
                <w:b w:val="0"/>
                <w:sz w:val="16"/>
              </w:rPr>
              <w:t>Jetzt relativ schwierig werden. Wir müssen relativ viel Schächte einsetzen und die Schächte sind dann auch nach zum Beispiel ja Sitzplätze et cetera. Wir müssen uns anluegen, will dann noch ja, ist klar, dann wir natürlich die ganz liftig da empfahlen, weil man sie natürlich handle. Lüfte, aber selbst wenn man sie nur teilmechanisch macht, also auch die Nachströmung da, das müsste ich auch schon simulieren. Oder drum muss ich die Offerte einwecken, Danilo da zu erholen.</w:t>
            </w:r>
          </w:p>
        </w:tc>
      </w:tr>
      <w:tr>
        <w:tc>
          <w:tcPr>
            <w:tcW w:type="dxa" w:w="3513"/>
            <w:vAlign w:val="top"/>
          </w:tcPr>
          <w:p>
            <w:r/>
            <w:r>
              <w:rPr>
                <w:b w:val="0"/>
                <w:sz w:val="16"/>
              </w:rPr>
              <w:t>1:44:20</w:t>
            </w:r>
          </w:p>
        </w:tc>
        <w:tc>
          <w:tcPr>
            <w:tcW w:type="dxa" w:w="3513"/>
            <w:vAlign w:val="top"/>
          </w:tcPr>
          <w:p>
            <w:r/>
            <w:r>
              <w:rPr>
                <w:b w:val="0"/>
                <w:sz w:val="16"/>
              </w:rPr>
              <w:t>Claudia Kresser</w:t>
            </w:r>
          </w:p>
        </w:tc>
        <w:tc>
          <w:tcPr>
            <w:tcW w:type="dxa" w:w="3513"/>
            <w:vAlign w:val="top"/>
          </w:tcPr>
          <w:p>
            <w:r/>
            <w:r>
              <w:rPr>
                <w:b w:val="0"/>
                <w:sz w:val="16"/>
              </w:rPr>
              <w:t>Also, du musst die so oder so, also ohnehin, anfangen für die Eingabe.</w:t>
            </w:r>
          </w:p>
        </w:tc>
      </w:tr>
      <w:tr>
        <w:tc>
          <w:tcPr>
            <w:tcW w:type="dxa" w:w="3513"/>
            <w:vAlign w:val="top"/>
          </w:tcPr>
          <w:p>
            <w:r/>
            <w:r>
              <w:rPr>
                <w:b w:val="0"/>
                <w:sz w:val="16"/>
              </w:rPr>
              <w:t>1:44:35</w:t>
            </w:r>
          </w:p>
        </w:tc>
        <w:tc>
          <w:tcPr>
            <w:tcW w:type="dxa" w:w="3513"/>
            <w:vAlign w:val="top"/>
          </w:tcPr>
          <w:p>
            <w:r/>
            <w:r>
              <w:rPr>
                <w:b w:val="0"/>
                <w:sz w:val="16"/>
              </w:rPr>
              <w:t>Ramon Nachmansohn</w:t>
            </w:r>
          </w:p>
        </w:tc>
        <w:tc>
          <w:tcPr>
            <w:tcW w:type="dxa" w:w="3513"/>
            <w:vAlign w:val="top"/>
          </w:tcPr>
          <w:p>
            <w:r/>
            <w:r>
              <w:rPr>
                <w:b w:val="0"/>
                <w:sz w:val="16"/>
              </w:rPr>
              <w:t>Ja, ja, ja, genau. Außer, wenn man beides mechanisch für zu und Abluft, dann brauche ich Simulation nicht. Oder dann kann ich, dann kann ich selber das Konzept machen. Aber das bringen wir so ja in dem Sinn nicht an, na ja.</w:t>
            </w:r>
          </w:p>
        </w:tc>
      </w:tr>
      <w:tr>
        <w:tc>
          <w:tcPr>
            <w:tcW w:type="dxa" w:w="3513"/>
            <w:vAlign w:val="top"/>
          </w:tcPr>
          <w:p>
            <w:r/>
            <w:r>
              <w:rPr>
                <w:b w:val="0"/>
                <w:sz w:val="16"/>
              </w:rPr>
              <w:t>1:44:38</w:t>
            </w:r>
          </w:p>
        </w:tc>
        <w:tc>
          <w:tcPr>
            <w:tcW w:type="dxa" w:w="3513"/>
            <w:vAlign w:val="top"/>
          </w:tcPr>
          <w:p>
            <w:r/>
            <w:r>
              <w:rPr>
                <w:b w:val="0"/>
                <w:sz w:val="16"/>
              </w:rPr>
              <w:t>Claudia Kresser</w:t>
            </w:r>
          </w:p>
        </w:tc>
        <w:tc>
          <w:tcPr>
            <w:tcW w:type="dxa" w:w="3513"/>
            <w:vAlign w:val="top"/>
          </w:tcPr>
          <w:p>
            <w:r/>
            <w:r>
              <w:rPr>
                <w:b w:val="0"/>
                <w:sz w:val="16"/>
              </w:rPr>
              <w:t>Also gut. Bist du Schenkel? Na, ist das sozusagen das Worst-Case-Szenario? Ist das richtig, das was du da gezeichnet hast?</w:t>
            </w:r>
          </w:p>
        </w:tc>
      </w:tr>
      <w:tr>
        <w:tc>
          <w:tcPr>
            <w:tcW w:type="dxa" w:w="3513"/>
            <w:vAlign w:val="top"/>
          </w:tcPr>
          <w:p>
            <w:r/>
            <w:r>
              <w:rPr>
                <w:b w:val="0"/>
                <w:sz w:val="16"/>
              </w:rPr>
              <w:t>1:45:02</w:t>
            </w:r>
          </w:p>
        </w:tc>
        <w:tc>
          <w:tcPr>
            <w:tcW w:type="dxa" w:w="3513"/>
            <w:vAlign w:val="top"/>
          </w:tcPr>
          <w:p>
            <w:r/>
            <w:r>
              <w:rPr>
                <w:b w:val="0"/>
                <w:sz w:val="16"/>
              </w:rPr>
              <w:t>Ramon Nachmansohn</w:t>
            </w:r>
          </w:p>
        </w:tc>
        <w:tc>
          <w:tcPr>
            <w:tcW w:type="dxa" w:w="3513"/>
            <w:vAlign w:val="top"/>
          </w:tcPr>
          <w:p>
            <w:r/>
            <w:r>
              <w:rPr>
                <w:b w:val="0"/>
                <w:sz w:val="16"/>
              </w:rPr>
              <w:t>Es kann sie, dass die Liftics kann er noch wäre du so kann, wenn man natürlich in Lüftiger anbringen, aber das ist dann nicht so einfach, da müssen wir dann wirklich schlecht setzen. Ja, wieder um Käfig oder.</w:t>
            </w:r>
          </w:p>
        </w:tc>
      </w:tr>
      <w:tr>
        <w:tc>
          <w:tcPr>
            <w:tcW w:type="dxa" w:w="3513"/>
            <w:vAlign w:val="top"/>
          </w:tcPr>
          <w:p>
            <w:r/>
            <w:r>
              <w:rPr>
                <w:b w:val="0"/>
                <w:sz w:val="16"/>
              </w:rPr>
              <w:t>1:45:13</w:t>
            </w:r>
          </w:p>
        </w:tc>
        <w:tc>
          <w:tcPr>
            <w:tcW w:type="dxa" w:w="3513"/>
            <w:vAlign w:val="top"/>
          </w:tcPr>
          <w:p>
            <w:r/>
            <w:r>
              <w:rPr>
                <w:b w:val="0"/>
                <w:sz w:val="16"/>
              </w:rPr>
              <w:t>Claudia Kresser</w:t>
            </w:r>
          </w:p>
        </w:tc>
        <w:tc>
          <w:tcPr>
            <w:tcW w:type="dxa" w:w="3513"/>
            <w:vAlign w:val="top"/>
          </w:tcPr>
          <w:p>
            <w:r/>
            <w:r>
              <w:rPr>
                <w:b w:val="0"/>
                <w:sz w:val="16"/>
              </w:rPr>
              <w:t>Je nachdem, was die Simulation sagt oder mit dir macht. O.K., gut, verstanden, ja.</w:t>
            </w:r>
          </w:p>
        </w:tc>
      </w:tr>
      <w:tr>
        <w:tc>
          <w:tcPr>
            <w:tcW w:type="dxa" w:w="3513"/>
            <w:vAlign w:val="top"/>
          </w:tcPr>
          <w:p>
            <w:r/>
            <w:r>
              <w:rPr>
                <w:b w:val="0"/>
                <w:sz w:val="16"/>
              </w:rPr>
              <w:t>1:45:17</w:t>
            </w:r>
          </w:p>
        </w:tc>
        <w:tc>
          <w:tcPr>
            <w:tcW w:type="dxa" w:w="3513"/>
            <w:vAlign w:val="top"/>
          </w:tcPr>
          <w:p>
            <w:r/>
            <w:r>
              <w:rPr>
                <w:b w:val="0"/>
                <w:sz w:val="16"/>
              </w:rPr>
              <w:t>Ramon Nachmansohn</w:t>
            </w:r>
          </w:p>
        </w:tc>
        <w:tc>
          <w:tcPr>
            <w:tcW w:type="dxa" w:w="3513"/>
            <w:vAlign w:val="top"/>
          </w:tcPr>
          <w:p>
            <w:r/>
            <w:r>
              <w:rPr>
                <w:b w:val="0"/>
                <w:sz w:val="16"/>
              </w:rPr>
              <w:t>Genau, genau, ja. Ich habe aber mit dem Makret, wo Simulation macht und er merkt, der hat den Grundriss angeschaut, der hat da auch die Erfahrung und er sieht es auch eher als schwierig. Das muss natürlich entlüften, das ist noch nicht ausgeschlossen. Ich muss noch nicht simulieren, aber ich sehe es eh als schwierig.</w:t>
            </w:r>
          </w:p>
        </w:tc>
      </w:tr>
      <w:tr>
        <w:tc>
          <w:tcPr>
            <w:tcW w:type="dxa" w:w="3513"/>
            <w:vAlign w:val="top"/>
          </w:tcPr>
          <w:p>
            <w:r/>
            <w:r>
              <w:rPr>
                <w:b w:val="0"/>
                <w:sz w:val="16"/>
              </w:rPr>
              <w:t>1:45:37</w:t>
            </w:r>
          </w:p>
        </w:tc>
        <w:tc>
          <w:tcPr>
            <w:tcW w:type="dxa" w:w="3513"/>
            <w:vAlign w:val="top"/>
          </w:tcPr>
          <w:p>
            <w:r/>
            <w:r>
              <w:rPr>
                <w:b w:val="0"/>
                <w:sz w:val="16"/>
              </w:rPr>
              <w:t>Donatiello Cristian</w:t>
            </w:r>
          </w:p>
        </w:tc>
        <w:tc>
          <w:tcPr>
            <w:tcW w:type="dxa" w:w="3513"/>
            <w:vAlign w:val="top"/>
          </w:tcPr>
          <w:p>
            <w:r/>
            <w:r>
              <w:rPr>
                <w:b w:val="0"/>
                <w:sz w:val="16"/>
              </w:rPr>
              <w:t>Ja, vielleicht geht es an den Teile bisschen oder oder oder.</w:t>
            </w:r>
          </w:p>
        </w:tc>
      </w:tr>
      <w:tr>
        <w:tc>
          <w:tcPr>
            <w:tcW w:type="dxa" w:w="3513"/>
            <w:vAlign w:val="top"/>
          </w:tcPr>
          <w:p>
            <w:r/>
            <w:r>
              <w:rPr>
                <w:b w:val="0"/>
                <w:sz w:val="16"/>
              </w:rPr>
              <w:t>1:45:40</w:t>
            </w:r>
          </w:p>
        </w:tc>
        <w:tc>
          <w:tcPr>
            <w:tcW w:type="dxa" w:w="3513"/>
            <w:vAlign w:val="top"/>
          </w:tcPr>
          <w:p>
            <w:r/>
            <w:r>
              <w:rPr>
                <w:b w:val="0"/>
                <w:sz w:val="16"/>
              </w:rPr>
              <w:t>Ramon Nachmansohn</w:t>
            </w:r>
          </w:p>
        </w:tc>
        <w:tc>
          <w:tcPr>
            <w:tcW w:type="dxa" w:w="3513"/>
            <w:vAlign w:val="top"/>
          </w:tcPr>
          <w:p>
            <w:r/>
            <w:r>
              <w:rPr>
                <w:b w:val="0"/>
                <w:sz w:val="16"/>
              </w:rPr>
              <w:t>Ja, aber das wäre schön. Oder die Teillösung ist einfach das, wo wir da eingezeichnet haben, oder?</w:t>
            </w:r>
          </w:p>
        </w:tc>
      </w:tr>
      <w:tr>
        <w:tc>
          <w:tcPr>
            <w:tcW w:type="dxa" w:w="3513"/>
            <w:vAlign w:val="top"/>
          </w:tcPr>
          <w:p>
            <w:r/>
            <w:r>
              <w:rPr>
                <w:b w:val="0"/>
                <w:sz w:val="16"/>
              </w:rPr>
              <w:t>1:45:46</w:t>
            </w:r>
          </w:p>
        </w:tc>
        <w:tc>
          <w:tcPr>
            <w:tcW w:type="dxa" w:w="3513"/>
            <w:vAlign w:val="top"/>
          </w:tcPr>
          <w:p>
            <w:r/>
            <w:r>
              <w:rPr>
                <w:b w:val="0"/>
                <w:sz w:val="16"/>
              </w:rPr>
              <w:t>Ramon Nachmansohn</w:t>
            </w:r>
          </w:p>
        </w:tc>
        <w:tc>
          <w:tcPr>
            <w:tcW w:type="dxa" w:w="3513"/>
            <w:vAlign w:val="top"/>
          </w:tcPr>
          <w:p>
            <w:r/>
            <w:r>
              <w:rPr>
                <w:b w:val="0"/>
                <w:sz w:val="16"/>
              </w:rPr>
              <w:t>Ich glaube, es läuft auf da so da beim ohne ohne Nachricht.</w:t>
            </w:r>
          </w:p>
        </w:tc>
      </w:tr>
      <w:tr>
        <w:tc>
          <w:tcPr>
            <w:tcW w:type="dxa" w:w="3513"/>
            <w:vAlign w:val="top"/>
          </w:tcPr>
          <w:p>
            <w:r/>
            <w:r>
              <w:rPr>
                <w:b w:val="0"/>
                <w:sz w:val="16"/>
              </w:rPr>
              <w:t>1:45:53</w:t>
            </w:r>
          </w:p>
        </w:tc>
        <w:tc>
          <w:tcPr>
            <w:tcW w:type="dxa" w:w="3513"/>
            <w:vAlign w:val="top"/>
          </w:tcPr>
          <w:p>
            <w:r/>
            <w:r>
              <w:rPr>
                <w:b w:val="0"/>
                <w:sz w:val="16"/>
              </w:rPr>
              <w:t>Donatiello Cristian</w:t>
            </w:r>
          </w:p>
        </w:tc>
        <w:tc>
          <w:tcPr>
            <w:tcW w:type="dxa" w:w="3513"/>
            <w:vAlign w:val="top"/>
          </w:tcPr>
          <w:p>
            <w:r/>
            <w:r>
              <w:rPr>
                <w:b w:val="0"/>
                <w:sz w:val="16"/>
              </w:rPr>
              <w:t>O. K., ja, schickst mir die auch Fahrt, wenn ich es anlüge.</w:t>
            </w:r>
          </w:p>
        </w:tc>
      </w:tr>
      <w:tr>
        <w:tc>
          <w:tcPr>
            <w:tcW w:type="dxa" w:w="3513"/>
            <w:vAlign w:val="top"/>
          </w:tcPr>
          <w:p>
            <w:r/>
            <w:r>
              <w:rPr>
                <w:b w:val="0"/>
                <w:sz w:val="16"/>
              </w:rPr>
              <w:t>1:45:55</w:t>
            </w:r>
          </w:p>
        </w:tc>
        <w:tc>
          <w:tcPr>
            <w:tcW w:type="dxa" w:w="3513"/>
            <w:vAlign w:val="top"/>
          </w:tcPr>
          <w:p>
            <w:r/>
            <w:r>
              <w:rPr>
                <w:b w:val="0"/>
                <w:sz w:val="16"/>
              </w:rPr>
              <w:t>Ramon Nachmansohn</w:t>
            </w:r>
          </w:p>
        </w:tc>
        <w:tc>
          <w:tcPr>
            <w:tcW w:type="dxa" w:w="3513"/>
            <w:vAlign w:val="top"/>
          </w:tcPr>
          <w:p>
            <w:r/>
            <w:r>
              <w:rPr>
                <w:b w:val="0"/>
                <w:sz w:val="16"/>
              </w:rPr>
              <w:t>Ja, so gut. Ja, ist gut. Ja, gut. Und dann, das wäre das, wo wir mal müssen. Da, wenn es im Untergeschoss ist von der Höhe, ne? Oder dann habe ich da. Moment, honey now. Die Gscheißer pländli gmacht. Genau, und wirklich an da, wo wir lüftige und heizige Hand Stieg Zone in der Schacht, die dimensioniert und die nicht geschrieben wie Rose, zum Beispiel die Sturmlüftung massiv für die Wärmepumpe, wo man da hin oder die Umlüftungsanlage oder die Garage lüftig. Um mal drauf verführen.</w:t>
            </w:r>
          </w:p>
        </w:tc>
      </w:tr>
      <w:tr>
        <w:tc>
          <w:tcPr>
            <w:tcW w:type="dxa" w:w="3513"/>
            <w:vAlign w:val="top"/>
          </w:tcPr>
          <w:p>
            <w:r/>
            <w:r>
              <w:rPr>
                <w:b w:val="0"/>
                <w:sz w:val="16"/>
              </w:rPr>
              <w:t>1:46:36</w:t>
            </w:r>
          </w:p>
        </w:tc>
        <w:tc>
          <w:tcPr>
            <w:tcW w:type="dxa" w:w="3513"/>
            <w:vAlign w:val="top"/>
          </w:tcPr>
          <w:p>
            <w:r/>
            <w:r>
              <w:rPr>
                <w:b w:val="0"/>
                <w:sz w:val="16"/>
              </w:rPr>
              <w:t>Ramon Nachmansohn</w:t>
            </w:r>
          </w:p>
        </w:tc>
        <w:tc>
          <w:tcPr>
            <w:tcW w:type="dxa" w:w="3513"/>
            <w:vAlign w:val="top"/>
          </w:tcPr>
          <w:p>
            <w:r/>
            <w:r>
              <w:rPr>
                <w:b w:val="0"/>
                <w:sz w:val="16"/>
              </w:rPr>
              <w:t>Da bei den Schächten ist es so, da hat die allenfalls Stück zu einer Heizung gemacht. Da ist auch wieder Sturmlüftung vor der Wärmepumpenanlage drin. Das ist Büro-Klimaanlage Platz, wo wir mal brauchen. Ja, ist ja eigentlich ja. haben wir einfach so 'ne und was gell ist, da sind abgedeckt, wo die Stickzonen sind im Saitörbereich, wie zum Gieselement und das ist das, wo wir auch noch angesprochen haben vom Elektrobereich oder eventuell, dass man die Stickzone in dem Pulsroom Ich könnte dich hier, das ist rìbern an, die schwingt dann hin und her.</w:t>
            </w:r>
          </w:p>
        </w:tc>
      </w:tr>
      <w:tr>
        <w:tc>
          <w:tcPr>
            <w:tcW w:type="dxa" w:w="3513"/>
            <w:vAlign w:val="top"/>
          </w:tcPr>
          <w:p>
            <w:r/>
            <w:r>
              <w:rPr>
                <w:b w:val="0"/>
                <w:sz w:val="16"/>
              </w:rPr>
              <w:t>1:47:12</w:t>
            </w:r>
          </w:p>
        </w:tc>
        <w:tc>
          <w:tcPr>
            <w:tcW w:type="dxa" w:w="3513"/>
            <w:vAlign w:val="top"/>
          </w:tcPr>
          <w:p>
            <w:r/>
            <w:r>
              <w:rPr>
                <w:b w:val="0"/>
                <w:sz w:val="16"/>
              </w:rPr>
              <w:t>Ramon Nachmansohn</w:t>
            </w:r>
          </w:p>
        </w:tc>
        <w:tc>
          <w:tcPr>
            <w:tcW w:type="dxa" w:w="3513"/>
            <w:vAlign w:val="top"/>
          </w:tcPr>
          <w:p>
            <w:r/>
            <w:r>
              <w:rPr>
                <w:b w:val="0"/>
                <w:sz w:val="16"/>
              </w:rPr>
              <w:t>Oder da wäre es dann so, genau. Und da sind ja ewig Czechdine, Lan muss das muss sie ja, hören wir gern so abgehen.</w:t>
            </w:r>
          </w:p>
        </w:tc>
      </w:tr>
      <w:tr>
        <w:tc>
          <w:tcPr>
            <w:tcW w:type="dxa" w:w="3513"/>
            <w:vAlign w:val="top"/>
          </w:tcPr>
          <w:p>
            <w:r/>
            <w:r>
              <w:rPr>
                <w:b w:val="0"/>
                <w:sz w:val="16"/>
              </w:rPr>
              <w:t>1:47:24</w:t>
            </w:r>
          </w:p>
        </w:tc>
        <w:tc>
          <w:tcPr>
            <w:tcW w:type="dxa" w:w="3513"/>
            <w:vAlign w:val="top"/>
          </w:tcPr>
          <w:p>
            <w:r/>
            <w:r>
              <w:rPr>
                <w:b w:val="0"/>
                <w:sz w:val="16"/>
              </w:rPr>
              <w:t>Stefan Gilgen (HK&amp;T Bern)</w:t>
            </w:r>
          </w:p>
        </w:tc>
        <w:tc>
          <w:tcPr>
            <w:tcW w:type="dxa" w:w="3513"/>
            <w:vAlign w:val="top"/>
          </w:tcPr>
          <w:p>
            <w:r/>
            <w:r>
              <w:rPr>
                <w:b w:val="0"/>
                <w:sz w:val="16"/>
              </w:rPr>
              <w:t>Hab ich das richtig verstanden? Dächte aus Holz oder sind die betoniert und</w:t>
            </w:r>
          </w:p>
        </w:tc>
      </w:tr>
      <w:tr>
        <w:tc>
          <w:tcPr>
            <w:tcW w:type="dxa" w:w="3513"/>
            <w:vAlign w:val="top"/>
          </w:tcPr>
          <w:p>
            <w:r/>
            <w:r>
              <w:rPr>
                <w:b w:val="0"/>
                <w:sz w:val="16"/>
              </w:rPr>
              <w:t>1:47:28</w:t>
            </w:r>
          </w:p>
        </w:tc>
        <w:tc>
          <w:tcPr>
            <w:tcW w:type="dxa" w:w="3513"/>
            <w:vAlign w:val="top"/>
          </w:tcPr>
          <w:p>
            <w:r/>
            <w:r>
              <w:rPr>
                <w:b w:val="0"/>
                <w:sz w:val="16"/>
              </w:rPr>
              <w:t>Ramon Nachmansohn</w:t>
            </w:r>
          </w:p>
        </w:tc>
        <w:tc>
          <w:tcPr>
            <w:tcW w:type="dxa" w:w="3513"/>
            <w:vAlign w:val="top"/>
          </w:tcPr>
          <w:p>
            <w:r/>
            <w:r>
              <w:rPr>
                <w:b w:val="0"/>
                <w:sz w:val="16"/>
              </w:rPr>
              <w:t>Ja, nein, Holz.</w:t>
            </w:r>
          </w:p>
        </w:tc>
      </w:tr>
      <w:tr>
        <w:tc>
          <w:tcPr>
            <w:tcW w:type="dxa" w:w="3513"/>
            <w:vAlign w:val="top"/>
          </w:tcPr>
          <w:p>
            <w:r/>
            <w:r>
              <w:rPr>
                <w:b w:val="0"/>
                <w:sz w:val="16"/>
              </w:rPr>
              <w:t>1:47:32</w:t>
            </w:r>
          </w:p>
        </w:tc>
        <w:tc>
          <w:tcPr>
            <w:tcW w:type="dxa" w:w="3513"/>
            <w:vAlign w:val="top"/>
          </w:tcPr>
          <w:p>
            <w:r/>
            <w:r>
              <w:rPr>
                <w:b w:val="0"/>
                <w:sz w:val="16"/>
              </w:rPr>
              <w:t>Stefan Gilgen (HK&amp;T Bern)</w:t>
            </w:r>
          </w:p>
        </w:tc>
        <w:tc>
          <w:tcPr>
            <w:tcW w:type="dxa" w:w="3513"/>
            <w:vAlign w:val="top"/>
          </w:tcPr>
          <w:p>
            <w:r/>
            <w:r>
              <w:rPr>
                <w:b w:val="0"/>
                <w:sz w:val="16"/>
              </w:rPr>
              <w:t>Wenn wir einen Sprung haben, haben wir eine Möglichkeit, Baukollage zu verfahren. Jetzt mit diesen Abläufen oder wäre das eine Unterdeckung?</w:t>
            </w:r>
          </w:p>
        </w:tc>
      </w:tr>
      <w:tr>
        <w:tc>
          <w:tcPr>
            <w:tcW w:type="dxa" w:w="3513"/>
            <w:vAlign w:val="top"/>
          </w:tcPr>
          <w:p>
            <w:r/>
            <w:r>
              <w:rPr>
                <w:b w:val="0"/>
                <w:sz w:val="16"/>
              </w:rPr>
              <w:t>1:47:41</w:t>
            </w:r>
          </w:p>
        </w:tc>
        <w:tc>
          <w:tcPr>
            <w:tcW w:type="dxa" w:w="3513"/>
            <w:vAlign w:val="top"/>
          </w:tcPr>
          <w:p>
            <w:r/>
            <w:r>
              <w:rPr>
                <w:b w:val="0"/>
                <w:sz w:val="16"/>
              </w:rPr>
              <w:t>Dürr Jonas</w:t>
            </w:r>
          </w:p>
        </w:tc>
        <w:tc>
          <w:tcPr>
            <w:tcW w:type="dxa" w:w="3513"/>
            <w:vAlign w:val="top"/>
          </w:tcPr>
          <w:p>
            <w:r/>
            <w:r>
              <w:rPr>
                <w:b w:val="0"/>
                <w:sz w:val="16"/>
              </w:rPr>
              <w:t>Bist du jetzt im Wohnbau oder wo bist du?</w:t>
            </w:r>
          </w:p>
        </w:tc>
      </w:tr>
      <w:tr>
        <w:tc>
          <w:tcPr>
            <w:tcW w:type="dxa" w:w="3513"/>
            <w:vAlign w:val="top"/>
          </w:tcPr>
          <w:p>
            <w:r/>
            <w:r>
              <w:rPr>
                <w:b w:val="0"/>
                <w:sz w:val="16"/>
              </w:rPr>
              <w:t>1:47:43</w:t>
            </w:r>
          </w:p>
        </w:tc>
        <w:tc>
          <w:tcPr>
            <w:tcW w:type="dxa" w:w="3513"/>
            <w:vAlign w:val="top"/>
          </w:tcPr>
          <w:p>
            <w:r/>
            <w:r>
              <w:rPr>
                <w:b w:val="0"/>
                <w:sz w:val="16"/>
              </w:rPr>
              <w:t>Stefan Gilgen (HK&amp;T Bern)</w:t>
            </w:r>
          </w:p>
        </w:tc>
        <w:tc>
          <w:tcPr>
            <w:tcW w:type="dxa" w:w="3513"/>
            <w:vAlign w:val="top"/>
          </w:tcPr>
          <w:p>
            <w:r/>
            <w:r>
              <w:rPr>
                <w:b w:val="0"/>
                <w:sz w:val="16"/>
              </w:rPr>
              <w:t>Eben, zum Beispiel, wo einer auf der anderen Seite ist, hier sie auch wie Stickzonen über den Hang und ein Stockwerk weiter oben macht sie mal einen Sprung. Also, das heißt, sie musste mit dem Ablauf irgendwie. Bedrohung.</w:t>
            </w:r>
          </w:p>
        </w:tc>
      </w:tr>
      <w:tr>
        <w:tc>
          <w:tcPr>
            <w:tcW w:type="dxa" w:w="3513"/>
            <w:vAlign w:val="top"/>
          </w:tcPr>
          <w:p>
            <w:r/>
            <w:r>
              <w:rPr>
                <w:b w:val="0"/>
                <w:sz w:val="16"/>
              </w:rPr>
              <w:t>1:47:58</w:t>
            </w:r>
          </w:p>
        </w:tc>
        <w:tc>
          <w:tcPr>
            <w:tcW w:type="dxa" w:w="3513"/>
            <w:vAlign w:val="top"/>
          </w:tcPr>
          <w:p>
            <w:r/>
            <w:r>
              <w:rPr>
                <w:b w:val="0"/>
                <w:sz w:val="16"/>
              </w:rPr>
              <w:t>Ramon Nachmansohn</w:t>
            </w:r>
          </w:p>
        </w:tc>
        <w:tc>
          <w:tcPr>
            <w:tcW w:type="dxa" w:w="3513"/>
            <w:vAlign w:val="top"/>
          </w:tcPr>
          <w:p>
            <w:r/>
            <w:r>
              <w:rPr>
                <w:b w:val="0"/>
                <w:sz w:val="16"/>
              </w:rPr>
              <w:t>Ja, das ist die Frage, ob es dann so viel Axt da ist oder so.</w:t>
            </w:r>
          </w:p>
        </w:tc>
      </w:tr>
      <w:tr>
        <w:tc>
          <w:tcPr>
            <w:tcW w:type="dxa" w:w="3513"/>
            <w:vAlign w:val="top"/>
          </w:tcPr>
          <w:p>
            <w:r/>
            <w:r>
              <w:rPr>
                <w:b w:val="0"/>
                <w:sz w:val="16"/>
              </w:rPr>
              <w:t>1:47:58</w:t>
            </w:r>
          </w:p>
        </w:tc>
        <w:tc>
          <w:tcPr>
            <w:tcW w:type="dxa" w:w="3513"/>
            <w:vAlign w:val="top"/>
          </w:tcPr>
          <w:p>
            <w:r/>
            <w:r>
              <w:rPr>
                <w:b w:val="0"/>
                <w:sz w:val="16"/>
              </w:rPr>
              <w:t>Dürr Jonas</w:t>
            </w:r>
          </w:p>
        </w:tc>
        <w:tc>
          <w:tcPr>
            <w:tcW w:type="dxa" w:w="3513"/>
            <w:vAlign w:val="top"/>
          </w:tcPr>
          <w:p>
            <w:r/>
            <w:r>
              <w:rPr>
                <w:b w:val="0"/>
                <w:sz w:val="16"/>
              </w:rPr>
              <w:t>Genau. Also, und da sind wir jetzt eh nur im Massivbau komplett.</w:t>
            </w:r>
          </w:p>
        </w:tc>
      </w:tr>
      <w:tr>
        <w:tc>
          <w:tcPr>
            <w:tcW w:type="dxa" w:w="3513"/>
            <w:vAlign w:val="top"/>
          </w:tcPr>
          <w:p>
            <w:r/>
            <w:r>
              <w:rPr>
                <w:b w:val="0"/>
                <w:sz w:val="16"/>
              </w:rPr>
              <w:t>1:48:08</w:t>
            </w:r>
          </w:p>
        </w:tc>
        <w:tc>
          <w:tcPr>
            <w:tcW w:type="dxa" w:w="3513"/>
            <w:vAlign w:val="top"/>
          </w:tcPr>
          <w:p>
            <w:r/>
            <w:r>
              <w:rPr>
                <w:b w:val="0"/>
                <w:sz w:val="16"/>
              </w:rPr>
              <w:t>Dürr Jonas</w:t>
            </w:r>
          </w:p>
        </w:tc>
        <w:tc>
          <w:tcPr>
            <w:tcW w:type="dxa" w:w="3513"/>
            <w:vAlign w:val="top"/>
          </w:tcPr>
          <w:p>
            <w:r/>
            <w:r>
              <w:rPr>
                <w:b w:val="0"/>
                <w:sz w:val="16"/>
              </w:rPr>
              <w:t>Oder genau, also der Kern ist massiv und jetzt auch zum Beispiel dieses Erschließungsräume dort links neben I. V. Das ist jetzt eben so ein Teil, so ein Bereich, wo dann Decki auch noch wieder auskragt. Also die ist noch immer 1 20 ringsrum noch mal auskragen, so plus minus.</w:t>
            </w:r>
          </w:p>
        </w:tc>
      </w:tr>
      <w:tr>
        <w:tc>
          <w:tcPr>
            <w:tcW w:type="dxa" w:w="3513"/>
            <w:vAlign w:val="top"/>
          </w:tcPr>
          <w:p>
            <w:r/>
            <w:r>
              <w:rPr>
                <w:b w:val="0"/>
                <w:sz w:val="16"/>
              </w:rPr>
              <w:t>1:48:25</w:t>
            </w:r>
          </w:p>
        </w:tc>
        <w:tc>
          <w:tcPr>
            <w:tcW w:type="dxa" w:w="3513"/>
            <w:vAlign w:val="top"/>
          </w:tcPr>
          <w:p>
            <w:r/>
            <w:r>
              <w:rPr>
                <w:b w:val="0"/>
                <w:sz w:val="16"/>
              </w:rPr>
              <w:t>Stefan Gilgen (HK&amp;T Bern)</w:t>
            </w:r>
          </w:p>
        </w:tc>
        <w:tc>
          <w:tcPr>
            <w:tcW w:type="dxa" w:w="3513"/>
            <w:vAlign w:val="top"/>
          </w:tcPr>
          <w:p>
            <w:r/>
            <w:r>
              <w:rPr>
                <w:b w:val="0"/>
                <w:sz w:val="16"/>
              </w:rPr>
              <w:t>Oder hat man der Beto Beto Bode? Ja, bin ich drum drum los glücklich.</w:t>
            </w:r>
          </w:p>
        </w:tc>
      </w:tr>
      <w:tr>
        <w:tc>
          <w:tcPr>
            <w:tcW w:type="dxa" w:w="3513"/>
            <w:vAlign w:val="top"/>
          </w:tcPr>
          <w:p>
            <w:r/>
            <w:r>
              <w:rPr>
                <w:b w:val="0"/>
                <w:sz w:val="16"/>
              </w:rPr>
              <w:t>1:48:32</w:t>
            </w:r>
          </w:p>
        </w:tc>
        <w:tc>
          <w:tcPr>
            <w:tcW w:type="dxa" w:w="3513"/>
            <w:vAlign w:val="top"/>
          </w:tcPr>
          <w:p>
            <w:r/>
            <w:r>
              <w:rPr>
                <w:b w:val="0"/>
                <w:sz w:val="16"/>
              </w:rPr>
              <w:t>Ramon Nachmansohn</w:t>
            </w:r>
          </w:p>
        </w:tc>
        <w:tc>
          <w:tcPr>
            <w:tcW w:type="dxa" w:w="3513"/>
            <w:vAlign w:val="top"/>
          </w:tcPr>
          <w:p>
            <w:r/>
            <w:r>
              <w:rPr>
                <w:b w:val="0"/>
                <w:sz w:val="16"/>
              </w:rPr>
              <w:t>Gut, dann kannst du sie reinlegen. Das ist gut.</w:t>
            </w:r>
          </w:p>
        </w:tc>
      </w:tr>
      <w:tr>
        <w:tc>
          <w:tcPr>
            <w:tcW w:type="dxa" w:w="3513"/>
            <w:vAlign w:val="top"/>
          </w:tcPr>
          <w:p>
            <w:r/>
            <w:r>
              <w:rPr>
                <w:b w:val="0"/>
                <w:sz w:val="16"/>
              </w:rPr>
              <w:t>1:48:34</w:t>
            </w:r>
          </w:p>
        </w:tc>
        <w:tc>
          <w:tcPr>
            <w:tcW w:type="dxa" w:w="3513"/>
            <w:vAlign w:val="top"/>
          </w:tcPr>
          <w:p>
            <w:r/>
            <w:r>
              <w:rPr>
                <w:b w:val="0"/>
                <w:sz w:val="16"/>
              </w:rPr>
              <w:t>Stefan Gilgen (HK&amp;T Bern)</w:t>
            </w:r>
          </w:p>
        </w:tc>
        <w:tc>
          <w:tcPr>
            <w:tcW w:type="dxa" w:w="3513"/>
            <w:vAlign w:val="top"/>
          </w:tcPr>
          <w:p>
            <w:r/>
            <w:r>
              <w:rPr>
                <w:b w:val="0"/>
                <w:sz w:val="16"/>
              </w:rPr>
              <w:t>Ja, da hat die da das so Sachen in Götter so auf Schieber genommen.</w:t>
            </w:r>
          </w:p>
        </w:tc>
      </w:tr>
      <w:tr>
        <w:tc>
          <w:tcPr>
            <w:tcW w:type="dxa" w:w="3513"/>
            <w:vAlign w:val="top"/>
          </w:tcPr>
          <w:p>
            <w:r/>
            <w:r>
              <w:rPr>
                <w:b w:val="0"/>
                <w:sz w:val="16"/>
              </w:rPr>
              <w:t>1:48:36</w:t>
            </w:r>
          </w:p>
        </w:tc>
        <w:tc>
          <w:tcPr>
            <w:tcW w:type="dxa" w:w="3513"/>
            <w:vAlign w:val="top"/>
          </w:tcPr>
          <w:p>
            <w:r/>
            <w:r>
              <w:rPr>
                <w:b w:val="0"/>
                <w:sz w:val="16"/>
              </w:rPr>
              <w:t>Ramon Nachmansohn</w:t>
            </w:r>
          </w:p>
        </w:tc>
        <w:tc>
          <w:tcPr>
            <w:tcW w:type="dxa" w:w="3513"/>
            <w:vAlign w:val="top"/>
          </w:tcPr>
          <w:p>
            <w:r/>
            <w:r>
              <w:rPr>
                <w:b w:val="0"/>
                <w:sz w:val="16"/>
              </w:rPr>
              <w:t>Ja, na, ist gut. Aber von die Frage, da hats kein Holz.</w:t>
            </w:r>
          </w:p>
        </w:tc>
      </w:tr>
      <w:tr>
        <w:tc>
          <w:tcPr>
            <w:tcW w:type="dxa" w:w="3513"/>
            <w:vAlign w:val="top"/>
          </w:tcPr>
          <w:p>
            <w:r/>
            <w:r>
              <w:rPr>
                <w:b w:val="0"/>
                <w:sz w:val="16"/>
              </w:rPr>
              <w:t>1:48:46</w:t>
            </w:r>
          </w:p>
        </w:tc>
        <w:tc>
          <w:tcPr>
            <w:tcW w:type="dxa" w:w="3513"/>
            <w:vAlign w:val="top"/>
          </w:tcPr>
          <w:p>
            <w:r/>
            <w:r>
              <w:rPr>
                <w:b w:val="0"/>
                <w:sz w:val="16"/>
              </w:rPr>
              <w:t>Ramon Nachmansohn</w:t>
            </w:r>
          </w:p>
        </w:tc>
        <w:tc>
          <w:tcPr>
            <w:tcW w:type="dxa" w:w="3513"/>
            <w:vAlign w:val="top"/>
          </w:tcPr>
          <w:p>
            <w:r/>
            <w:r>
              <w:rPr>
                <w:b w:val="0"/>
                <w:sz w:val="16"/>
              </w:rPr>
              <w:t>Also gut, ja, das ist das, wo man bis dato mal erarbeitet haben. Bei jedem Monoblock da haben wir ja schon mal 70 abgehalten.</w:t>
            </w:r>
          </w:p>
        </w:tc>
      </w:tr>
      <w:tr>
        <w:tc>
          <w:tcPr>
            <w:tcW w:type="dxa" w:w="3513"/>
            <w:vAlign w:val="top"/>
          </w:tcPr>
          <w:p>
            <w:r/>
            <w:r>
              <w:rPr>
                <w:b w:val="0"/>
                <w:sz w:val="16"/>
              </w:rPr>
              <w:t>1:48:57</w:t>
            </w:r>
          </w:p>
        </w:tc>
        <w:tc>
          <w:tcPr>
            <w:tcW w:type="dxa" w:w="3513"/>
            <w:vAlign w:val="top"/>
          </w:tcPr>
          <w:p>
            <w:r/>
            <w:r>
              <w:rPr>
                <w:b w:val="0"/>
                <w:sz w:val="16"/>
              </w:rPr>
              <w:t>Ramon Nachmansohn</w:t>
            </w:r>
          </w:p>
        </w:tc>
        <w:tc>
          <w:tcPr>
            <w:tcW w:type="dxa" w:w="3513"/>
            <w:vAlign w:val="top"/>
          </w:tcPr>
          <w:p>
            <w:r/>
            <w:r>
              <w:rPr>
                <w:b w:val="0"/>
                <w:sz w:val="16"/>
              </w:rPr>
              <w:t>Ja, und jetzt müssen wir wirklich mal zuerst mal prüfen, wie bringen wir das U. G. und dann herum aneinander, die Fabi ja. ist jetzt der nächste Schritt. Und wenn man es ein wenig hat, dann kann ich den gerne zeichnen mit der Lagenanleitungen.</w:t>
            </w:r>
          </w:p>
        </w:tc>
      </w:tr>
      <w:tr>
        <w:tc>
          <w:tcPr>
            <w:tcW w:type="dxa" w:w="3513"/>
            <w:vAlign w:val="top"/>
          </w:tcPr>
          <w:p>
            <w:r/>
            <w:r>
              <w:rPr>
                <w:b w:val="0"/>
                <w:sz w:val="16"/>
              </w:rPr>
              <w:t>1:49:14</w:t>
            </w:r>
          </w:p>
        </w:tc>
        <w:tc>
          <w:tcPr>
            <w:tcW w:type="dxa" w:w="3513"/>
            <w:vAlign w:val="top"/>
          </w:tcPr>
          <w:p>
            <w:r/>
            <w:r>
              <w:rPr>
                <w:b w:val="0"/>
                <w:sz w:val="16"/>
              </w:rPr>
              <w:t>Ramon Nachmansohn</w:t>
            </w:r>
          </w:p>
        </w:tc>
        <w:tc>
          <w:tcPr>
            <w:tcW w:type="dxa" w:w="3513"/>
            <w:vAlign w:val="top"/>
          </w:tcPr>
          <w:p>
            <w:r/>
            <w:r>
              <w:rPr>
                <w:b w:val="0"/>
                <w:sz w:val="16"/>
              </w:rPr>
              <w:t>Süßes, verschenkte Zeit, ja.</w:t>
            </w:r>
          </w:p>
        </w:tc>
      </w:tr>
      <w:tr>
        <w:tc>
          <w:tcPr>
            <w:tcW w:type="dxa" w:w="3513"/>
            <w:vAlign w:val="top"/>
          </w:tcPr>
          <w:p>
            <w:r/>
            <w:r>
              <w:rPr>
                <w:b w:val="0"/>
                <w:sz w:val="16"/>
              </w:rPr>
              <w:t>1:49:17</w:t>
            </w:r>
          </w:p>
        </w:tc>
        <w:tc>
          <w:tcPr>
            <w:tcW w:type="dxa" w:w="3513"/>
            <w:vAlign w:val="top"/>
          </w:tcPr>
          <w:p>
            <w:r/>
            <w:r>
              <w:rPr>
                <w:b w:val="0"/>
                <w:sz w:val="16"/>
              </w:rPr>
              <w:t>Claudia Kresser</w:t>
            </w:r>
          </w:p>
        </w:tc>
        <w:tc>
          <w:tcPr>
            <w:tcW w:type="dxa" w:w="3513"/>
            <w:vAlign w:val="top"/>
          </w:tcPr>
          <w:p>
            <w:r/>
            <w:r>
              <w:rPr>
                <w:b w:val="0"/>
                <w:sz w:val="16"/>
              </w:rPr>
              <w:t>Ja, also eigentlich müssen wir da jetzt das die Konzepte sozusagen einmal einpflegen und schauen, was rauskommt, gell?</w:t>
            </w:r>
          </w:p>
        </w:tc>
      </w:tr>
      <w:tr>
        <w:tc>
          <w:tcPr>
            <w:tcW w:type="dxa" w:w="3513"/>
            <w:vAlign w:val="top"/>
          </w:tcPr>
          <w:p>
            <w:r/>
            <w:r>
              <w:rPr>
                <w:b w:val="0"/>
                <w:sz w:val="16"/>
              </w:rPr>
              <w:t>1:49:28</w:t>
            </w:r>
          </w:p>
        </w:tc>
        <w:tc>
          <w:tcPr>
            <w:tcW w:type="dxa" w:w="3513"/>
            <w:vAlign w:val="top"/>
          </w:tcPr>
          <w:p>
            <w:r/>
            <w:r>
              <w:rPr>
                <w:b w:val="0"/>
                <w:sz w:val="16"/>
              </w:rPr>
              <w:t>Ramon Nachmansohn</w:t>
            </w:r>
          </w:p>
        </w:tc>
        <w:tc>
          <w:tcPr>
            <w:tcW w:type="dxa" w:w="3513"/>
            <w:vAlign w:val="top"/>
          </w:tcPr>
          <w:p>
            <w:r/>
            <w:r>
              <w:rPr>
                <w:b w:val="0"/>
                <w:sz w:val="16"/>
              </w:rPr>
              <w:t>Also, ich bin ja jederzeit für Optimierung gezahlt. Du kannst mir jederzeit da lütten, wenn man irgendwo etwas und das können wir alles wirklich besprechen. Es ist nicht alles 100% steingemeißelt, aber es wird schon sein, dass ich sehr wahrscheinlich nicht mehr viel kann machen mit vor dem Bonia.</w:t>
            </w:r>
          </w:p>
        </w:tc>
      </w:tr>
      <w:tr>
        <w:tc>
          <w:tcPr>
            <w:tcW w:type="dxa" w:w="3513"/>
            <w:vAlign w:val="top"/>
          </w:tcPr>
          <w:p>
            <w:r/>
            <w:r>
              <w:rPr>
                <w:b w:val="0"/>
                <w:sz w:val="16"/>
              </w:rPr>
              <w:t>1:49:44</w:t>
            </w:r>
          </w:p>
        </w:tc>
        <w:tc>
          <w:tcPr>
            <w:tcW w:type="dxa" w:w="3513"/>
            <w:vAlign w:val="top"/>
          </w:tcPr>
          <w:p>
            <w:r/>
            <w:r>
              <w:rPr>
                <w:b w:val="0"/>
                <w:sz w:val="16"/>
              </w:rPr>
              <w:t>Ramon Nachmansohn</w:t>
            </w:r>
          </w:p>
        </w:tc>
        <w:tc>
          <w:tcPr>
            <w:tcW w:type="dxa" w:w="3513"/>
            <w:vAlign w:val="top"/>
          </w:tcPr>
          <w:p>
            <w:r/>
            <w:r>
              <w:rPr>
                <w:b w:val="0"/>
                <w:sz w:val="16"/>
              </w:rPr>
              <w:t>Geh, ich habe jetzt wirklich geschaut, dass ich aufs Minimum gegangen bin.</w:t>
            </w:r>
          </w:p>
        </w:tc>
      </w:tr>
      <w:tr>
        <w:tc>
          <w:tcPr>
            <w:tcW w:type="dxa" w:w="3513"/>
            <w:vAlign w:val="top"/>
          </w:tcPr>
          <w:p>
            <w:r/>
            <w:r>
              <w:rPr>
                <w:b w:val="0"/>
                <w:sz w:val="16"/>
              </w:rPr>
              <w:t>1:49:52</w:t>
            </w:r>
          </w:p>
        </w:tc>
        <w:tc>
          <w:tcPr>
            <w:tcW w:type="dxa" w:w="3513"/>
            <w:vAlign w:val="top"/>
          </w:tcPr>
          <w:p>
            <w:r/>
            <w:r>
              <w:rPr>
                <w:b w:val="0"/>
                <w:sz w:val="16"/>
              </w:rPr>
              <w:t>Claudia Kresser</w:t>
            </w:r>
          </w:p>
        </w:tc>
        <w:tc>
          <w:tcPr>
            <w:tcW w:type="dxa" w:w="3513"/>
            <w:vAlign w:val="top"/>
          </w:tcPr>
          <w:p>
            <w:r/>
            <w:r>
              <w:rPr>
                <w:b w:val="0"/>
                <w:sz w:val="16"/>
              </w:rPr>
              <w:t>tu das, wann schön da bringen. Also, wir müssen, es ist jetzt.</w:t>
            </w:r>
          </w:p>
        </w:tc>
      </w:tr>
      <w:tr>
        <w:tc>
          <w:tcPr>
            <w:tcW w:type="dxa" w:w="3513"/>
            <w:vAlign w:val="top"/>
          </w:tcPr>
          <w:p>
            <w:r/>
            <w:r>
              <w:rPr>
                <w:b w:val="0"/>
                <w:sz w:val="16"/>
              </w:rPr>
              <w:t>1:49:53</w:t>
            </w:r>
          </w:p>
        </w:tc>
        <w:tc>
          <w:tcPr>
            <w:tcW w:type="dxa" w:w="3513"/>
            <w:vAlign w:val="top"/>
          </w:tcPr>
          <w:p>
            <w:r/>
            <w:r>
              <w:rPr>
                <w:b w:val="0"/>
                <w:sz w:val="16"/>
              </w:rPr>
              <w:t>Ramon Nachmansohn</w:t>
            </w:r>
          </w:p>
        </w:tc>
        <w:tc>
          <w:tcPr>
            <w:tcW w:type="dxa" w:w="3513"/>
            <w:vAlign w:val="top"/>
          </w:tcPr>
          <w:p>
            <w:r/>
            <w:r>
              <w:rPr>
                <w:b w:val="0"/>
                <w:sz w:val="16"/>
              </w:rPr>
              <w:t>Nein, immer noch. Logge mal. Ach so, ja, ich bin der Letzte, oder?</w:t>
            </w:r>
          </w:p>
        </w:tc>
      </w:tr>
      <w:tr>
        <w:tc>
          <w:tcPr>
            <w:tcW w:type="dxa" w:w="3513"/>
            <w:vAlign w:val="top"/>
          </w:tcPr>
          <w:p>
            <w:r/>
            <w:r>
              <w:rPr>
                <w:b w:val="0"/>
                <w:sz w:val="16"/>
              </w:rPr>
              <w:t>1:50:03</w:t>
            </w:r>
          </w:p>
        </w:tc>
        <w:tc>
          <w:tcPr>
            <w:tcW w:type="dxa" w:w="3513"/>
            <w:vAlign w:val="top"/>
          </w:tcPr>
          <w:p>
            <w:r/>
            <w:r>
              <w:rPr>
                <w:b w:val="0"/>
                <w:sz w:val="16"/>
              </w:rPr>
              <w:t>Ramon Nachmansohn</w:t>
            </w:r>
          </w:p>
        </w:tc>
        <w:tc>
          <w:tcPr>
            <w:tcW w:type="dxa" w:w="3513"/>
            <w:vAlign w:val="top"/>
          </w:tcPr>
          <w:p>
            <w:r/>
            <w:r>
              <w:rPr>
                <w:b w:val="0"/>
                <w:sz w:val="16"/>
              </w:rPr>
              <w:t>Also, ich will im Anschluss das Zeug auf Dreamble aufladen und vielleicht Claudia dir direkt. Dann hast du es gerade, du musst es nicht suchen.</w:t>
            </w:r>
          </w:p>
        </w:tc>
      </w:tr>
      <w:tr>
        <w:tc>
          <w:tcPr>
            <w:tcW w:type="dxa" w:w="3513"/>
            <w:vAlign w:val="top"/>
          </w:tcPr>
          <w:p>
            <w:r/>
            <w:r>
              <w:rPr>
                <w:b w:val="0"/>
                <w:sz w:val="16"/>
              </w:rPr>
              <w:t>1:50:11</w:t>
            </w:r>
          </w:p>
        </w:tc>
        <w:tc>
          <w:tcPr>
            <w:tcW w:type="dxa" w:w="3513"/>
            <w:vAlign w:val="top"/>
          </w:tcPr>
          <w:p>
            <w:r/>
            <w:r>
              <w:rPr>
                <w:b w:val="0"/>
                <w:sz w:val="16"/>
              </w:rPr>
              <w:t>Claudia Kresser</w:t>
            </w:r>
          </w:p>
        </w:tc>
        <w:tc>
          <w:tcPr>
            <w:tcW w:type="dxa" w:w="3513"/>
            <w:vAlign w:val="top"/>
          </w:tcPr>
          <w:p>
            <w:r/>
            <w:r>
              <w:rPr>
                <w:b w:val="0"/>
                <w:sz w:val="16"/>
              </w:rPr>
              <w:t>As we do it. Ich brauch keine Sonderbehandlung, du kannst es gern, ich kann es gern, ich kann es gern vom vom.</w:t>
            </w:r>
          </w:p>
        </w:tc>
      </w:tr>
      <w:tr>
        <w:tc>
          <w:tcPr>
            <w:tcW w:type="dxa" w:w="3513"/>
            <w:vAlign w:val="top"/>
          </w:tcPr>
          <w:p>
            <w:r/>
            <w:r>
              <w:rPr>
                <w:b w:val="0"/>
                <w:sz w:val="16"/>
              </w:rPr>
              <w:t>1:50:17</w:t>
            </w:r>
          </w:p>
        </w:tc>
        <w:tc>
          <w:tcPr>
            <w:tcW w:type="dxa" w:w="3513"/>
            <w:vAlign w:val="top"/>
          </w:tcPr>
          <w:p>
            <w:r/>
            <w:r>
              <w:rPr>
                <w:b w:val="0"/>
                <w:sz w:val="16"/>
              </w:rPr>
              <w:t>Ramon Nachmansohn</w:t>
            </w:r>
          </w:p>
        </w:tc>
        <w:tc>
          <w:tcPr>
            <w:tcW w:type="dxa" w:w="3513"/>
            <w:vAlign w:val="top"/>
          </w:tcPr>
          <w:p>
            <w:r/>
            <w:r>
              <w:rPr>
                <w:b w:val="0"/>
                <w:sz w:val="16"/>
              </w:rPr>
              <w:t>Aha, ja, nein, komm, das, das ist, das ist ja kein Aufwand, das weißt, das ist kein Aufwand.</w:t>
            </w:r>
          </w:p>
        </w:tc>
      </w:tr>
      <w:tr>
        <w:tc>
          <w:tcPr>
            <w:tcW w:type="dxa" w:w="3513"/>
            <w:vAlign w:val="top"/>
          </w:tcPr>
          <w:p>
            <w:r/>
            <w:r>
              <w:rPr>
                <w:b w:val="0"/>
                <w:sz w:val="16"/>
              </w:rPr>
              <w:t>1:50:22</w:t>
            </w:r>
          </w:p>
        </w:tc>
        <w:tc>
          <w:tcPr>
            <w:tcW w:type="dxa" w:w="3513"/>
            <w:vAlign w:val="top"/>
          </w:tcPr>
          <w:p>
            <w:r/>
            <w:r>
              <w:rPr>
                <w:b w:val="0"/>
                <w:sz w:val="16"/>
              </w:rPr>
              <w:t>Claudia Kresser</w:t>
            </w:r>
          </w:p>
        </w:tc>
        <w:tc>
          <w:tcPr>
            <w:tcW w:type="dxa" w:w="3513"/>
            <w:vAlign w:val="top"/>
          </w:tcPr>
          <w:p>
            <w:r/>
            <w:r>
              <w:rPr>
                <w:b w:val="0"/>
                <w:sz w:val="16"/>
              </w:rPr>
              <w:t>Wie also, ich kann es gern, mir mir kann es gern vom Trimble runterladen, ist kein Problem, musst musst kein Umstand machen.</w:t>
            </w:r>
          </w:p>
        </w:tc>
      </w:tr>
      <w:tr>
        <w:tc>
          <w:tcPr>
            <w:tcW w:type="dxa" w:w="3513"/>
            <w:vAlign w:val="top"/>
          </w:tcPr>
          <w:p>
            <w:r/>
            <w:r>
              <w:rPr>
                <w:b w:val="0"/>
                <w:sz w:val="16"/>
              </w:rPr>
              <w:t>1:50:26</w:t>
            </w:r>
          </w:p>
        </w:tc>
        <w:tc>
          <w:tcPr>
            <w:tcW w:type="dxa" w:w="3513"/>
            <w:vAlign w:val="top"/>
          </w:tcPr>
          <w:p>
            <w:r/>
            <w:r>
              <w:rPr>
                <w:b w:val="0"/>
                <w:sz w:val="16"/>
              </w:rPr>
              <w:t>Ramon Nachmansohn</w:t>
            </w:r>
          </w:p>
        </w:tc>
        <w:tc>
          <w:tcPr>
            <w:tcW w:type="dxa" w:w="3513"/>
            <w:vAlign w:val="top"/>
          </w:tcPr>
          <w:p>
            <w:r/>
            <w:r>
              <w:rPr>
                <w:b w:val="0"/>
                <w:sz w:val="16"/>
              </w:rPr>
              <w:t>good. That's a then then that is no tree.</w:t>
            </w:r>
          </w:p>
        </w:tc>
      </w:tr>
      <w:tr>
        <w:tc>
          <w:tcPr>
            <w:tcW w:type="dxa" w:w="3513"/>
            <w:vAlign w:val="top"/>
          </w:tcPr>
          <w:p>
            <w:r/>
            <w:r>
              <w:rPr>
                <w:b w:val="0"/>
                <w:sz w:val="16"/>
              </w:rPr>
              <w:t>1:50:35</w:t>
            </w:r>
          </w:p>
        </w:tc>
        <w:tc>
          <w:tcPr>
            <w:tcW w:type="dxa" w:w="3513"/>
            <w:vAlign w:val="top"/>
          </w:tcPr>
          <w:p>
            <w:r/>
            <w:r>
              <w:rPr>
                <w:b w:val="0"/>
                <w:sz w:val="16"/>
              </w:rPr>
              <w:t>Ramon Nachmansohn</w:t>
            </w:r>
          </w:p>
        </w:tc>
        <w:tc>
          <w:tcPr>
            <w:tcW w:type="dxa" w:w="3513"/>
            <w:vAlign w:val="top"/>
          </w:tcPr>
          <w:p>
            <w:r/>
            <w:r>
              <w:rPr>
                <w:b w:val="0"/>
                <w:sz w:val="16"/>
              </w:rPr>
              <w:t>Und ja, dann in 2 Wochen noch mal, dann noch Rali, das noch ja, ja, aber ich, ich glaube, es wird eh noch Planix, irgendeine Planix-Sitzig wird es brauchen, dass man künftig keine Durst duschen, jetzt haben wir die Nacht stark gemacht, Regenrhythmus wird sie dann auch noch brauchen.</w:t>
            </w:r>
          </w:p>
        </w:tc>
      </w:tr>
      <w:tr>
        <w:tc>
          <w:tcPr>
            <w:tcW w:type="dxa" w:w="3513"/>
            <w:vAlign w:val="top"/>
          </w:tcPr>
          <w:p>
            <w:r/>
            <w:r>
              <w:rPr>
                <w:b w:val="0"/>
                <w:sz w:val="16"/>
              </w:rPr>
              <w:t>1:50:52</w:t>
            </w:r>
          </w:p>
        </w:tc>
        <w:tc>
          <w:tcPr>
            <w:tcW w:type="dxa" w:w="3513"/>
            <w:vAlign w:val="top"/>
          </w:tcPr>
          <w:p>
            <w:r/>
            <w:r>
              <w:rPr>
                <w:b w:val="0"/>
                <w:sz w:val="16"/>
              </w:rPr>
              <w:t>Donatiello Cristian</w:t>
            </w:r>
          </w:p>
        </w:tc>
        <w:tc>
          <w:tcPr>
            <w:tcW w:type="dxa" w:w="3513"/>
            <w:vAlign w:val="top"/>
          </w:tcPr>
          <w:p>
            <w:r/>
            <w:r>
              <w:rPr>
                <w:b w:val="0"/>
                <w:sz w:val="16"/>
              </w:rPr>
              <w:t>Genau, genau, die können auch untereinander oder Cloud, Cloud. Ja, wenn du das brauchst, sag ich, hey, jetzt mach ich mit der Elektro mit oder Haustechniken in besprech ich dann, wenn es das braucht, dann oder mache das oder</w:t>
            </w:r>
          </w:p>
        </w:tc>
      </w:tr>
      <w:tr>
        <w:tc>
          <w:tcPr>
            <w:tcW w:type="dxa" w:w="3513"/>
            <w:vAlign w:val="top"/>
          </w:tcPr>
          <w:p>
            <w:r/>
            <w:r>
              <w:rPr>
                <w:b w:val="0"/>
                <w:sz w:val="16"/>
              </w:rPr>
              <w:t>1:50:54</w:t>
            </w:r>
          </w:p>
        </w:tc>
        <w:tc>
          <w:tcPr>
            <w:tcW w:type="dxa" w:w="3513"/>
            <w:vAlign w:val="top"/>
          </w:tcPr>
          <w:p>
            <w:r/>
            <w:r>
              <w:rPr>
                <w:b w:val="0"/>
                <w:sz w:val="16"/>
              </w:rPr>
              <w:t>Ramon Nachmansohn</w:t>
            </w:r>
          </w:p>
        </w:tc>
        <w:tc>
          <w:tcPr>
            <w:tcW w:type="dxa" w:w="3513"/>
            <w:vAlign w:val="top"/>
          </w:tcPr>
          <w:p>
            <w:r/>
            <w:r>
              <w:rPr>
                <w:b w:val="0"/>
                <w:sz w:val="16"/>
              </w:rPr>
              <w:t>Oder das messen wir dann nicht.</w:t>
            </w:r>
          </w:p>
        </w:tc>
      </w:tr>
      <w:tr>
        <w:tc>
          <w:tcPr>
            <w:tcW w:type="dxa" w:w="3513"/>
            <w:vAlign w:val="top"/>
          </w:tcPr>
          <w:p>
            <w:r/>
            <w:r>
              <w:rPr>
                <w:b w:val="0"/>
                <w:sz w:val="16"/>
              </w:rPr>
              <w:t>1:51:05</w:t>
            </w:r>
          </w:p>
        </w:tc>
        <w:tc>
          <w:tcPr>
            <w:tcW w:type="dxa" w:w="3513"/>
            <w:vAlign w:val="top"/>
          </w:tcPr>
          <w:p>
            <w:r/>
            <w:r>
              <w:rPr>
                <w:b w:val="0"/>
                <w:sz w:val="16"/>
              </w:rPr>
              <w:t>Ramon Nachmansohn</w:t>
            </w:r>
          </w:p>
        </w:tc>
        <w:tc>
          <w:tcPr>
            <w:tcW w:type="dxa" w:w="3513"/>
            <w:vAlign w:val="top"/>
          </w:tcPr>
          <w:p>
            <w:r/>
            <w:r>
              <w:rPr>
                <w:b w:val="0"/>
                <w:sz w:val="16"/>
              </w:rPr>
              <w:t>Ja, aber es kann nicht nur bilateral laufen. Es muss auch geführt sein oder durch sitziges Protokoll und nachher haben wir mal den ganzen Zeiger immer noch.</w:t>
            </w:r>
          </w:p>
        </w:tc>
      </w:tr>
      <w:tr>
        <w:tc>
          <w:tcPr>
            <w:tcW w:type="dxa" w:w="3513"/>
            <w:vAlign w:val="top"/>
          </w:tcPr>
          <w:p>
            <w:r/>
            <w:r>
              <w:rPr>
                <w:b w:val="0"/>
                <w:sz w:val="16"/>
              </w:rPr>
              <w:t>1:51:19</w:t>
            </w:r>
          </w:p>
        </w:tc>
        <w:tc>
          <w:tcPr>
            <w:tcW w:type="dxa" w:w="3513"/>
            <w:vAlign w:val="top"/>
          </w:tcPr>
          <w:p>
            <w:r/>
            <w:r>
              <w:rPr>
                <w:b w:val="0"/>
                <w:sz w:val="16"/>
              </w:rPr>
              <w:t>Ramon Nachmansohn</w:t>
            </w:r>
          </w:p>
        </w:tc>
        <w:tc>
          <w:tcPr>
            <w:tcW w:type="dxa" w:w="3513"/>
            <w:vAlign w:val="top"/>
          </w:tcPr>
          <w:p>
            <w:r/>
            <w:r>
              <w:rPr>
                <w:b w:val="0"/>
                <w:sz w:val="16"/>
              </w:rPr>
              <w:t>Will einfach nur noch unter uns laufen lassen. Das muss schon auch wieder konsolidiert werden.</w:t>
            </w:r>
          </w:p>
        </w:tc>
      </w:tr>
      <w:tr>
        <w:tc>
          <w:tcPr>
            <w:tcW w:type="dxa" w:w="3513"/>
            <w:vAlign w:val="top"/>
          </w:tcPr>
          <w:p>
            <w:r/>
            <w:r>
              <w:rPr>
                <w:b w:val="0"/>
                <w:sz w:val="16"/>
              </w:rPr>
              <w:t>1:51:22</w:t>
            </w:r>
          </w:p>
        </w:tc>
        <w:tc>
          <w:tcPr>
            <w:tcW w:type="dxa" w:w="3513"/>
            <w:vAlign w:val="top"/>
          </w:tcPr>
          <w:p>
            <w:r/>
            <w:r>
              <w:rPr>
                <w:b w:val="0"/>
                <w:sz w:val="16"/>
              </w:rPr>
              <w:t>Donatiello Cristian</w:t>
            </w:r>
          </w:p>
        </w:tc>
        <w:tc>
          <w:tcPr>
            <w:tcW w:type="dxa" w:w="3513"/>
            <w:vAlign w:val="top"/>
          </w:tcPr>
          <w:p>
            <w:r/>
            <w:r>
              <w:rPr>
                <w:b w:val="0"/>
                <w:sz w:val="16"/>
              </w:rPr>
              <w:t>Ich hoffe, das haben wir jetzt in 2 Wochen, wo man uns wieder drauf verdient.</w:t>
            </w:r>
          </w:p>
        </w:tc>
      </w:tr>
      <w:tr>
        <w:tc>
          <w:tcPr>
            <w:tcW w:type="dxa" w:w="3513"/>
            <w:vAlign w:val="top"/>
          </w:tcPr>
          <w:p>
            <w:r/>
            <w:r>
              <w:rPr>
                <w:b w:val="0"/>
                <w:sz w:val="16"/>
              </w:rPr>
              <w:t>1:51:28</w:t>
            </w:r>
          </w:p>
        </w:tc>
        <w:tc>
          <w:tcPr>
            <w:tcW w:type="dxa" w:w="3513"/>
            <w:vAlign w:val="top"/>
          </w:tcPr>
          <w:p>
            <w:r/>
            <w:r>
              <w:rPr>
                <w:b w:val="0"/>
                <w:sz w:val="16"/>
              </w:rPr>
              <w:t>Ramon Nachmansohn</w:t>
            </w:r>
          </w:p>
        </w:tc>
        <w:tc>
          <w:tcPr>
            <w:tcW w:type="dxa" w:w="3513"/>
            <w:vAlign w:val="top"/>
          </w:tcPr>
          <w:p>
            <w:r/>
            <w:r>
              <w:rPr>
                <w:b w:val="0"/>
                <w:sz w:val="16"/>
              </w:rPr>
              <w:t>und ja, und da müssen wir einfach auch machen, wen wir machen, was in Zukunft, den muss man planen, gar nicht planen, vor der Planung ja.</w:t>
            </w:r>
          </w:p>
        </w:tc>
      </w:tr>
      <w:tr>
        <w:tc>
          <w:tcPr>
            <w:tcW w:type="dxa" w:w="3513"/>
            <w:vAlign w:val="top"/>
          </w:tcPr>
          <w:p>
            <w:r/>
            <w:r>
              <w:rPr>
                <w:b w:val="0"/>
                <w:sz w:val="16"/>
              </w:rPr>
              <w:t>1:51:40</w:t>
            </w:r>
          </w:p>
        </w:tc>
        <w:tc>
          <w:tcPr>
            <w:tcW w:type="dxa" w:w="3513"/>
            <w:vAlign w:val="top"/>
          </w:tcPr>
          <w:p>
            <w:r/>
            <w:r>
              <w:rPr>
                <w:b w:val="0"/>
                <w:sz w:val="16"/>
              </w:rPr>
              <w:t>Ramon Nachmansohn</w:t>
            </w:r>
          </w:p>
        </w:tc>
        <w:tc>
          <w:tcPr>
            <w:tcW w:type="dxa" w:w="3513"/>
            <w:vAlign w:val="top"/>
          </w:tcPr>
          <w:p>
            <w:r/>
            <w:r>
              <w:rPr>
                <w:b w:val="0"/>
                <w:sz w:val="16"/>
              </w:rPr>
              <w:t>Will er schon noch in den Sommerferien? Haben wir noch Kobetermine? Irgendwie müssen wir das ja. Ich starte mit der Meile.</w:t>
            </w:r>
          </w:p>
        </w:tc>
      </w:tr>
      <w:tr>
        <w:tc>
          <w:tcPr>
            <w:tcW w:type="dxa" w:w="3513"/>
            <w:vAlign w:val="top"/>
          </w:tcPr>
          <w:p>
            <w:r/>
            <w:r>
              <w:rPr>
                <w:b w:val="0"/>
                <w:sz w:val="16"/>
              </w:rPr>
              <w:t>1:51:49</w:t>
            </w:r>
          </w:p>
        </w:tc>
        <w:tc>
          <w:tcPr>
            <w:tcW w:type="dxa" w:w="3513"/>
            <w:vAlign w:val="top"/>
          </w:tcPr>
          <w:p>
            <w:r/>
            <w:r>
              <w:rPr>
                <w:b w:val="0"/>
                <w:sz w:val="16"/>
              </w:rPr>
              <w:t>Donatiello Cristian</w:t>
            </w:r>
          </w:p>
        </w:tc>
        <w:tc>
          <w:tcPr>
            <w:tcW w:type="dxa" w:w="3513"/>
            <w:vAlign w:val="top"/>
          </w:tcPr>
          <w:p>
            <w:r/>
            <w:r>
              <w:rPr>
                <w:b w:val="0"/>
                <w:sz w:val="16"/>
              </w:rPr>
              <w:t>ja, nächstes Mal hat man sicher die Digitalisierung gehabt mit den Terminen, wo man dann keine Anlüge miteinander oder.</w:t>
            </w:r>
          </w:p>
        </w:tc>
      </w:tr>
      <w:tr>
        <w:tc>
          <w:tcPr>
            <w:tcW w:type="dxa" w:w="3513"/>
            <w:vAlign w:val="top"/>
          </w:tcPr>
          <w:p>
            <w:r/>
            <w:r>
              <w:rPr>
                <w:b w:val="0"/>
                <w:sz w:val="16"/>
              </w:rPr>
              <w:t>1:51:56</w:t>
            </w:r>
          </w:p>
        </w:tc>
        <w:tc>
          <w:tcPr>
            <w:tcW w:type="dxa" w:w="3513"/>
            <w:vAlign w:val="top"/>
          </w:tcPr>
          <w:p>
            <w:r/>
            <w:r>
              <w:rPr>
                <w:b w:val="0"/>
                <w:sz w:val="16"/>
              </w:rPr>
              <w:t>Donatiello Cristian</w:t>
            </w:r>
          </w:p>
        </w:tc>
        <w:tc>
          <w:tcPr>
            <w:tcW w:type="dxa" w:w="3513"/>
            <w:vAlign w:val="top"/>
          </w:tcPr>
          <w:p>
            <w:r/>
            <w:r>
              <w:rPr>
                <w:b w:val="0"/>
                <w:sz w:val="16"/>
              </w:rPr>
              <w:t>Muss man das denn können, da sicher festhalten?</w:t>
            </w:r>
          </w:p>
        </w:tc>
      </w:tr>
      <w:tr>
        <w:tc>
          <w:tcPr>
            <w:tcW w:type="dxa" w:w="3513"/>
            <w:vAlign w:val="top"/>
          </w:tcPr>
          <w:p>
            <w:r/>
            <w:r>
              <w:rPr>
                <w:b w:val="0"/>
                <w:sz w:val="16"/>
              </w:rPr>
              <w:t>1:52:04</w:t>
            </w:r>
          </w:p>
        </w:tc>
        <w:tc>
          <w:tcPr>
            <w:tcW w:type="dxa" w:w="3513"/>
            <w:vAlign w:val="top"/>
          </w:tcPr>
          <w:p>
            <w:r/>
            <w:r>
              <w:rPr>
                <w:b w:val="0"/>
                <w:sz w:val="16"/>
              </w:rPr>
              <w:t>Ramon Nachmansohn</w:t>
            </w:r>
          </w:p>
        </w:tc>
        <w:tc>
          <w:tcPr>
            <w:tcW w:type="dxa" w:w="3513"/>
            <w:vAlign w:val="top"/>
          </w:tcPr>
          <w:p>
            <w:r/>
            <w:r>
              <w:rPr>
                <w:b w:val="0"/>
                <w:sz w:val="16"/>
              </w:rPr>
              <w:t>Das wäre es von unserer Seite.</w:t>
            </w:r>
          </w:p>
        </w:tc>
      </w:tr>
      <w:tr>
        <w:tc>
          <w:tcPr>
            <w:tcW w:type="dxa" w:w="3513"/>
            <w:vAlign w:val="top"/>
          </w:tcPr>
          <w:p>
            <w:r/>
            <w:r>
              <w:rPr>
                <w:b w:val="0"/>
                <w:sz w:val="16"/>
              </w:rPr>
              <w:t>1:52:04</w:t>
            </w:r>
          </w:p>
        </w:tc>
        <w:tc>
          <w:tcPr>
            <w:tcW w:type="dxa" w:w="3513"/>
            <w:vAlign w:val="top"/>
          </w:tcPr>
          <w:p>
            <w:r/>
            <w:r>
              <w:rPr>
                <w:b w:val="0"/>
                <w:sz w:val="16"/>
              </w:rPr>
              <w:t>Donatiello Cristian</w:t>
            </w:r>
          </w:p>
        </w:tc>
        <w:tc>
          <w:tcPr>
            <w:tcW w:type="dxa" w:w="3513"/>
            <w:vAlign w:val="top"/>
          </w:tcPr>
          <w:p>
            <w:r/>
            <w:r>
              <w:rPr>
                <w:b w:val="0"/>
                <w:sz w:val="16"/>
              </w:rPr>
              <w:t>gut. Ja, besten Dank, Roman.</w:t>
            </w:r>
          </w:p>
        </w:tc>
      </w:tr>
      <w:tr>
        <w:tc>
          <w:tcPr>
            <w:tcW w:type="dxa" w:w="3513"/>
            <w:vAlign w:val="top"/>
          </w:tcPr>
          <w:p>
            <w:r/>
            <w:r>
              <w:rPr>
                <w:b w:val="0"/>
                <w:sz w:val="16"/>
              </w:rPr>
              <w:t>1:52:08</w:t>
            </w:r>
          </w:p>
        </w:tc>
        <w:tc>
          <w:tcPr>
            <w:tcW w:type="dxa" w:w="3513"/>
            <w:vAlign w:val="top"/>
          </w:tcPr>
          <w:p>
            <w:r/>
            <w:r>
              <w:rPr>
                <w:b w:val="0"/>
                <w:sz w:val="16"/>
              </w:rPr>
              <w:t>Donatiello Cristian</w:t>
            </w:r>
          </w:p>
        </w:tc>
        <w:tc>
          <w:tcPr>
            <w:tcW w:type="dxa" w:w="3513"/>
            <w:vAlign w:val="top"/>
          </w:tcPr>
          <w:p>
            <w:r/>
            <w:r>
              <w:rPr>
                <w:b w:val="0"/>
                <w:sz w:val="16"/>
              </w:rPr>
              <w:t>Ja, wenn jemand etwas hat, dann werden wir so wie Dora. Ja, ja, ja.</w:t>
            </w:r>
          </w:p>
        </w:tc>
      </w:tr>
      <w:tr>
        <w:tc>
          <w:tcPr>
            <w:tcW w:type="dxa" w:w="3513"/>
            <w:vAlign w:val="top"/>
          </w:tcPr>
          <w:p>
            <w:r/>
            <w:r>
              <w:rPr>
                <w:b w:val="0"/>
                <w:sz w:val="16"/>
              </w:rPr>
              <w:t>1:52:11</w:t>
            </w:r>
          </w:p>
        </w:tc>
        <w:tc>
          <w:tcPr>
            <w:tcW w:type="dxa" w:w="3513"/>
            <w:vAlign w:val="top"/>
          </w:tcPr>
          <w:p>
            <w:r/>
            <w:r>
              <w:rPr>
                <w:b w:val="0"/>
                <w:sz w:val="16"/>
              </w:rPr>
              <w:t>Claudia Kresser</w:t>
            </w:r>
          </w:p>
        </w:tc>
        <w:tc>
          <w:tcPr>
            <w:tcW w:type="dxa" w:w="3513"/>
            <w:vAlign w:val="top"/>
          </w:tcPr>
          <w:p>
            <w:r/>
            <w:r>
              <w:rPr>
                <w:b w:val="0"/>
                <w:sz w:val="16"/>
              </w:rPr>
              <w:t>Ich hätte jetzt eine kurze Christian, ich hätte eine kurze Frage. Also eigentlich geht es jetzt noch mal geschwind um den.</w:t>
            </w:r>
          </w:p>
        </w:tc>
      </w:tr>
      <w:tr>
        <w:tc>
          <w:tcPr>
            <w:tcW w:type="dxa" w:w="3513"/>
            <w:vAlign w:val="top"/>
          </w:tcPr>
          <w:p>
            <w:r/>
            <w:r>
              <w:rPr>
                <w:b w:val="0"/>
                <w:sz w:val="16"/>
              </w:rPr>
              <w:t>1:52:21</w:t>
            </w:r>
          </w:p>
        </w:tc>
        <w:tc>
          <w:tcPr>
            <w:tcW w:type="dxa" w:w="3513"/>
            <w:vAlign w:val="top"/>
          </w:tcPr>
          <w:p>
            <w:r/>
            <w:r>
              <w:rPr>
                <w:b w:val="0"/>
                <w:sz w:val="16"/>
              </w:rPr>
              <w:t>Claudia Kresser</w:t>
            </w:r>
          </w:p>
        </w:tc>
        <w:tc>
          <w:tcPr>
            <w:tcW w:type="dxa" w:w="3513"/>
            <w:vAlign w:val="top"/>
          </w:tcPr>
          <w:p>
            <w:r/>
            <w:r>
              <w:rPr>
                <w:b w:val="0"/>
                <w:sz w:val="16"/>
              </w:rPr>
              <w:t>Um die Um das Treppenhaus im Wohnbau kann ich jetzt davon ausgehen, dass wir das so weitermachen oder weitertreiben in massiv, oder oder wollt ihr da noch mal drüber nachdenken, ob</w:t>
            </w:r>
          </w:p>
        </w:tc>
      </w:tr>
      <w:tr>
        <w:tc>
          <w:tcPr>
            <w:tcW w:type="dxa" w:w="3513"/>
            <w:vAlign w:val="top"/>
          </w:tcPr>
          <w:p>
            <w:r/>
            <w:r>
              <w:rPr>
                <w:b w:val="0"/>
                <w:sz w:val="16"/>
              </w:rPr>
              <w:t>1:52:33</w:t>
            </w:r>
          </w:p>
        </w:tc>
        <w:tc>
          <w:tcPr>
            <w:tcW w:type="dxa" w:w="3513"/>
            <w:vAlign w:val="top"/>
          </w:tcPr>
          <w:p>
            <w:r/>
            <w:r>
              <w:rPr>
                <w:b w:val="0"/>
                <w:sz w:val="16"/>
              </w:rPr>
              <w:t>Donatiello Cristian</w:t>
            </w:r>
          </w:p>
        </w:tc>
        <w:tc>
          <w:tcPr>
            <w:tcW w:type="dxa" w:w="3513"/>
            <w:vAlign w:val="top"/>
          </w:tcPr>
          <w:p>
            <w:r/>
            <w:r>
              <w:rPr>
                <w:b w:val="0"/>
                <w:sz w:val="16"/>
              </w:rPr>
              <w:t>Na, nein, ich dank den Scheidung, ich falle mache das in massiv. Also, ich hab das Gefühl, dass, na ja, nein, ich mache massiv.</w:t>
            </w:r>
          </w:p>
        </w:tc>
      </w:tr>
      <w:tr>
        <w:tc>
          <w:tcPr>
            <w:tcW w:type="dxa" w:w="3513"/>
            <w:vAlign w:val="top"/>
          </w:tcPr>
          <w:p>
            <w:r/>
            <w:r>
              <w:rPr>
                <w:b w:val="0"/>
                <w:sz w:val="16"/>
              </w:rPr>
              <w:t>1:52:37</w:t>
            </w:r>
          </w:p>
        </w:tc>
        <w:tc>
          <w:tcPr>
            <w:tcW w:type="dxa" w:w="3513"/>
            <w:vAlign w:val="top"/>
          </w:tcPr>
          <w:p>
            <w:r/>
            <w:r>
              <w:rPr>
                <w:b w:val="0"/>
                <w:sz w:val="16"/>
              </w:rPr>
              <w:t>Claudia Kresser</w:t>
            </w:r>
          </w:p>
        </w:tc>
        <w:tc>
          <w:tcPr>
            <w:tcW w:type="dxa" w:w="3513"/>
            <w:vAlign w:val="top"/>
          </w:tcPr>
          <w:p>
            <w:r/>
            <w:r>
              <w:rPr>
                <w:b w:val="0"/>
                <w:sz w:val="16"/>
              </w:rPr>
              <w:t>Also gut, dann dann brauchen wir das, was noch ist bei uns aus dem Kopf draußen. Und die andere Frage an den Jonas, vielleicht habt ihr einen Konzeptplan von der Decke, weißt wie wie die</w:t>
            </w:r>
          </w:p>
        </w:tc>
      </w:tr>
      <w:tr>
        <w:tc>
          <w:tcPr>
            <w:tcW w:type="dxa" w:w="3513"/>
            <w:vAlign w:val="top"/>
          </w:tcPr>
          <w:p>
            <w:r/>
            <w:r>
              <w:rPr>
                <w:b w:val="0"/>
                <w:sz w:val="16"/>
              </w:rPr>
              <w:t>1:52:54</w:t>
            </w:r>
          </w:p>
        </w:tc>
        <w:tc>
          <w:tcPr>
            <w:tcW w:type="dxa" w:w="3513"/>
            <w:vAlign w:val="top"/>
          </w:tcPr>
          <w:p>
            <w:r/>
            <w:r>
              <w:rPr>
                <w:b w:val="0"/>
                <w:sz w:val="16"/>
              </w:rPr>
              <w:t>Claudia Kresser</w:t>
            </w:r>
          </w:p>
        </w:tc>
        <w:tc>
          <w:tcPr>
            <w:tcW w:type="dxa" w:w="3513"/>
            <w:vAlign w:val="top"/>
          </w:tcPr>
          <w:p>
            <w:r/>
            <w:r>
              <w:rPr>
                <w:b w:val="0"/>
                <w:sz w:val="16"/>
              </w:rPr>
              <w:t>Wie die Decke sozusagen ausschaut, was von so Einteilungen, sowas.</w:t>
            </w:r>
          </w:p>
        </w:tc>
      </w:tr>
      <w:tr>
        <w:tc>
          <w:tcPr>
            <w:tcW w:type="dxa" w:w="3513"/>
            <w:vAlign w:val="top"/>
          </w:tcPr>
          <w:p>
            <w:r/>
            <w:r>
              <w:rPr>
                <w:b w:val="0"/>
                <w:sz w:val="16"/>
              </w:rPr>
              <w:t>1:52:58</w:t>
            </w:r>
          </w:p>
        </w:tc>
        <w:tc>
          <w:tcPr>
            <w:tcW w:type="dxa" w:w="3513"/>
            <w:vAlign w:val="top"/>
          </w:tcPr>
          <w:p>
            <w:r/>
            <w:r>
              <w:rPr>
                <w:b w:val="0"/>
                <w:sz w:val="16"/>
              </w:rPr>
              <w:t>Dürr Jonas</w:t>
            </w:r>
          </w:p>
        </w:tc>
        <w:tc>
          <w:tcPr>
            <w:tcW w:type="dxa" w:w="3513"/>
            <w:vAlign w:val="top"/>
          </w:tcPr>
          <w:p>
            <w:r/>
            <w:r>
              <w:rPr>
                <w:b w:val="0"/>
                <w:sz w:val="16"/>
              </w:rPr>
              <w:t>Spann richtig oder so, oder bis wo es lauft, auch meinst du, bis wo der Holzball lauft und so.</w:t>
            </w:r>
          </w:p>
        </w:tc>
      </w:tr>
      <w:tr>
        <w:tc>
          <w:tcPr>
            <w:tcW w:type="dxa" w:w="3513"/>
            <w:vAlign w:val="top"/>
          </w:tcPr>
          <w:p>
            <w:r/>
            <w:r>
              <w:rPr>
                <w:b w:val="0"/>
                <w:sz w:val="16"/>
              </w:rPr>
              <w:t>1:53:01</w:t>
            </w:r>
          </w:p>
        </w:tc>
        <w:tc>
          <w:tcPr>
            <w:tcW w:type="dxa" w:w="3513"/>
            <w:vAlign w:val="top"/>
          </w:tcPr>
          <w:p>
            <w:r/>
            <w:r>
              <w:rPr>
                <w:b w:val="0"/>
                <w:sz w:val="16"/>
              </w:rPr>
              <w:t>Claudia Kresser</w:t>
            </w:r>
          </w:p>
        </w:tc>
        <w:tc>
          <w:tcPr>
            <w:tcW w:type="dxa" w:w="3513"/>
            <w:vAlign w:val="top"/>
          </w:tcPr>
          <w:p>
            <w:r/>
            <w:r>
              <w:rPr>
                <w:b w:val="0"/>
                <w:sz w:val="16"/>
              </w:rPr>
              <w:t>Ja, genau. Ja, weil weißt du, wir haben ja dann Träger, die natürlich die gehören, ja eigentlich bei uns auch ins Modell rein, wenn wenn wir irgendwie koordinieren müssen, dann irgendwie so, wenn ihr so was habt, wären wir froh, würden wir gern in.</w:t>
            </w:r>
          </w:p>
        </w:tc>
      </w:tr>
      <w:tr>
        <w:tc>
          <w:tcPr>
            <w:tcW w:type="dxa" w:w="3513"/>
            <w:vAlign w:val="top"/>
          </w:tcPr>
          <w:p>
            <w:r/>
            <w:r>
              <w:rPr>
                <w:b w:val="0"/>
                <w:sz w:val="16"/>
              </w:rPr>
              <w:t>1:53:12</w:t>
            </w:r>
          </w:p>
        </w:tc>
        <w:tc>
          <w:tcPr>
            <w:tcW w:type="dxa" w:w="3513"/>
            <w:vAlign w:val="top"/>
          </w:tcPr>
          <w:p>
            <w:r/>
            <w:r>
              <w:rPr>
                <w:b w:val="0"/>
                <w:sz w:val="16"/>
              </w:rPr>
              <w:t>Dürr Jonas</w:t>
            </w:r>
          </w:p>
        </w:tc>
        <w:tc>
          <w:tcPr>
            <w:tcW w:type="dxa" w:w="3513"/>
            <w:vAlign w:val="top"/>
          </w:tcPr>
          <w:p>
            <w:r/>
            <w:r>
              <w:rPr>
                <w:b w:val="0"/>
                <w:sz w:val="16"/>
              </w:rPr>
              <w:t>You know. Ich lade mal noch mal einfach den den Wettbewerbsstand hoch. Eben sind dann einfach ein paar Abweichungen sind schon drin, oder jetzt Balken sind nicht anders. Stechadokapseln Kapsel die Wand mal so zeichnet, also ich wegen mit Vorsatz genieße. Aber das springt sie mir mal das auf, das mir aufgebaut hat da zumeist.</w:t>
            </w:r>
          </w:p>
        </w:tc>
      </w:tr>
      <w:tr>
        <w:tc>
          <w:tcPr>
            <w:tcW w:type="dxa" w:w="3513"/>
            <w:vAlign w:val="top"/>
          </w:tcPr>
          <w:p>
            <w:r/>
            <w:r>
              <w:rPr>
                <w:b w:val="0"/>
                <w:sz w:val="16"/>
              </w:rPr>
              <w:t>1:53:34</w:t>
            </w:r>
          </w:p>
        </w:tc>
        <w:tc>
          <w:tcPr>
            <w:tcW w:type="dxa" w:w="3513"/>
            <w:vAlign w:val="top"/>
          </w:tcPr>
          <w:p>
            <w:r/>
            <w:r>
              <w:rPr>
                <w:b w:val="0"/>
                <w:sz w:val="16"/>
              </w:rPr>
              <w:t>Dürr Jonas</w:t>
            </w:r>
          </w:p>
        </w:tc>
        <w:tc>
          <w:tcPr>
            <w:tcW w:type="dxa" w:w="3513"/>
            <w:vAlign w:val="top"/>
          </w:tcPr>
          <w:p>
            <w:r/>
            <w:r>
              <w:rPr>
                <w:b w:val="0"/>
                <w:sz w:val="16"/>
              </w:rPr>
              <w:t>Und dann, ja, das ist dann auch Unterzüge und wegen wo ist Massivbau, wo Holzbau prinzipiell, das Lad ich mal hoch.</w:t>
            </w:r>
          </w:p>
        </w:tc>
      </w:tr>
      <w:tr>
        <w:tc>
          <w:tcPr>
            <w:tcW w:type="dxa" w:w="3513"/>
            <w:vAlign w:val="top"/>
          </w:tcPr>
          <w:p>
            <w:r/>
            <w:r>
              <w:rPr>
                <w:b w:val="0"/>
                <w:sz w:val="16"/>
              </w:rPr>
              <w:t>1:53:43</w:t>
            </w:r>
          </w:p>
        </w:tc>
        <w:tc>
          <w:tcPr>
            <w:tcW w:type="dxa" w:w="3513"/>
            <w:vAlign w:val="top"/>
          </w:tcPr>
          <w:p>
            <w:r/>
            <w:r>
              <w:rPr>
                <w:b w:val="0"/>
                <w:sz w:val="16"/>
              </w:rPr>
              <w:t>Claudia Kresser</w:t>
            </w:r>
          </w:p>
        </w:tc>
        <w:tc>
          <w:tcPr>
            <w:tcW w:type="dxa" w:w="3513"/>
            <w:vAlign w:val="top"/>
          </w:tcPr>
          <w:p>
            <w:r/>
            <w:r>
              <w:rPr>
                <w:b w:val="0"/>
                <w:sz w:val="16"/>
              </w:rPr>
              <w:t>Ja, das wäre super nett. Danke dir. Das war's von mir. Hast du, du hast noch Bock? Nein,</w:t>
            </w:r>
          </w:p>
        </w:tc>
      </w:tr>
      <w:tr>
        <w:tc>
          <w:tcPr>
            <w:tcW w:type="dxa" w:w="3513"/>
            <w:vAlign w:val="top"/>
          </w:tcPr>
          <w:p>
            <w:r/>
            <w:r>
              <w:rPr>
                <w:b w:val="0"/>
                <w:sz w:val="16"/>
              </w:rPr>
              <w:t>1:53:55</w:t>
            </w:r>
          </w:p>
        </w:tc>
        <w:tc>
          <w:tcPr>
            <w:tcW w:type="dxa" w:w="3513"/>
            <w:vAlign w:val="top"/>
          </w:tcPr>
          <w:p>
            <w:r/>
            <w:r>
              <w:rPr>
                <w:b w:val="0"/>
                <w:sz w:val="16"/>
              </w:rPr>
              <w:t>Claudia Kresser</w:t>
            </w:r>
          </w:p>
        </w:tc>
        <w:tc>
          <w:tcPr>
            <w:tcW w:type="dxa" w:w="3513"/>
            <w:vAlign w:val="top"/>
          </w:tcPr>
          <w:p>
            <w:r/>
            <w:r>
              <w:rPr>
                <w:b w:val="0"/>
                <w:sz w:val="16"/>
              </w:rPr>
              <w:t>Oh, ja, mit meinen Augen vermiss. Ciao, Tschüss, Ciao.</w:t>
            </w:r>
          </w:p>
        </w:tc>
      </w:tr>
      <w:tr>
        <w:tc>
          <w:tcPr>
            <w:tcW w:type="dxa" w:w="3513"/>
            <w:vAlign w:val="top"/>
          </w:tcPr>
          <w:p>
            <w:r/>
            <w:r>
              <w:rPr>
                <w:b w:val="0"/>
                <w:sz w:val="16"/>
              </w:rPr>
              <w:t>1:53:56</w:t>
            </w:r>
          </w:p>
        </w:tc>
        <w:tc>
          <w:tcPr>
            <w:tcW w:type="dxa" w:w="3513"/>
            <w:vAlign w:val="top"/>
          </w:tcPr>
          <w:p>
            <w:r/>
            <w:r>
              <w:rPr>
                <w:b w:val="0"/>
                <w:sz w:val="16"/>
              </w:rPr>
              <w:t>Stefan Gilgen (HK&amp;T Bern)</w:t>
            </w:r>
          </w:p>
        </w:tc>
        <w:tc>
          <w:tcPr>
            <w:tcW w:type="dxa" w:w="3513"/>
            <w:vAlign w:val="top"/>
          </w:tcPr>
          <w:p>
            <w:r/>
            <w:r>
              <w:rPr>
                <w:b w:val="0"/>
                <w:sz w:val="16"/>
              </w:rPr>
              <w:t>Super, messe für morgen. Bis dann. Ciao, ciao.</w:t>
            </w:r>
          </w:p>
        </w:tc>
      </w:tr>
      <w:tr>
        <w:tc>
          <w:tcPr>
            <w:tcW w:type="dxa" w:w="3513"/>
            <w:vAlign w:val="top"/>
          </w:tcPr>
          <w:p>
            <w:r/>
            <w:r>
              <w:rPr>
                <w:b w:val="0"/>
                <w:sz w:val="16"/>
              </w:rPr>
              <w:t>1:53:58</w:t>
            </w:r>
          </w:p>
        </w:tc>
        <w:tc>
          <w:tcPr>
            <w:tcW w:type="dxa" w:w="3513"/>
            <w:vAlign w:val="top"/>
          </w:tcPr>
          <w:p>
            <w:r/>
            <w:r>
              <w:rPr>
                <w:b w:val="0"/>
                <w:sz w:val="16"/>
              </w:rPr>
              <w:t>Velten Lukas</w:t>
            </w:r>
          </w:p>
        </w:tc>
        <w:tc>
          <w:tcPr>
            <w:tcW w:type="dxa" w:w="3513"/>
            <w:vAlign w:val="top"/>
          </w:tcPr>
          <w:p>
            <w:r/>
            <w:r>
              <w:rPr>
                <w:b w:val="0"/>
                <w:sz w:val="16"/>
              </w:rPr>
              <w:t>Schatz, haben wir. Danke. Ciao, ciao. Donatiello Cristian Transkription beendet</w:t>
            </w:r>
          </w:p>
        </w:tc>
      </w:tr>
    </w:tbl>
    <w:sectPr w:rsidR="00FC693F" w:rsidRPr="0006063C"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