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Sitzungsprotokoll</w:t>
      </w:r>
    </w:p>
    <w:p>
      <w:r>
        <w:t>Datum der Erstellung: 21.06.2026 00:35</w:t>
      </w:r>
    </w:p>
    <w:p>
      <w:r>
        <w:t>Quelle: Voice Memo.m4a</w:t>
      </w:r>
    </w:p>
    <w:p>
      <w:r>
        <w:t>--------------------------------------------------</w:t>
      </w:r>
    </w:p>
    <w:p>
      <w:r>
        <w:t>Sitzungsprotokoll</w:t>
        <w:br/>
        <w:br/>
        <w:t>Dies ist ein lokaler Mock-Test ohne externen LLM-Aufruf.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