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Sitzungstranskript</w:t>
      </w:r>
    </w:p>
    <w:p>
      <w:r>
        <w:t>Datum der Erstellung: 01.05.2026 15:15</w:t>
      </w:r>
    </w:p>
    <w:p>
      <w:r>
        <w:t>Quelle: 260501 Kurzinfo April.mp4</w:t>
      </w:r>
    </w:p>
    <w:p>
      <w:r>
        <w:t>--------------------------------------------------</w:t>
      </w:r>
    </w:p>
    <w:p>
      <w:r>
        <w:rPr>
          <w:b/>
        </w:rPr>
        <w:t xml:space="preserve">SPEAKER_00: </w:t>
      </w:r>
      <w:r>
        <w:t>Gut, also herzlich willkommen zu unserer Kurzinfo im April.</w:t>
      </w:r>
    </w:p>
    <w:p>
      <w:r>
        <w:rPr>
          <w:b/>
        </w:rPr>
        <w:t xml:space="preserve">SPEAKER_00: </w:t>
      </w:r>
      <w:r>
        <w:t>Ich würde gerade mit meinen Themen kurz starten.</w:t>
      </w:r>
    </w:p>
    <w:p>
      <w:r>
        <w:rPr>
          <w:b/>
        </w:rPr>
        <w:t xml:space="preserve">SPEAKER_00: </w:t>
      </w:r>
      <w:r>
        <w:t>Neuerungen vom Intrex.</w:t>
      </w:r>
    </w:p>
    <w:p>
      <w:r>
        <w:rPr>
          <w:b/>
        </w:rPr>
        <w:t xml:space="preserve">SPEAKER_00: </w:t>
      </w:r>
      <w:r>
        <w:t>Es ist neu möglich, Protokolle zu kopieren.</w:t>
      </w:r>
    </w:p>
    <w:p>
      <w:r>
        <w:rPr>
          <w:b/>
        </w:rPr>
        <w:t xml:space="preserve">SPEAKER_00: </w:t>
      </w:r>
      <w:r>
        <w:t>Achtet bitte darauf, dass ihr nicht, also müsstet bitte darauf achten, bei den Protokollen zu kopieren, dass ihr diese Funktion nur verwendet bei den Vergabenprotokollen.</w:t>
      </w:r>
    </w:p>
    <w:p>
      <w:r>
        <w:rPr>
          <w:b/>
        </w:rPr>
        <w:t xml:space="preserve">SPEAKER_00: </w:t>
      </w:r>
      <w:r>
        <w:t>Wenn ihr normale Protokolle kopiert, wird es so sein, dass eigentlich der Bezug zum Beispiel zu der Pendenzenliste noch einmal funktionieren wird.</w:t>
      </w:r>
    </w:p>
    <w:p>
      <w:r>
        <w:rPr>
          <w:b/>
        </w:rPr>
        <w:t xml:space="preserve">SPEAKER_00: </w:t>
      </w:r>
      <w:r>
        <w:t>Also wir werden wirklich diese Funktion nur benutzen für Vergabenprotokolle.</w:t>
      </w:r>
    </w:p>
    <w:p>
      <w:r>
        <w:rPr>
          <w:b/>
        </w:rPr>
        <w:t xml:space="preserve">SPEAKER_00: </w:t>
      </w:r>
      <w:r>
        <w:t>Wir werden im Link unten noch dreistellen,</w:t>
      </w:r>
    </w:p>
    <w:p>
      <w:r>
        <w:rPr>
          <w:b/>
        </w:rPr>
        <w:t xml:space="preserve">SPEAKER_00: </w:t>
      </w:r>
      <w:r>
        <w:t>wie das Ganze funktioniert.</w:t>
      </w:r>
    </w:p>
    <w:p>
      <w:r>
        <w:rPr>
          <w:b/>
        </w:rPr>
        <w:t xml:space="preserve">SPEAKER_00: </w:t>
      </w:r>
      <w:r>
        <w:t>Genau.</w:t>
      </w:r>
    </w:p>
    <w:p>
      <w:r>
        <w:rPr>
          <w:b/>
        </w:rPr>
        <w:t xml:space="preserve">SPEAKER_00: </w:t>
      </w:r>
      <w:r>
        <w:t>Dann von unserer Seite noch, oder von meiner Seite noch, Lean, unser Jahresthema, ist es so, die Lean-Stammtische sind am Laufen.</w:t>
      </w:r>
    </w:p>
    <w:p>
      <w:r>
        <w:rPr>
          <w:b/>
        </w:rPr>
        <w:t xml:space="preserve">SPEAKER_00: </w:t>
      </w:r>
      <w:r>
        <w:t>Die finden alle zwei Wochen statt.</w:t>
      </w:r>
    </w:p>
    <w:p>
      <w:r>
        <w:rPr>
          <w:b/>
        </w:rPr>
        <w:t xml:space="preserve">SPEAKER_00: </w:t>
      </w:r>
      <w:r>
        <w:t>Wir tauschen uns aus zu verschiedenen Themen.</w:t>
      </w:r>
    </w:p>
    <w:p>
      <w:r>
        <w:rPr>
          <w:b/>
        </w:rPr>
        <w:t xml:space="preserve">SPEAKER_00: </w:t>
      </w:r>
      <w:r>
        <w:t>Die Lean-Coaches sind auch teilweise in den einzelnen Projekten, wo Last Planner stattfindet, mit dabei.</w:t>
      </w:r>
    </w:p>
    <w:p>
      <w:r>
        <w:rPr>
          <w:b/>
        </w:rPr>
        <w:t xml:space="preserve">SPEAKER_00: </w:t>
      </w:r>
      <w:r>
        <w:t>Da wäre es wichtig, wenn ihr einen Lean oder Last Planner Workshop geplant habt, dass ihr euch das mit euren Teamleitern absprecht, dass die Bescheid wissen, Teamleiter gehen auf mich zu und ich bringe das in den Lean-Stammtisch ein, wann, wer, welche Last Planner Workshop stattfindet, damit wir da nachher den einzelnen Projekten, Lean-Coaches zuordnen können.</w:t>
      </w:r>
    </w:p>
    <w:p>
      <w:r>
        <w:rPr>
          <w:b/>
        </w:rPr>
        <w:t xml:space="preserve">SPEAKER_00: </w:t>
      </w:r>
      <w:r>
        <w:t>Wir sind auch mit diversen Experten, Lean-Experten unterwegs.</w:t>
      </w:r>
    </w:p>
    <w:p>
      <w:r>
        <w:rPr>
          <w:b/>
        </w:rPr>
        <w:t xml:space="preserve">SPEAKER_00: </w:t>
      </w:r>
      <w:r>
        <w:t>um Erfahrung zu sammeln.</w:t>
      </w:r>
    </w:p>
    <w:p>
      <w:r>
        <w:rPr>
          <w:b/>
        </w:rPr>
        <w:t xml:space="preserve">SPEAKER_00: </w:t>
      </w:r>
      <w:r>
        <w:t>Es wird sicher so sein, dass die Lean-Coaches am Anfang nur vielleicht auch Beisitzer sind, auch dass sie Erfahrung sammeln, aber die werden dann peu à peu nachher das Ganze übernehmen.</w:t>
      </w:r>
    </w:p>
    <w:p>
      <w:r>
        <w:rPr>
          <w:b/>
        </w:rPr>
        <w:t xml:space="preserve">SPEAKER_00: </w:t>
      </w:r>
      <w:r>
        <w:t>Gut, dann würde ich zum nächsten Thema gehen, das würde ich dem Dirk übergeben.</w:t>
      </w:r>
    </w:p>
    <w:p>
      <w:r>
        <w:rPr>
          <w:b/>
        </w:rPr>
        <w:t xml:space="preserve">SPEAKER_04: </w:t>
      </w:r>
      <w:r>
        <w:t>Guten Morgen.</w:t>
      </w:r>
    </w:p>
    <w:p>
      <w:r>
        <w:rPr>
          <w:b/>
        </w:rPr>
        <w:t xml:space="preserve">SPEAKER_04: </w:t>
      </w:r>
      <w:r>
        <w:t>Ihr werdet es im Organigramm vom Mai sehen.</w:t>
      </w:r>
    </w:p>
    <w:p>
      <w:r>
        <w:rPr>
          <w:b/>
        </w:rPr>
        <w:t xml:space="preserve">SPEAKER_04: </w:t>
      </w:r>
      <w:r>
        <w:t>Da gibt es ein paar Anpassungen, auch Teamwechsel.</w:t>
      </w:r>
    </w:p>
    <w:p>
      <w:r>
        <w:rPr>
          <w:b/>
        </w:rPr>
        <w:t xml:space="preserve">SPEAKER_04: </w:t>
      </w:r>
      <w:r>
        <w:t>Und die möchte ich euch gerne vorab vorstellen.</w:t>
      </w:r>
    </w:p>
    <w:p>
      <w:r>
        <w:rPr>
          <w:b/>
        </w:rPr>
        <w:t xml:space="preserve">SPEAKER_04: </w:t>
      </w:r>
      <w:r>
        <w:t>Zum einen hat Stefan Debernady gestartet, als Einkäufer für Superunternehmerleistungen uns zu unterstützen.</w:t>
      </w:r>
    </w:p>
    <w:p>
      <w:r>
        <w:rPr>
          <w:b/>
        </w:rPr>
        <w:t xml:space="preserve">SPEAKER_04: </w:t>
      </w:r>
      <w:r>
        <w:t>Im Februar und beim Stefan ist es so, dass er auch die Teamleitung vom Backoffice übernehmen wird jetzt per 1.5. und Marcel das an ihn laufend dann übergibt.</w:t>
      </w:r>
    </w:p>
    <w:p>
      <w:r>
        <w:rPr>
          <w:b/>
        </w:rPr>
        <w:t xml:space="preserve">SPEAKER_04: </w:t>
      </w:r>
      <w:r>
        <w:t>Und so dann auch dort die Einkaufsthemen und Werkvertrags erstellen und Leistungsverzeichnis erstellen, was dort auch alles im Backoffice so angelegt ist, dass das dann alles an einem Ort ist.</w:t>
      </w:r>
    </w:p>
    <w:p>
      <w:r>
        <w:rPr>
          <w:b/>
        </w:rPr>
        <w:t xml:space="preserve">SPEAKER_04: </w:t>
      </w:r>
      <w:r>
        <w:t>und so für uns eine zentralere Dienstleistung und noch bessere Dienstleistungen bringen soll in Zukunft.</w:t>
      </w:r>
    </w:p>
    <w:p>
      <w:r>
        <w:rPr>
          <w:b/>
        </w:rPr>
        <w:t xml:space="preserve">SPEAKER_04: </w:t>
      </w:r>
      <w:r>
        <w:t>Genau, das ist Thema Stefan Debernadi.</w:t>
      </w:r>
    </w:p>
    <w:p>
      <w:r>
        <w:rPr>
          <w:b/>
        </w:rPr>
        <w:t xml:space="preserve">SPEAKER_04: </w:t>
      </w:r>
      <w:r>
        <w:t>Dann haben wir den Teamwechsel, der stattfindet im Zuge des Wechsels von Clemens, dass er dann doch nach und nach immer mehr Aufgaben aus der Technik hat und dort für die Projektleiter Holzbau da sein muss.</w:t>
      </w:r>
    </w:p>
    <w:p>
      <w:r>
        <w:rPr>
          <w:b/>
        </w:rPr>
        <w:t xml:space="preserve">SPEAKER_04: </w:t>
      </w:r>
      <w:r>
        <w:t>Und da gab es jetzt gerade im Zuge von Projekt Neustart und Projekt Start gibt es dort Wechsel.</w:t>
      </w:r>
    </w:p>
    <w:p>
      <w:r>
        <w:rPr>
          <w:b/>
        </w:rPr>
        <w:t xml:space="preserve">SPEAKER_04: </w:t>
      </w:r>
      <w:r>
        <w:t>Das ist zum einen der Maximilian Grell, der zum Denissons Team geht.</w:t>
      </w:r>
    </w:p>
    <w:p>
      <w:r>
        <w:rPr>
          <w:b/>
        </w:rPr>
        <w:t xml:space="preserve">SPEAKER_04: </w:t>
      </w:r>
      <w:r>
        <w:t>Dann haben wir den Olli, der zum Robin rüber wechselt.</w:t>
      </w:r>
    </w:p>
    <w:p>
      <w:r>
        <w:rPr>
          <w:b/>
        </w:rPr>
        <w:t xml:space="preserve">SPEAKER_04: </w:t>
      </w:r>
      <w:r>
        <w:t>Dann haben wir den Nikola Mucha, der im Team Thor ist und beim Danins Team kommt.</w:t>
      </w:r>
    </w:p>
    <w:p>
      <w:r>
        <w:rPr>
          <w:b/>
        </w:rPr>
        <w:t xml:space="preserve">SPEAKER_04: </w:t>
      </w:r>
      <w:r>
        <w:t>Genau.</w:t>
      </w:r>
    </w:p>
    <w:p>
      <w:r>
        <w:rPr>
          <w:b/>
        </w:rPr>
        <w:t xml:space="preserve">SPEAKER_04: </w:t>
      </w:r>
      <w:r>
        <w:t>Dann haben wir noch einen Kollegen, der aus der Westschweiz zu uns gestoßen ist, der vielleicht auch schon mal getroffen ist, Matthias Balkenhol.</w:t>
      </w:r>
    </w:p>
    <w:p>
      <w:r>
        <w:rPr>
          <w:b/>
        </w:rPr>
        <w:t xml:space="preserve">SPEAKER_04: </w:t>
      </w:r>
      <w:r>
        <w:t>Der ist bei Marcel im Team und er ist jetzt seit dieser Woche hier, war letzte Woche auch bei dem Teamanlass dabei, den wir hatten.</w:t>
      </w:r>
    </w:p>
    <w:p>
      <w:r>
        <w:rPr>
          <w:b/>
        </w:rPr>
        <w:t xml:space="preserve">SPEAKER_04: </w:t>
      </w:r>
      <w:r>
        <w:t>Genau, das sind glaube ich so die Neuerungen im Mai.</w:t>
      </w:r>
    </w:p>
    <w:p>
      <w:r>
        <w:rPr>
          <w:b/>
        </w:rPr>
        <w:t xml:space="preserve">SPEAKER_04: </w:t>
      </w:r>
      <w:r>
        <w:t>Sehen ihr dann auch im Organigramm.</w:t>
      </w:r>
    </w:p>
    <w:p>
      <w:r>
        <w:rPr>
          <w:b/>
        </w:rPr>
        <w:t xml:space="preserve">SPEAKER_04: </w:t>
      </w:r>
      <w:r>
        <w:t>Wenn es Fragen dazu gibt, dann gehen auf eure Teamleiter zu.</w:t>
      </w:r>
    </w:p>
    <w:p>
      <w:r>
        <w:rPr>
          <w:b/>
        </w:rPr>
        <w:t xml:space="preserve">SPEAKER_04: </w:t>
      </w:r>
      <w:r>
        <w:t>Dann gebe ich weiter an...</w:t>
      </w:r>
    </w:p>
    <w:p>
      <w:r>
        <w:rPr>
          <w:b/>
        </w:rPr>
        <w:t xml:space="preserve">SPEAKER_02: </w:t>
      </w:r>
      <w:r>
        <w:t>Mich.</w:t>
      </w:r>
    </w:p>
    <w:p>
      <w:r>
        <w:rPr>
          <w:b/>
        </w:rPr>
        <w:t xml:space="preserve">SPEAKER_02: </w:t>
      </w:r>
      <w:r>
        <w:t>Genau.</w:t>
      </w:r>
    </w:p>
    <w:p>
      <w:r>
        <w:rPr>
          <w:b/>
        </w:rPr>
        <w:t xml:space="preserve">SPEAKER_02: </w:t>
      </w:r>
      <w:r>
        <w:t>Ich habe ein paar Hinweise zum Ausfüllen von Werkverträgen.</w:t>
      </w:r>
    </w:p>
    <w:p>
      <w:r>
        <w:rPr>
          <w:b/>
        </w:rPr>
        <w:t xml:space="preserve">SPEAKER_02: </w:t>
      </w:r>
      <w:r>
        <w:t>Passt bitte auf, dass ihr die Kreuzchen am richtigen Ort macht.</w:t>
      </w:r>
    </w:p>
    <w:p>
      <w:r>
        <w:rPr>
          <w:b/>
        </w:rPr>
        <w:t xml:space="preserve">SPEAKER_02: </w:t>
      </w:r>
      <w:r>
        <w:t>Wir haben die Möglichkeit, vor allem bei der Vergütung auszuwählen, zwischen Einheitspreis, Globalpreis oder Pauschalpreis.</w:t>
      </w:r>
    </w:p>
    <w:p>
      <w:r>
        <w:rPr>
          <w:b/>
        </w:rPr>
        <w:t xml:space="preserve">SPEAKER_02: </w:t>
      </w:r>
      <w:r>
        <w:t>Im meisten Fall schauen wir, dass es auf dem Pauschalen rausläuft.</w:t>
      </w:r>
    </w:p>
    <w:p>
      <w:r>
        <w:rPr>
          <w:b/>
        </w:rPr>
        <w:t xml:space="preserve">SPEAKER_02: </w:t>
      </w:r>
      <w:r>
        <w:t>Wir schauen einfach, dass das Kreuzchen so auch gesetzt ist, wie wir es wollen haben.</w:t>
      </w:r>
    </w:p>
    <w:p>
      <w:r>
        <w:rPr>
          <w:b/>
        </w:rPr>
        <w:t xml:space="preserve">SPEAKER_02: </w:t>
      </w:r>
      <w:r>
        <w:t>Bei den Zahlungsmodalitäten muss man schauen, ob man eine Möglichkeit hat, nach dem Zahlungsplan abzurechnen.</w:t>
      </w:r>
    </w:p>
    <w:p>
      <w:r>
        <w:rPr>
          <w:b/>
        </w:rPr>
        <w:t xml:space="preserve">SPEAKER_02: </w:t>
      </w:r>
      <w:r>
        <w:t>Abschlagszahlung, Einmalzahlung oder Ausmass.</w:t>
      </w:r>
    </w:p>
    <w:p>
      <w:r>
        <w:rPr>
          <w:b/>
        </w:rPr>
        <w:t xml:space="preserve">SPEAKER_02: </w:t>
      </w:r>
      <w:r>
        <w:t>Auch da muss man schauen, dass diese am richtigen Ort sind.</w:t>
      </w:r>
    </w:p>
    <w:p>
      <w:r>
        <w:rPr>
          <w:b/>
        </w:rPr>
        <w:t xml:space="preserve">SPEAKER_02: </w:t>
      </w:r>
      <w:r>
        <w:t>Was hilft, ist eine Vier-Augen-Kontrolle, insbesondere wenn man mit dem Backofficer zusammenarbeitet und die Leistungen abgibt.</w:t>
      </w:r>
    </w:p>
    <w:p>
      <w:r>
        <w:rPr>
          <w:b/>
        </w:rPr>
        <w:t xml:space="preserve">SPEAKER_02: </w:t>
      </w:r>
      <w:r>
        <w:t>Dort wird es nach bestem Wissen erstellt, auf Basis des Vergabeprotokolls.</w:t>
      </w:r>
    </w:p>
    <w:p>
      <w:r>
        <w:rPr>
          <w:b/>
        </w:rPr>
        <w:t xml:space="preserve">SPEAKER_02: </w:t>
      </w:r>
      <w:r>
        <w:t>Schaut einfach am kleinsten drüber hinein, das hilft sicher.</w:t>
      </w:r>
    </w:p>
    <w:p>
      <w:r>
        <w:rPr>
          <w:b/>
        </w:rPr>
        <w:t xml:space="preserve">SPEAKER_02: </w:t>
      </w:r>
      <w:r>
        <w:t>Dann haben wir eine weitere Anpassung im Bereich der Deckungssumme bei Versicherungen, bei Fachplanverträgen und in den Werkverträgen.</w:t>
      </w:r>
    </w:p>
    <w:p>
      <w:r>
        <w:rPr>
          <w:b/>
        </w:rPr>
        <w:t xml:space="preserve">SPEAKER_02: </w:t>
      </w:r>
      <w:r>
        <w:t>Die würden wir von 5 Millionen auf 10 Millionen erhöhen.</w:t>
      </w:r>
    </w:p>
    <w:p>
      <w:r>
        <w:rPr>
          <w:b/>
        </w:rPr>
        <w:t xml:space="preserve">SPEAKER_02: </w:t>
      </w:r>
      <w:r>
        <w:t>Schaut dort einfach, dass das nicht Anmerkungen sind vom</w:t>
      </w:r>
    </w:p>
    <w:p>
      <w:r>
        <w:rPr>
          <w:b/>
        </w:rPr>
        <w:t xml:space="preserve">SPEAKER_02: </w:t>
      </w:r>
      <w:r>
        <w:t>Unternehmer oder Planer, das ist sicher ein Thema, das wir im Vergabeprotokoll noch besprechen.</w:t>
      </w:r>
    </w:p>
    <w:p>
      <w:r>
        <w:rPr>
          <w:b/>
        </w:rPr>
        <w:t xml:space="preserve">SPEAKER_02: </w:t>
      </w:r>
      <w:r>
        <w:t>Und bei entsprechend noch umfangreichen Beleistungen kann es natürlich auch sein, dass man die Summe noch mehr erhöhen muss.</w:t>
      </w:r>
    </w:p>
    <w:p>
      <w:r>
        <w:rPr>
          <w:b/>
        </w:rPr>
        <w:t xml:space="preserve">SPEAKER_02: </w:t>
      </w:r>
      <w:r>
        <w:t>Wenn die Dunkelheiten sind, schau es einfach mit deinem Teamleiter an, dann ist es gut fix.</w:t>
      </w:r>
    </w:p>
    <w:p>
      <w:r>
        <w:rPr>
          <w:b/>
        </w:rPr>
        <w:t xml:space="preserve">SPEAKER_02: </w:t>
      </w:r>
      <w:r>
        <w:t>Dankeschön.</w:t>
      </w:r>
    </w:p>
    <w:p>
      <w:r>
        <w:rPr>
          <w:b/>
        </w:rPr>
        <w:t xml:space="preserve">SPEAKER_03: </w:t>
      </w:r>
      <w:r>
        <w:t>Dann habe ich auch noch eine Kleinigkeit zum Berichten oder zum Informieren besser gesagt.</w:t>
      </w:r>
    </w:p>
    <w:p>
      <w:r>
        <w:rPr>
          <w:b/>
        </w:rPr>
        <w:t xml:space="preserve">SPEAKER_03: </w:t>
      </w:r>
      <w:r>
        <w:t>Wir haben letzte Woche eine BauPlus-Schulung gehabt.</w:t>
      </w:r>
    </w:p>
    <w:p>
      <w:r>
        <w:rPr>
          <w:b/>
        </w:rPr>
        <w:t xml:space="preserve">SPEAKER_03: </w:t>
      </w:r>
      <w:r>
        <w:t>Da sind elf Personen geschult worden im BauPlus, unter anderem eben aus Backoffice.</w:t>
      </w:r>
    </w:p>
    <w:p>
      <w:r>
        <w:rPr>
          <w:b/>
        </w:rPr>
        <w:t xml:space="preserve">SPEAKER_03: </w:t>
      </w:r>
      <w:r>
        <w:t>Und da sind wir wieder recht gut aufgestellt und aktuell, das hat der externe Referent gemacht.</w:t>
      </w:r>
    </w:p>
    <w:p>
      <w:r>
        <w:rPr>
          <w:b/>
        </w:rPr>
        <w:t xml:space="preserve">SPEAKER_03: </w:t>
      </w:r>
      <w:r>
        <w:t>Und ich wollte dazu nur noch sagen, falls da noch mal Bedarf wäre für so einen Lauf von einer BauPlus-Schulung, könnt ihr gerne auf mich zukommen.</w:t>
      </w:r>
    </w:p>
    <w:p>
      <w:r>
        <w:rPr>
          <w:b/>
        </w:rPr>
        <w:t xml:space="preserve">SPEAKER_03: </w:t>
      </w:r>
      <w:r>
        <w:t>Und allgemein, falls mal das Bedürfnis wäre, nachher anzuschulen, könnt ihr auch gerne auf mich zukommen.</w:t>
      </w:r>
    </w:p>
    <w:p>
      <w:r>
        <w:rPr>
          <w:b/>
        </w:rPr>
        <w:t xml:space="preserve">SPEAKER_03: </w:t>
      </w:r>
      <w:r>
        <w:t>Das war es eigentlich schon von meiner Seite.</w:t>
      </w:r>
    </w:p>
    <w:p>
      <w:r>
        <w:rPr>
          <w:b/>
        </w:rPr>
        <w:t xml:space="preserve">SPEAKER_03: </w:t>
      </w:r>
      <w:r>
        <w:t>Dann würde ich noch an den Clemens übergeben.</w:t>
      </w:r>
    </w:p>
    <w:p>
      <w:r>
        <w:rPr>
          <w:b/>
        </w:rPr>
        <w:t xml:space="preserve">SPEAKER_01: </w:t>
      </w:r>
      <w:r>
        <w:t>Jo, dann übernehme ich gerade noch und zwar Thema Urlaubszeit.</w:t>
      </w:r>
    </w:p>
    <w:p>
      <w:r>
        <w:rPr>
          <w:b/>
        </w:rPr>
        <w:t xml:space="preserve">SPEAKER_01: </w:t>
      </w:r>
      <w:r>
        <w:t>Wie ihr wisst, sind jetzt die Urlaubszeiten langsam dran und längere Abwesenheiten wahrscheinlich zu vermuten.</w:t>
      </w:r>
    </w:p>
    <w:p>
      <w:r>
        <w:rPr>
          <w:b/>
        </w:rPr>
        <w:t xml:space="preserve">SPEAKER_01: </w:t>
      </w:r>
      <w:r>
        <w:t>Wichtig wäre da ganz klar, gebt frühzeitig bekannt, wann ihr Urlaub habt und tragt das Ganze auch im Urlaubskalender ein.</w:t>
      </w:r>
    </w:p>
    <w:p>
      <w:r>
        <w:rPr>
          <w:b/>
        </w:rPr>
        <w:t xml:space="preserve">SPEAKER_01: </w:t>
      </w:r>
      <w:r>
        <w:t>Sprecht es bei euch im Team ab, damit es auch möglichst innerhalb vom Team organisiert wird, die ganze Stellvertreterregelung.</w:t>
      </w:r>
    </w:p>
    <w:p>
      <w:r>
        <w:rPr>
          <w:b/>
        </w:rPr>
        <w:t xml:space="preserve">SPEAKER_01: </w:t>
      </w:r>
      <w:r>
        <w:t>Grundsätzlich soll es so sein, dass nur im Ausnahmefall der Teamleiter als</w:t>
      </w:r>
    </w:p>
    <w:p>
      <w:r>
        <w:rPr>
          <w:b/>
        </w:rPr>
        <w:t xml:space="preserve">SPEAKER_01: </w:t>
      </w:r>
      <w:r>
        <w:t>Backup sozusagen einspringt, da er auch andere Themen grundsätzlich hat und nicht für jeden die Urlaubsvertretung machen kann.</w:t>
      </w:r>
    </w:p>
    <w:p>
      <w:r>
        <w:rPr>
          <w:b/>
        </w:rPr>
        <w:t xml:space="preserve">SPEAKER_01: </w:t>
      </w:r>
      <w:r>
        <w:t>Am besten ist dann auch eine Übergabesitzung zu vereinbaren und Punkte, die wichtig sind, gerade mit dem, der Urlaub macht oder Urlaub vertritt, zu vereinbaren und zu besprechen.</w:t>
      </w:r>
    </w:p>
    <w:p>
      <w:r>
        <w:rPr>
          <w:b/>
        </w:rPr>
        <w:t xml:space="preserve">SPEAKER_01: </w:t>
      </w:r>
      <w:r>
        <w:t>Und was auf jeden Fall nicht vergessen werden darf, ist der Abwesenheitsassistent, den ihr einrichten sollt.</w:t>
      </w:r>
    </w:p>
    <w:p>
      <w:r>
        <w:rPr>
          <w:b/>
        </w:rPr>
        <w:t xml:space="preserve">SPEAKER_01: </w:t>
      </w:r>
      <w:r>
        <w:t>Und dann auch dort drin vermerken, wer die Vertretung macht.</w:t>
      </w:r>
    </w:p>
    <w:p>
      <w:r>
        <w:rPr>
          <w:b/>
        </w:rPr>
        <w:t xml:space="preserve">SPEAKER_01: </w:t>
      </w:r>
      <w:r>
        <w:t>Dazu kommt, im Abakus müsst ihr mindestens mal, wenn ihr größer als zwei Wochen weg seid oder länger als zwei Wochen weg seid, guckt, dass im Abakus eine Abwesenheit unter Umleitung drin ist, dass auch die Rechnungen bezahlt werden und dann richtige Personen kommen, dass dort nicht Rückstände entstehen.</w:t>
      </w:r>
    </w:p>
    <w:p>
      <w:r>
        <w:rPr>
          <w:b/>
        </w:rPr>
        <w:t xml:space="preserve">SPEAKER_01: </w:t>
      </w:r>
      <w:r>
        <w:t>Guter Letzt, immer wieder wichtiges Thema, guckt, dass das Mail-Archiv von allen Projektbeteiligten regelmäßig geführt wird, dass auch auf Themen, die da vielleicht zwischendurch kommen, dass da regelmäßig raufgeguckt werden kann und man auch nachvollziehen kann, was da aktuell Thema ist.</w:t>
      </w:r>
    </w:p>
    <w:p>
      <w:r>
        <w:rPr>
          <w:b/>
        </w:rPr>
        <w:t xml:space="preserve">SPEAKER_01: </w:t>
      </w:r>
      <w:r>
        <w:t>Ansonsten hat man es einfach schwierig als Stellvertreter, dort die richtigen Schlüsse zu ziehen.</w:t>
      </w:r>
    </w:p>
    <w:p>
      <w:r>
        <w:rPr>
          <w:b/>
        </w:rPr>
        <w:t xml:space="preserve">SPEAKER_01: </w:t>
      </w:r>
      <w:r>
        <w:t>Das war es von meiner Seite und gebe ich noch zum Abschluss zum Dennis zurück.</w:t>
      </w:r>
    </w:p>
    <w:p>
      <w:r>
        <w:rPr>
          <w:b/>
        </w:rPr>
        <w:t xml:space="preserve">SPEAKER_00: </w:t>
      </w:r>
      <w:r>
        <w:t>Dankeschön euch alle.</w:t>
      </w:r>
    </w:p>
    <w:p>
      <w:r>
        <w:rPr>
          <w:b/>
        </w:rPr>
        <w:t xml:space="preserve">SPEAKER_00: </w:t>
      </w:r>
      <w:r>
        <w:t>Das war die Kurzinfo vom April.</w:t>
      </w:r>
    </w:p>
    <w:p>
      <w:r>
        <w:rPr>
          <w:b/>
        </w:rPr>
        <w:t xml:space="preserve">SPEAKER_00: </w:t>
      </w:r>
      <w:r>
        <w:t>Wenn ihr irgendwelche Fragen zu dem Ganzen habt, kommt auf uns zu.</w:t>
      </w:r>
    </w:p>
    <w:p>
      <w:r>
        <w:rPr>
          <w:b/>
        </w:rPr>
        <w:t xml:space="preserve">SPEAKER_00: </w:t>
      </w:r>
      <w:r>
        <w:t>Auch sonst, wenn irgendwelche Anmerkungen zu dieser Kurzinfo gerne mir mitteilen oder uns, was wir besser machen können.</w:t>
      </w:r>
    </w:p>
    <w:p>
      <w:r>
        <w:rPr>
          <w:b/>
        </w:rPr>
        <w:t xml:space="preserve">SPEAKER_00: </w:t>
      </w:r>
      <w:r>
        <w:t>Ich wünsche euch alle gute Zeit und bis zur nächsten Kurzinfo.</w:t>
      </w:r>
    </w:p>
    <w:p>
      <w:r>
        <w:rPr>
          <w:b/>
        </w:rPr>
        <w:t xml:space="preserve">SPEAKER_00: </w:t>
      </w:r>
      <w:r>
        <w:t>Dankeschön.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