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Sitzungstranskript</w:t>
      </w:r>
    </w:p>
    <w:p>
      <w:r>
        <w:t>Datum der Erstellung: 25.06.2026 19:22</w:t>
      </w:r>
    </w:p>
    <w:p>
      <w:r>
        <w:t>Quelle: Furkastrasse_ PL Jour fixe-20260625_060834UTC-Meeting Recording_8126077026.mp4</w:t>
      </w:r>
    </w:p>
    <w:p>
      <w:r>
        <w:t>--------------------------------------------------</w:t>
      </w:r>
    </w:p>
    <w:p>
      <w:r>
        <w:rPr>
          <w:b/>
        </w:rPr>
        <w:t xml:space="preserve">SPEAKER_00: </w:t>
      </w:r>
      <w:r>
        <w:t>Also ich bin jetzt reingegangen, weil sonst...</w:t>
      </w:r>
    </w:p>
    <w:p>
      <w:r>
        <w:rPr>
          <w:b/>
        </w:rPr>
        <w:t xml:space="preserve">SPEAKER_02: </w:t>
      </w:r>
      <w:r>
        <w:t>Wenn ich jetzt noch zurede, dann reagiert er da mit den Stimmdingen.</w:t>
      </w:r>
    </w:p>
    <w:p>
      <w:r>
        <w:rPr>
          <w:b/>
        </w:rPr>
        <w:t xml:space="preserve">SPEAKER_01: </w:t>
      </w:r>
      <w:r>
        <w:t>Wenn ich da nochmal aufs andere gehe.</w:t>
      </w:r>
    </w:p>
    <w:p>
      <w:r>
        <w:rPr>
          <w:b/>
        </w:rPr>
        <w:t xml:space="preserve">SPEAKER_01: </w:t>
      </w:r>
      <w:r>
        <w:t>Also, was haben wir Schönes?</w:t>
      </w:r>
    </w:p>
    <w:p>
      <w:r>
        <w:rPr>
          <w:b/>
        </w:rPr>
        <w:t xml:space="preserve">SPEAKER_00: </w:t>
      </w:r>
      <w:r>
        <w:t>Wir haben heute gesehen, wir haben Herrn Sollenthaler und Markus Ipp.</w:t>
      </w:r>
    </w:p>
    <w:p>
      <w:r>
        <w:rPr>
          <w:b/>
        </w:rPr>
        <w:t xml:space="preserve">SPEAKER_00: </w:t>
      </w:r>
      <w:r>
        <w:t>Ich glaube, das ist so das spannendste Highlight heute.</w:t>
      </w:r>
    </w:p>
    <w:p>
      <w:r>
        <w:rPr>
          <w:b/>
        </w:rPr>
        <w:t xml:space="preserve">SPEAKER_00: </w:t>
      </w:r>
      <w:r>
        <w:t>Wir waren über Laufenburg, gucken uns die Fensterproduktion an.</w:t>
      </w:r>
    </w:p>
    <w:p>
      <w:r>
        <w:rPr>
          <w:b/>
        </w:rPr>
        <w:t xml:space="preserve">SPEAKER_00: </w:t>
      </w:r>
      <w:r>
        <w:t>Quatsch, wieso sage ich mal Fensterproduktion?</w:t>
      </w:r>
    </w:p>
    <w:p>
      <w:r>
        <w:rPr>
          <w:b/>
        </w:rPr>
        <w:t xml:space="preserve">SPEAKER_00: </w:t>
      </w:r>
      <w:r>
        <w:t>Außentüren.</w:t>
      </w:r>
    </w:p>
    <w:p>
      <w:r>
        <w:rPr>
          <w:b/>
        </w:rPr>
        <w:t xml:space="preserve">SPEAKER_00: </w:t>
      </w:r>
      <w:r>
        <w:t>Fenster kommen dann.</w:t>
      </w:r>
    </w:p>
    <w:p>
      <w:r>
        <w:rPr>
          <w:b/>
        </w:rPr>
        <w:t xml:space="preserve">SPEAKER_00: </w:t>
      </w:r>
      <w:r>
        <w:t>In zwei Wochen ungefähr.</w:t>
      </w:r>
    </w:p>
    <w:p>
      <w:r>
        <w:rPr>
          <w:b/>
        </w:rPr>
        <w:t xml:space="preserve">SPEAKER_00: </w:t>
      </w:r>
      <w:r>
        <w:t>Und genau, Jonas Gallmann, der hat da jetzt am Dienstag die Linie gestartet für die Türen.</w:t>
      </w:r>
    </w:p>
    <w:p>
      <w:r>
        <w:rPr>
          <w:b/>
        </w:rPr>
        <w:t xml:space="preserve">SPEAKER_00: </w:t>
      </w:r>
      <w:r>
        <w:t>Mal gucken.</w:t>
      </w:r>
    </w:p>
    <w:p>
      <w:r>
        <w:rPr>
          <w:b/>
        </w:rPr>
        <w:t xml:space="preserve">SPEAKER_00: </w:t>
      </w:r>
      <w:r>
        <w:t>Ein paar Fotos schicken die auch Adrian und so.</w:t>
      </w:r>
    </w:p>
    <w:p>
      <w:r>
        <w:rPr>
          <w:b/>
        </w:rPr>
        <w:t xml:space="preserve">SPEAKER_00: </w:t>
      </w:r>
      <w:r>
        <w:t>Mal ein bisschen...</w:t>
      </w:r>
    </w:p>
    <w:p>
      <w:r>
        <w:rPr>
          <w:b/>
        </w:rPr>
        <w:t xml:space="preserve">SPEAKER_00: </w:t>
      </w:r>
      <w:r>
        <w:t>Bisschen ihn mal mit einbinden, er soll auch mal Qualitätskontrolle machen.</w:t>
      </w:r>
    </w:p>
    <w:p>
      <w:r>
        <w:rPr>
          <w:b/>
        </w:rPr>
        <w:t xml:space="preserve">SPEAKER_00: </w:t>
      </w:r>
      <w:r>
        <w:t>Monika hat ihn wohl gestern im Telefon erzählt, gefragt, ob er denn dann jetzt jede Woche auf die Baustelle fährt und gucken geht.</w:t>
      </w:r>
    </w:p>
    <w:p>
      <w:r>
        <w:rPr>
          <w:b/>
        </w:rPr>
        <w:t xml:space="preserve">SPEAKER_00: </w:t>
      </w:r>
      <w:r>
        <w:t>Und er so, nee, nee, was, wieso das denn?</w:t>
      </w:r>
    </w:p>
    <w:p>
      <w:r>
        <w:rPr>
          <w:b/>
        </w:rPr>
        <w:t xml:space="preserve">SPEAKER_02: </w:t>
      </w:r>
      <w:r>
        <w:t>Wir haben ja ein TU.</w:t>
      </w:r>
    </w:p>
    <w:p>
      <w:r>
        <w:rPr>
          <w:b/>
        </w:rPr>
        <w:t xml:space="preserve">SPEAKER_00: </w:t>
      </w:r>
      <w:r>
        <w:t>Hab ich gesagt, nee, Adrian, musst du auch nicht.</w:t>
      </w:r>
    </w:p>
    <w:p>
      <w:r>
        <w:rPr>
          <w:b/>
        </w:rPr>
        <w:t xml:space="preserve">SPEAKER_00: </w:t>
      </w:r>
      <w:r>
        <w:t>Aber zwischendurch, also ich hab ihm halt klar gemacht, er wimmelt das total ab, dass er mal kommen soll.</w:t>
      </w:r>
    </w:p>
    <w:p>
      <w:r>
        <w:rPr>
          <w:b/>
        </w:rPr>
        <w:t xml:space="preserve">SPEAKER_00: </w:t>
      </w:r>
      <w:r>
        <w:t>für den Beton, das später heißt, die Qualität gefällt uns nicht oder so.</w:t>
      </w:r>
    </w:p>
    <w:p>
      <w:r>
        <w:rPr>
          <w:b/>
        </w:rPr>
        <w:t xml:space="preserve">SPEAKER_00: </w:t>
      </w:r>
      <w:r>
        <w:t>Wir haben sowieso nur Schadungstyp 2 vereinbart, aber die sollen mal schön rauskommen.</w:t>
      </w:r>
    </w:p>
    <w:p>
      <w:r>
        <w:rPr>
          <w:b/>
        </w:rPr>
        <w:t xml:space="preserve">SPEAKER_00: </w:t>
      </w:r>
      <w:r>
        <w:t>Ja, das ist schon so.</w:t>
      </w:r>
    </w:p>
    <w:p>
      <w:r>
        <w:rPr>
          <w:b/>
        </w:rPr>
        <w:t xml:space="preserve">SPEAKER_02: </w:t>
      </w:r>
      <w:r>
        <w:t>Wenn Sie sagen, wir haben ja einen TU, dann müssen wir auch die Kompetenz haben, dass wir das</w:t>
      </w:r>
    </w:p>
    <w:p>
      <w:r>
        <w:rPr>
          <w:b/>
        </w:rPr>
        <w:t xml:space="preserve">SPEAKER_02: </w:t>
      </w:r>
      <w:r>
        <w:t>und sagen, hey, der Beton ist jetzt gut.</w:t>
      </w:r>
    </w:p>
    <w:p>
      <w:r>
        <w:rPr>
          <w:b/>
        </w:rPr>
        <w:t xml:space="preserve">SPEAKER_00: </w:t>
      </w:r>
      <w:r>
        <w:t>Genau, und so machen wir es auch jetzt mit den Aussentüren.</w:t>
      </w:r>
    </w:p>
    <w:p>
      <w:r>
        <w:rPr>
          <w:b/>
        </w:rPr>
        <w:t xml:space="preserve">SPEAKER_00: </w:t>
      </w:r>
      <w:r>
        <w:t>Wir machen heute mal in der Produktion ein paar Bilder und schicken sie ihm die mal.</w:t>
      </w:r>
    </w:p>
    <w:p>
      <w:r>
        <w:rPr>
          <w:b/>
        </w:rPr>
        <w:t xml:space="preserve">SPEAKER_02: </w:t>
      </w:r>
      <w:r>
        <w:t>Und dann hat er das und wenn er nicht reagiert, dann ist es für uns gut und dann müssen wir es entsprechend protokollieren.</w:t>
      </w:r>
    </w:p>
    <w:p>
      <w:r>
        <w:rPr>
          <w:b/>
        </w:rPr>
        <w:t xml:space="preserve">SPEAKER_02: </w:t>
      </w:r>
      <w:r>
        <w:t>Gut.</w:t>
      </w:r>
    </w:p>
    <w:p>
      <w:r>
        <w:rPr>
          <w:b/>
        </w:rPr>
        <w:t xml:space="preserve">SPEAKER_02: </w:t>
      </w:r>
      <w:r>
        <w:t>Das ist mit dem Adrien im Moment läuft.</w:t>
      </w:r>
    </w:p>
    <w:p>
      <w:r>
        <w:rPr>
          <w:b/>
        </w:rPr>
        <w:t xml:space="preserve">SPEAKER_00: </w:t>
      </w:r>
      <w:r>
        <w:t>Ja, der hat sich auch ganz schön zurückgezogen.</w:t>
      </w:r>
    </w:p>
    <w:p>
      <w:r>
        <w:rPr>
          <w:b/>
        </w:rPr>
        <w:t xml:space="preserve">SPEAKER_00: </w:t>
      </w:r>
      <w:r>
        <w:t>Seitdem ich aus dem Urlaub wieder da bin, so zwei, drei Wochen, haben wir wenig voneinander gehört.</w:t>
      </w:r>
    </w:p>
    <w:p>
      <w:r>
        <w:rPr>
          <w:b/>
        </w:rPr>
        <w:t xml:space="preserve">SPEAKER_00: </w:t>
      </w:r>
      <w:r>
        <w:t>Ich hatte auch wenig mit ihm gerade an Themen, sondern habe jetzt mal so ein bisschen mehr Baustelle und alles, was so gebrannt hat, weggearbeitet.</w:t>
      </w:r>
    </w:p>
    <w:p>
      <w:r>
        <w:rPr>
          <w:b/>
        </w:rPr>
        <w:t xml:space="preserve">SPEAKER_00: </w:t>
      </w:r>
      <w:r>
        <w:t>Aber so die Themen, die wir halt jetzt alle</w:t>
      </w:r>
    </w:p>
    <w:p>
      <w:r>
        <w:rPr>
          <w:b/>
        </w:rPr>
        <w:t xml:space="preserve">SPEAKER_00: </w:t>
      </w:r>
      <w:r>
        <w:t>Oder diese ganzen Nachtrags, hier fehlt noch was, da ist noch was offen, da und da.</w:t>
      </w:r>
    </w:p>
    <w:p>
      <w:r>
        <w:rPr>
          <w:b/>
        </w:rPr>
        <w:t xml:space="preserve">SPEAKER_00: </w:t>
      </w:r>
      <w:r>
        <w:t>Da müssen wir uns mal wirklich richtig Zeit für nehmen und dafür ist gerade keine Zeit gewesen.</w:t>
      </w:r>
    </w:p>
    <w:p>
      <w:r>
        <w:rPr>
          <w:b/>
        </w:rPr>
        <w:t xml:space="preserve">SPEAKER_00: </w:t>
      </w:r>
      <w:r>
        <w:t>Deswegen hatten wir mit Adrian da jetzt wenig Kontakt gerade.</w:t>
      </w:r>
    </w:p>
    <w:p>
      <w:r>
        <w:rPr>
          <w:b/>
        </w:rPr>
        <w:t xml:space="preserve">SPEAKER_00: </w:t>
      </w:r>
      <w:r>
        <w:t>Aber er drängelt da jetzt auch nicht danach, dass er das haben will oder dass ihm irgendwas fehlt, sondern ich glaube, der war ganz froh, dass wir...</w:t>
      </w:r>
    </w:p>
    <w:p>
      <w:r>
        <w:rPr>
          <w:b/>
        </w:rPr>
        <w:t xml:space="preserve">SPEAKER_00: </w:t>
      </w:r>
      <w:r>
        <w:t>gemeldet haben oder einfach jetzt gerade, er war auch, er rief gestern an und sagte, ich beschäftige mich jetzt seit langem immer wieder mit der Fokkerstraße, wie sieht es denn zu dem Thema aus und zu dem Thema und so und dann haben wir eben das Telefonespiel geklärt.</w:t>
      </w:r>
    </w:p>
    <w:p>
      <w:r>
        <w:rPr>
          <w:b/>
        </w:rPr>
        <w:t xml:space="preserve">SPEAKER_00: </w:t>
      </w:r>
      <w:r>
        <w:t>Ja, ansonsten habe ich ja dann vor meinem Urlaub noch zwei Tage Homeoffice geplant und da wollte ich mal wirklich den Rollladen runterlassen und mich mal einigeln, damit ich mal mit den Nachträgen...</w:t>
      </w:r>
    </w:p>
    <w:p>
      <w:r>
        <w:rPr>
          <w:b/>
        </w:rPr>
        <w:t xml:space="preserve">SPEAKER_00: </w:t>
      </w:r>
      <w:r>
        <w:t>Genau, und jetzt bist du ja wieder da und kannst die alltäglichen Themen dann für die Baustelle klären, dass ich vielleicht...</w:t>
      </w:r>
    </w:p>
    <w:p>
      <w:r>
        <w:rPr>
          <w:b/>
        </w:rPr>
        <w:t xml:space="preserve">SPEAKER_00: </w:t>
      </w:r>
      <w:r>
        <w:t>Zeit für Finde da.</w:t>
      </w:r>
    </w:p>
    <w:p>
      <w:r>
        <w:rPr>
          <w:b/>
        </w:rPr>
        <w:t xml:space="preserve">SPEAKER_00: </w:t>
      </w:r>
      <w:r>
        <w:t>Genau, also sowas wie Dusch, Trennwand, kommt die jetzt oder nicht?</w:t>
      </w:r>
    </w:p>
    <w:p>
      <w:r>
        <w:rPr>
          <w:b/>
        </w:rPr>
        <w:t xml:space="preserve">SPEAKER_00: </w:t>
      </w:r>
      <w:r>
        <w:t>Der Nachtrag ist immer noch offen.</w:t>
      </w:r>
    </w:p>
    <w:p>
      <w:r>
        <w:rPr>
          <w:b/>
        </w:rPr>
        <w:t xml:space="preserve">SPEAKER_00: </w:t>
      </w:r>
      <w:r>
        <w:t>Was kommt denn da jetzt für eine?</w:t>
      </w:r>
    </w:p>
    <w:p>
      <w:r>
        <w:rPr>
          <w:b/>
        </w:rPr>
        <w:t xml:space="preserve">SPEAKER_00: </w:t>
      </w:r>
      <w:r>
        <w:t>Wie kommt sie?</w:t>
      </w:r>
    </w:p>
    <w:p>
      <w:r>
        <w:rPr>
          <w:b/>
        </w:rPr>
        <w:t xml:space="preserve">SPEAKER_00: </w:t>
      </w:r>
      <w:r>
        <w:t>Und so weiter.</w:t>
      </w:r>
    </w:p>
    <w:p>
      <w:r>
        <w:rPr>
          <w:b/>
        </w:rPr>
        <w:t xml:space="preserve">SPEAKER_00: </w:t>
      </w:r>
      <w:r>
        <w:t>Nachträge, die halt an so Stellen, an Kleinigkeiten noch hängen.</w:t>
      </w:r>
    </w:p>
    <w:p>
      <w:r>
        <w:rPr>
          <w:b/>
        </w:rPr>
        <w:t xml:space="preserve">SPEAKER_02: </w:t>
      </w:r>
      <w:r>
        <w:t>Das Ding ist jetzt rausgekommen, der Baukostenindex für April, glaube ich.</w:t>
      </w:r>
    </w:p>
    <w:p>
      <w:r>
        <w:rPr>
          <w:b/>
        </w:rPr>
        <w:t xml:space="preserve">SPEAKER_02: </w:t>
      </w:r>
      <w:r>
        <w:t>Der noch gefehlt hat, aber in diesem Rechner ist es nicht drin.</w:t>
      </w:r>
    </w:p>
    <w:p>
      <w:r>
        <w:rPr>
          <w:b/>
        </w:rPr>
        <w:t xml:space="preserve">SPEAKER_02: </w:t>
      </w:r>
      <w:r>
        <w:t>Du musst auf der Bundesamt für Statistikseite abrufen, wie viel die Preissteigerung war.</w:t>
      </w:r>
    </w:p>
    <w:p>
      <w:r>
        <w:rPr>
          <w:b/>
        </w:rPr>
        <w:t xml:space="preserve">SPEAKER_02: </w:t>
      </w:r>
      <w:r>
        <w:t>Aber du kannst nicht den Rechner verwenden, der ist einfach noch nicht aktuell.</w:t>
      </w:r>
    </w:p>
    <w:p>
      <w:r>
        <w:rPr>
          <w:b/>
        </w:rPr>
        <w:t xml:space="preserve">SPEAKER_02: </w:t>
      </w:r>
      <w:r>
        <w:t>Aber sie haben zumindest mal den aktuellen Index veröffentlicht.</w:t>
      </w:r>
    </w:p>
    <w:p>
      <w:r>
        <w:rPr>
          <w:b/>
        </w:rPr>
        <w:t xml:space="preserve">SPEAKER_03: </w:t>
      </w:r>
      <w:r>
        <w:t>Können wir das mal ausrechnen, wo die stehen?</w:t>
      </w:r>
    </w:p>
    <w:p>
      <w:r>
        <w:rPr>
          <w:b/>
        </w:rPr>
        <w:t xml:space="preserve">SPEAKER_02: </w:t>
      </w:r>
      <w:r>
        <w:t>Der hat ziemlich viel Volumen.</w:t>
      </w:r>
    </w:p>
    <w:p>
      <w:r>
        <w:rPr>
          <w:b/>
        </w:rPr>
        <w:t xml:space="preserve">SPEAKER_02: </w:t>
      </w:r>
      <w:r>
        <w:t>Ja, genau.</w:t>
      </w:r>
    </w:p>
    <w:p>
      <w:r>
        <w:rPr>
          <w:b/>
        </w:rPr>
        <w:t xml:space="preserve">SPEAKER_00: </w:t>
      </w:r>
      <w:r>
        <w:t>Genau.</w:t>
      </w:r>
    </w:p>
    <w:p>
      <w:r>
        <w:rPr>
          <w:b/>
        </w:rPr>
        <w:t xml:space="preserve">SPEAKER_00: </w:t>
      </w:r>
      <w:r>
        <w:t>Das ist eigentlich sofort das, was ansteht.</w:t>
      </w:r>
    </w:p>
    <w:p>
      <w:r>
        <w:rPr>
          <w:b/>
        </w:rPr>
        <w:t xml:space="preserve">SPEAKER_00: </w:t>
      </w:r>
      <w:r>
        <w:t>Aber wichtig war jetzt halt, und das konnten wir jetzt die letzten zwei Wochen klären, die Türen und die Fenster mal auf den Weg bringen, dann alles, was so wichtig im Vergabegespräch ist, und jetzt auch mit dem Dachdecker.</w:t>
      </w:r>
    </w:p>
    <w:p>
      <w:r>
        <w:rPr>
          <w:b/>
        </w:rPr>
        <w:t xml:space="preserve">SPEAKER_00: </w:t>
      </w:r>
      <w:r>
        <w:t>Einer, der dich erzählt hat, ist abgesprungen.</w:t>
      </w:r>
    </w:p>
    <w:p>
      <w:r>
        <w:rPr>
          <w:b/>
        </w:rPr>
        <w:t xml:space="preserve">SPEAKER_00: </w:t>
      </w:r>
      <w:r>
        <w:t>Hab ich dir das erzählt?</w:t>
      </w:r>
    </w:p>
    <w:p>
      <w:r>
        <w:rPr>
          <w:b/>
        </w:rPr>
        <w:t xml:space="preserve">SPEAKER_01: </w:t>
      </w:r>
      <w:r>
        <w:t>Ja, das habe ich dir gesagt.</w:t>
      </w:r>
    </w:p>
    <w:p>
      <w:r>
        <w:rPr>
          <w:b/>
        </w:rPr>
        <w:t xml:space="preserve">SPEAKER_00: </w:t>
      </w:r>
      <w:r>
        <w:t>Der A1, der ganz vorne lag.</w:t>
      </w:r>
    </w:p>
    <w:p>
      <w:r>
        <w:rPr>
          <w:b/>
        </w:rPr>
        <w:t xml:space="preserve">SPEAKER_00: </w:t>
      </w:r>
      <w:r>
        <w:t>Aber ja, okay.</w:t>
      </w:r>
    </w:p>
    <w:p>
      <w:r>
        <w:rPr>
          <w:b/>
        </w:rPr>
        <w:t xml:space="preserve">SPEAKER_00: </w:t>
      </w:r>
      <w:r>
        <w:t>Ist dann nicht so, wenn die das nicht möchten.</w:t>
      </w:r>
    </w:p>
    <w:p>
      <w:r>
        <w:rPr>
          <w:b/>
        </w:rPr>
        <w:t xml:space="preserve">SPEAKER_00: </w:t>
      </w:r>
      <w:r>
        <w:t>Schlussendlich hätten wir sie jetzt auch nicht.</w:t>
      </w:r>
    </w:p>
    <w:p>
      <w:r>
        <w:rPr>
          <w:b/>
        </w:rPr>
        <w:t xml:space="preserve">SPEAKER_00: </w:t>
      </w:r>
      <w:r>
        <w:t>Also ich hätte den tatsächlich, glaube ich, nicht.</w:t>
      </w:r>
    </w:p>
    <w:p>
      <w:r>
        <w:rPr>
          <w:b/>
        </w:rPr>
        <w:t xml:space="preserve">SPEAKER_00: </w:t>
      </w:r>
      <w:r>
        <w:t>Ja, einfach so einer, der so ganz neu ist und der sagt auch noch im Gespräch schon, er kommt eigentlich aus der Rhein-Spengler-Reihe, hat sich jetzt so ein paar Leute da eingekauft für Dachabdichtungen und hat auch einen erfahrenen Bauleiter mit dabei gehabt, der aus der Dachabdichtungsschiene kam, aber man würde nicht kennenlernen.</w:t>
      </w:r>
    </w:p>
    <w:p>
      <w:r>
        <w:rPr>
          <w:b/>
        </w:rPr>
        <w:t xml:space="preserve">SPEAKER_02: </w:t>
      </w:r>
      <w:r>
        <w:t>Wahrscheinlich nicht der leistungsfähige Partner, den wir suchen für das Gebäude, wo dann schneller muss dicht sein und</w:t>
      </w:r>
    </w:p>
    <w:p>
      <w:r>
        <w:rPr>
          <w:b/>
        </w:rPr>
        <w:t xml:space="preserve">SPEAKER_00: </w:t>
      </w:r>
      <w:r>
        <w:t>Ja, er war ganz happy, dass wir jetzt nicht alle gleichzeitig fertig machen wollten, sondern er da wirklich ein Stück und das ist ja auch schön, aber ich weiß nicht, was...</w:t>
      </w:r>
    </w:p>
    <w:p>
      <w:r>
        <w:rPr>
          <w:b/>
        </w:rPr>
        <w:t xml:space="preserve">SPEAKER_00: </w:t>
      </w:r>
      <w:r>
        <w:t>Und jetzt warten wir auf Mayat und haben heute ein Gespräch mit Bollinger, wobei Bollinger hatte das Straßenverkehrsamt gemacht, hat ganz gute Kritiken gehabt oder Qualität stimmte da.</w:t>
      </w:r>
    </w:p>
    <w:p>
      <w:r>
        <w:rPr>
          <w:b/>
        </w:rPr>
        <w:t xml:space="preserve">SPEAKER_00: </w:t>
      </w:r>
      <w:r>
        <w:t>Ich fand die nur irgendwie jetzt schon.</w:t>
      </w:r>
    </w:p>
    <w:p>
      <w:r>
        <w:rPr>
          <w:b/>
        </w:rPr>
        <w:t xml:space="preserve">SPEAKER_00: </w:t>
      </w:r>
      <w:r>
        <w:t>Abgabe, die haben ein Angebot abgegeben und dann haben sie sich einfach totgestellt.</w:t>
      </w:r>
    </w:p>
    <w:p>
      <w:r>
        <w:rPr>
          <w:b/>
        </w:rPr>
        <w:t xml:space="preserve">SPEAKER_00: </w:t>
      </w:r>
      <w:r>
        <w:t>Ich habe denen fünfmal hinterher telefoniert, was da jetzt ist.</w:t>
      </w:r>
    </w:p>
    <w:p>
      <w:r>
        <w:rPr>
          <w:b/>
        </w:rPr>
        <w:t xml:space="preserve">SPEAKER_00: </w:t>
      </w:r>
      <w:r>
        <w:t>Ob sie dann jetzt zum Vergabegespräch kommen möchten?</w:t>
      </w:r>
    </w:p>
    <w:p>
      <w:r>
        <w:rPr>
          <w:b/>
        </w:rPr>
        <w:t xml:space="preserve">SPEAKER_01: </w:t>
      </w:r>
      <w:r>
        <w:t>Ja.</w:t>
      </w:r>
    </w:p>
    <w:p>
      <w:r>
        <w:rPr>
          <w:b/>
        </w:rPr>
        <w:t xml:space="preserve">SPEAKER_00: </w:t>
      </w:r>
      <w:r>
        <w:t>Jetzt kommen sie aber mehr so am Nasenring gezogen.</w:t>
      </w:r>
    </w:p>
    <w:p>
      <w:r>
        <w:rPr>
          <w:b/>
        </w:rPr>
        <w:t xml:space="preserve">SPEAKER_00: </w:t>
      </w:r>
      <w:r>
        <w:t>Wenn die nur arbeiten, ist es halt auch zäh.</w:t>
      </w:r>
    </w:p>
    <w:p>
      <w:r>
        <w:rPr>
          <w:b/>
        </w:rPr>
        <w:t xml:space="preserve">SPEAKER_02: </w:t>
      </w:r>
      <w:r>
        <w:t>Dann im Schalitten und auch nicht aufhören.</w:t>
      </w:r>
    </w:p>
    <w:p>
      <w:r>
        <w:rPr>
          <w:b/>
        </w:rPr>
        <w:t xml:space="preserve">SPEAKER_00: </w:t>
      </w:r>
      <w:r>
        <w:t>Ich habe noch einen Kontakt bekommen von einem Dachdecker von Frey, also über Frey.</w:t>
      </w:r>
    </w:p>
    <w:p>
      <w:r>
        <w:rPr>
          <w:b/>
        </w:rPr>
        <w:t xml:space="preserve">SPEAKER_00: </w:t>
      </w:r>
      <w:r>
        <w:t>Er hat einen Kontakt zu einem Dachdecker und da habe ich Franziska gestern geschrieben, den soll sie doch auch nochmal mitbieten lassen.</w:t>
      </w:r>
    </w:p>
    <w:p>
      <w:r>
        <w:rPr>
          <w:b/>
        </w:rPr>
        <w:t xml:space="preserve">SPEAKER_00: </w:t>
      </w:r>
      <w:r>
        <w:t>Vielleicht ist das ja ein Tipp oder auch jemand, den wir nicht kennen, aber zumindest über eine Empfehlung.</w:t>
      </w:r>
    </w:p>
    <w:p>
      <w:r>
        <w:rPr>
          <w:b/>
        </w:rPr>
        <w:t xml:space="preserve">SPEAKER_02: </w:t>
      </w:r>
      <w:r>
        <w:t>Nicht schlecht eigentlich, die lokalen Unternehmer zu fragen, wie wir damit arbeiten, gehen zusammen, die kennen sich auch untereinander im Dorf.</w:t>
      </w:r>
    </w:p>
    <w:p>
      <w:r>
        <w:rPr>
          <w:b/>
        </w:rPr>
        <w:t xml:space="preserve">SPEAKER_00: </w:t>
      </w:r>
      <w:r>
        <w:t>Ja klar, der Baumeister, da habe ich jetzt gar nicht so mit gerechnet, dass der sagt, ja, ja, der Dachdecker, weil das ist ja wirklich ein Gebärd, was weiter weg ist vom Baumeister.</w:t>
      </w:r>
    </w:p>
    <w:p>
      <w:r>
        <w:rPr>
          <w:b/>
        </w:rPr>
        <w:t xml:space="preserve">SPEAKER_00: </w:t>
      </w:r>
      <w:r>
        <w:t>Die kennen sich ja untereinander auch.</w:t>
      </w:r>
    </w:p>
    <w:p>
      <w:r>
        <w:rPr>
          <w:b/>
        </w:rPr>
        <w:t xml:space="preserve">SPEAKER_03: </w:t>
      </w:r>
      <w:r>
        <w:t>Ja, das stimmt.</w:t>
      </w:r>
    </w:p>
    <w:p>
      <w:r>
        <w:rPr>
          <w:b/>
        </w:rPr>
        <w:t xml:space="preserve">SPEAKER_03: </w:t>
      </w:r>
      <w:r>
        <w:t>Ich vielleicht auch.</w:t>
      </w:r>
    </w:p>
    <w:p>
      <w:r>
        <w:rPr>
          <w:b/>
        </w:rPr>
        <w:t xml:space="preserve">SPEAKER_00: </w:t>
      </w:r>
      <w:r>
        <w:t>Nein, da kennen die sich nicht.</w:t>
      </w:r>
    </w:p>
    <w:p>
      <w:r>
        <w:rPr>
          <w:b/>
        </w:rPr>
        <w:t xml:space="preserve">SPEAKER_00: </w:t>
      </w:r>
      <w:r>
        <w:t>Sie hat ja auch einen professionellen Eindruck gemacht.</w:t>
      </w:r>
    </w:p>
    <w:p>
      <w:r>
        <w:rPr>
          <w:b/>
        </w:rPr>
        <w:t xml:space="preserve">SPEAKER_00: </w:t>
      </w:r>
      <w:r>
        <w:t>Ja, Franzi soll da mal hinschreiben, dem das nochmal schicken und dann...</w:t>
      </w:r>
    </w:p>
    <w:p>
      <w:r>
        <w:rPr>
          <w:b/>
        </w:rPr>
        <w:t xml:space="preserve">SPEAKER_02: </w:t>
      </w:r>
      <w:r>
        <w:t>Ansonsten glaube ich, machen wir es.</w:t>
      </w:r>
    </w:p>
    <w:p>
      <w:r>
        <w:rPr>
          <w:b/>
        </w:rPr>
        <w:t xml:space="preserve">SPEAKER_02: </w:t>
      </w:r>
      <w:r>
        <w:t>May hat eine sichere Bank.</w:t>
      </w:r>
    </w:p>
    <w:p>
      <w:r>
        <w:rPr>
          <w:b/>
        </w:rPr>
        <w:t xml:space="preserve">SPEAKER_00: </w:t>
      </w:r>
      <w:r>
        <w:t>Wenn der jetzt preislich stimmt, dann würde ich sagen, komm, mit dem haben wir Erfahrung.</w:t>
      </w:r>
    </w:p>
    <w:p>
      <w:r>
        <w:rPr>
          <w:b/>
        </w:rPr>
        <w:t xml:space="preserve">SPEAKER_00: </w:t>
      </w:r>
      <w:r>
        <w:t>Da wissen wir, wie die Schweinchen laufen.</w:t>
      </w:r>
    </w:p>
    <w:p>
      <w:r>
        <w:rPr>
          <w:b/>
        </w:rPr>
        <w:t xml:space="preserve">SPEAKER_02: </w:t>
      </w:r>
      <w:r>
        <w:t>Nicht nur gut, die Erfahrungen.</w:t>
      </w:r>
    </w:p>
    <w:p>
      <w:r>
        <w:rPr>
          <w:b/>
        </w:rPr>
        <w:t xml:space="preserve">SPEAKER_00: </w:t>
      </w:r>
      <w:r>
        <w:t>Ja, aber man weiss zumindest, wo man hingucken muss.</w:t>
      </w:r>
    </w:p>
    <w:p>
      <w:r>
        <w:rPr>
          <w:b/>
        </w:rPr>
        <w:t xml:space="preserve">SPEAKER_02: </w:t>
      </w:r>
      <w:r>
        <w:t>Zuverlässigkeit neben dem, was wir vorhin gesagt haben, auf dem Verabruf, bist du dann da, ist das schlecht erreichbar?</w:t>
      </w:r>
    </w:p>
    <w:p>
      <w:r>
        <w:rPr>
          <w:b/>
        </w:rPr>
        <w:t xml:space="preserve">SPEAKER_00: </w:t>
      </w:r>
      <w:r>
        <w:t>So ist es schlecht erreichbar, das ist zuverlässig.</w:t>
      </w:r>
    </w:p>
    <w:p>
      <w:r>
        <w:rPr>
          <w:b/>
        </w:rPr>
        <w:t xml:space="preserve">SPEAKER_02: </w:t>
      </w:r>
      <w:r>
        <w:t>Also wir hätten einfach sicher für das Vergabegespräch einen wichtigen Punkt erwartet, dass sie den Termin einhalten.</w:t>
      </w:r>
    </w:p>
    <w:p>
      <w:r>
        <w:rPr>
          <w:b/>
        </w:rPr>
        <w:t xml:space="preserve">SPEAKER_00: </w:t>
      </w:r>
      <w:r>
        <w:t>Der ist halt heilungsüberlastet, ist das Literatur.</w:t>
      </w:r>
    </w:p>
    <w:p>
      <w:r>
        <w:rPr>
          <w:b/>
        </w:rPr>
        <w:t xml:space="preserve">SPEAKER_00: </w:t>
      </w:r>
      <w:r>
        <w:t>Also er ist total mühsam, ja.</w:t>
      </w:r>
    </w:p>
    <w:p>
      <w:r>
        <w:rPr>
          <w:b/>
        </w:rPr>
        <w:t xml:space="preserve">SPEAKER_00: </w:t>
      </w:r>
      <w:r>
        <w:t>Ich glaube nur, dass man das nicht wirklich verändern wird, indem man ihm sagt, hey, du musst mal besser erreichbar sein.</w:t>
      </w:r>
    </w:p>
    <w:p>
      <w:r>
        <w:rPr>
          <w:b/>
        </w:rPr>
        <w:t xml:space="preserve">SPEAKER_00: </w:t>
      </w:r>
      <w:r>
        <w:t>Der ist einfach so...</w:t>
      </w:r>
    </w:p>
    <w:p>
      <w:r>
        <w:rPr>
          <w:b/>
        </w:rPr>
        <w:t xml:space="preserve">SPEAKER_02: </w:t>
      </w:r>
      <w:r>
        <w:t>Wir können fragen, was hilft dir, dass du besser planen kannst.</w:t>
      </w:r>
    </w:p>
    <w:p>
      <w:r>
        <w:rPr>
          <w:b/>
        </w:rPr>
        <w:t xml:space="preserve">SPEAKER_02: </w:t>
      </w:r>
      <w:r>
        <w:t>Brauchst du früher Informationen, weniger spontan anfragen?</w:t>
      </w:r>
    </w:p>
    <w:p>
      <w:r>
        <w:rPr>
          <w:b/>
        </w:rPr>
        <w:t xml:space="preserve">SPEAKER_02: </w:t>
      </w:r>
      <w:r>
        <w:t>Wie kann man sicherstellen, dass du nicht in die Situation hinkommst, dass du überlastet bist?</w:t>
      </w:r>
    </w:p>
    <w:p>
      <w:r>
        <w:rPr>
          <w:b/>
        </w:rPr>
        <w:t xml:space="preserve">SPEAKER_02: </w:t>
      </w:r>
      <w:r>
        <w:t>Vielleicht gibt es irgendwas, was ihm hilft.</w:t>
      </w:r>
    </w:p>
    <w:p>
      <w:r>
        <w:rPr>
          <w:b/>
        </w:rPr>
        <w:t xml:space="preserve">SPEAKER_00: </w:t>
      </w:r>
      <w:r>
        <w:t>Ja, auf jeden Fall noch ein Punkt.</w:t>
      </w:r>
    </w:p>
    <w:p>
      <w:r>
        <w:rPr>
          <w:b/>
        </w:rPr>
        <w:t xml:space="preserve">SPEAKER_00: </w:t>
      </w:r>
      <w:r>
        <w:t>Wir haben ja auch genug Angebote gehabt beim Dachdecker.</w:t>
      </w:r>
    </w:p>
    <w:p>
      <w:r>
        <w:rPr>
          <w:b/>
        </w:rPr>
        <w:t xml:space="preserve">SPEAKER_00: </w:t>
      </w:r>
      <w:r>
        <w:t>Wir könnten da auch noch mal den vierten oder fünften anfragen.</w:t>
      </w:r>
    </w:p>
    <w:p>
      <w:r>
        <w:rPr>
          <w:b/>
        </w:rPr>
        <w:t xml:space="preserve">SPEAKER_00: </w:t>
      </w:r>
      <w:r>
        <w:t>Das wäre ja auch nicht das Ding.</w:t>
      </w:r>
    </w:p>
    <w:p>
      <w:r>
        <w:rPr>
          <w:b/>
        </w:rPr>
        <w:t xml:space="preserve">SPEAKER_00: </w:t>
      </w:r>
      <w:r>
        <w:t>Wenn wir jetzt sagen, bei Meier hat vielleicht doch</w:t>
      </w:r>
    </w:p>
    <w:p>
      <w:r>
        <w:rPr>
          <w:b/>
        </w:rPr>
        <w:t xml:space="preserve">SPEAKER_00: </w:t>
      </w:r>
      <w:r>
        <w:t>jetzt nicht so das gute Bauchgefühl, aber ich muss sagen, beim Dreamly hat das eigentlich gut geklappt mit denen und das war jetzt so meine Erfahrung mit Mayat.</w:t>
      </w:r>
    </w:p>
    <w:p>
      <w:r>
        <w:rPr>
          <w:b/>
        </w:rPr>
        <w:t xml:space="preserve">SPEAKER_00: </w:t>
      </w:r>
      <w:r>
        <w:t>Was bist du gerade?</w:t>
      </w:r>
    </w:p>
    <w:p>
      <w:r>
        <w:rPr>
          <w:b/>
        </w:rPr>
        <w:t xml:space="preserve">SPEAKER_00: </w:t>
      </w:r>
      <w:r>
        <w:t>Genau, er soll pauschalieren und ich habe ihm auch gesagt, wir liegen im Budget unter 300.000.</w:t>
      </w:r>
    </w:p>
    <w:p>
      <w:r>
        <w:rPr>
          <w:b/>
        </w:rPr>
        <w:t xml:space="preserve">SPEAKER_00: </w:t>
      </w:r>
      <w:r>
        <w:t>Sein Angebot ist bei 390.000.</w:t>
      </w:r>
    </w:p>
    <w:p>
      <w:r>
        <w:rPr>
          <w:b/>
        </w:rPr>
        <w:t xml:space="preserve">SPEAKER_00: </w:t>
      </w:r>
      <w:r>
        <w:t>Was machen?</w:t>
      </w:r>
    </w:p>
    <w:p>
      <w:r>
        <w:rPr>
          <w:b/>
        </w:rPr>
        <w:t xml:space="preserve">SPEAKER_00: </w:t>
      </w:r>
      <w:r>
        <w:t>Wir haben ein bisschen auf die Tränendrüse gedrückt.</w:t>
      </w:r>
    </w:p>
    <w:p>
      <w:r>
        <w:rPr>
          <w:b/>
        </w:rPr>
        <w:t xml:space="preserve">SPEAKER_02: </w:t>
      </w:r>
      <w:r>
        <w:t>Und wie ist Ihr Reaktion?</w:t>
      </w:r>
    </w:p>
    <w:p>
      <w:r>
        <w:rPr>
          <w:b/>
        </w:rPr>
        <w:t xml:space="preserve">SPEAKER_00: </w:t>
      </w:r>
      <w:r>
        <w:t>Es ist ja natürlich heftig.</w:t>
      </w:r>
    </w:p>
    <w:p>
      <w:r>
        <w:rPr>
          <w:b/>
        </w:rPr>
        <w:t xml:space="preserve">SPEAKER_02: </w:t>
      </w:r>
      <w:r>
        <w:t>Aber nicht so unmöglich oder so.</w:t>
      </w:r>
    </w:p>
    <w:p>
      <w:r>
        <w:rPr>
          <w:b/>
        </w:rPr>
        <w:t xml:space="preserve">SPEAKER_00: </w:t>
      </w:r>
      <w:r>
        <w:t>Ja, schon.</w:t>
      </w:r>
    </w:p>
    <w:p>
      <w:r>
        <w:rPr>
          <w:b/>
        </w:rPr>
        <w:t xml:space="preserve">SPEAKER_00: </w:t>
      </w:r>
      <w:r>
        <w:t>Also dann hatten wir dieses Thema bei Sika Nachfragen, dass...</w:t>
      </w:r>
    </w:p>
    <w:p>
      <w:r>
        <w:rPr>
          <w:b/>
        </w:rPr>
        <w:t xml:space="preserve">SPEAKER_00: </w:t>
      </w:r>
      <w:r>
        <w:t>Also es ist einfach so, wir bauen von oben bis unten Sika ein.</w:t>
      </w:r>
    </w:p>
    <w:p>
      <w:r>
        <w:rPr>
          <w:b/>
        </w:rPr>
        <w:t xml:space="preserve">SPEAKER_00: </w:t>
      </w:r>
      <w:r>
        <w:t>Und warum soll man nicht mal bei Sika an der Tür klopfen und sagen, liebe Leute, guckt mal hier, Vorzeigebaustelle von euch, wollt ihr vielleicht als Aushängeschild das irgendwie mal...</w:t>
      </w:r>
    </w:p>
    <w:p>
      <w:r>
        <w:rPr>
          <w:b/>
        </w:rPr>
        <w:t xml:space="preserve">SPEAKER_00: </w:t>
      </w:r>
      <w:r>
        <w:t>auf eurer Sika-Seite präsentieren, weil es ist doch ein tolles Projekt und so.</w:t>
      </w:r>
    </w:p>
    <w:p>
      <w:r>
        <w:rPr>
          <w:b/>
        </w:rPr>
        <w:t xml:space="preserve">SPEAKER_00: </w:t>
      </w:r>
      <w:r>
        <w:t>Sonst können wir uns ja auch überlegen, Bauder zu nehmen.</w:t>
      </w:r>
    </w:p>
    <w:p>
      <w:r>
        <w:rPr>
          <w:b/>
        </w:rPr>
        <w:t xml:space="preserve">SPEAKER_00: </w:t>
      </w:r>
      <w:r>
        <w:t>Wenn ihr jetzt mal ein bisschen bessere Prozente gebt, dann machen wir da was.</w:t>
      </w:r>
    </w:p>
    <w:p>
      <w:r>
        <w:rPr>
          <w:b/>
        </w:rPr>
        <w:t xml:space="preserve">SPEAKER_00: </w:t>
      </w:r>
      <w:r>
        <w:t>Weil er sagte, das ist eigentlich gerade kriegsentscheidend.</w:t>
      </w:r>
    </w:p>
    <w:p>
      <w:r>
        <w:rPr>
          <w:b/>
        </w:rPr>
        <w:t xml:space="preserve">SPEAKER_00: </w:t>
      </w:r>
      <w:r>
        <w:t>Die schicken ihm wöchentlich Preiserhöhungsgrippen.</w:t>
      </w:r>
    </w:p>
    <w:p>
      <w:r>
        <w:rPr>
          <w:b/>
        </w:rPr>
        <w:t xml:space="preserve">SPEAKER_00: </w:t>
      </w:r>
      <w:r>
        <w:t>Und er kann natürlich jetzt eine Pauschale machen.</w:t>
      </w:r>
    </w:p>
    <w:p>
      <w:r>
        <w:rPr>
          <w:b/>
        </w:rPr>
        <w:t xml:space="preserve">SPEAKER_00: </w:t>
      </w:r>
      <w:r>
        <w:t>Klar, aber nicht mit einer Preisfestlegung, weil die haben wir ja immer drin, bis Bauende und so weiter.</w:t>
      </w:r>
    </w:p>
    <w:p>
      <w:r>
        <w:rPr>
          <w:b/>
        </w:rPr>
        <w:t xml:space="preserve">SPEAKER_00: </w:t>
      </w:r>
      <w:r>
        <w:t>Das ist halt...</w:t>
      </w:r>
    </w:p>
    <w:p>
      <w:r>
        <w:rPr>
          <w:b/>
        </w:rPr>
        <w:t xml:space="preserve">SPEAKER_00: </w:t>
      </w:r>
      <w:r>
        <w:t>Da macht er natürlich jetzt eine Pauschale, die ein bisschen höher liegt, weil er da einfach sich diese Preiserhöhungen einrechnet.</w:t>
      </w:r>
    </w:p>
    <w:p>
      <w:r>
        <w:rPr>
          <w:b/>
        </w:rPr>
        <w:t xml:space="preserve">SPEAKER_00: </w:t>
      </w:r>
      <w:r>
        <w:t>Er hat gesagt, ja, dann musst du über den Hersteller gehen und da mal ein bisschen den Druck erhöhen.</w:t>
      </w:r>
    </w:p>
    <w:p>
      <w:r>
        <w:rPr>
          <w:b/>
        </w:rPr>
        <w:t xml:space="preserve">SPEAKER_00: </w:t>
      </w:r>
      <w:r>
        <w:t>Wenn die wollen, dass du deren Produkte verwendest, oder wir zwingen ihn nicht dazu.</w:t>
      </w:r>
    </w:p>
    <w:p>
      <w:r>
        <w:rPr>
          <w:b/>
        </w:rPr>
        <w:t xml:space="preserve">SPEAKER_00: </w:t>
      </w:r>
      <w:r>
        <w:t>Also hier im Haus ist Sika gerne gesehen oder es ist gewünscht, aber...</w:t>
      </w:r>
    </w:p>
    <w:p>
      <w:r>
        <w:rPr>
          <w:b/>
        </w:rPr>
        <w:t xml:space="preserve">SPEAKER_00: </w:t>
      </w:r>
      <w:r>
        <w:t>Warum nicht auch Bau daneben?</w:t>
      </w:r>
    </w:p>
    <w:p>
      <w:r>
        <w:rPr>
          <w:b/>
        </w:rPr>
        <w:t xml:space="preserve">SPEAKER_00: </w:t>
      </w:r>
      <w:r>
        <w:t>Oder Suprema, wie auch immer.</w:t>
      </w:r>
    </w:p>
    <w:p>
      <w:r>
        <w:rPr>
          <w:b/>
        </w:rPr>
        <w:t xml:space="preserve">SPEAKER_00: </w:t>
      </w:r>
      <w:r>
        <w:t>Also solange sie dann im System bleiben, finde ich das auch in Ordnung.</w:t>
      </w:r>
    </w:p>
    <w:p>
      <w:r>
        <w:rPr>
          <w:b/>
        </w:rPr>
        <w:t xml:space="preserve">SPEAKER_00: </w:t>
      </w:r>
      <w:r>
        <w:t>Ja, meinte er, das wird er mal machen und gucken wir mal, was er da wollen könnte.</w:t>
      </w:r>
    </w:p>
    <w:p>
      <w:r>
        <w:rPr>
          <w:b/>
        </w:rPr>
        <w:t xml:space="preserve">SPEAKER_02: </w:t>
      </w:r>
      <w:r>
        <w:t>Ja, aber das wird wahrscheinlich auch gehen, wenn du siehst, wie viele Marschen diese rausnehmen können.</w:t>
      </w:r>
    </w:p>
    <w:p>
      <w:r>
        <w:rPr>
          <w:b/>
        </w:rPr>
        <w:t xml:space="preserve">SPEAKER_00: </w:t>
      </w:r>
      <w:r>
        <w:t>Jetzt warten wir ja zum Beispiel auch darauf, dass vom Baumeister der Sika, Freddy da, der das Abdichtungskonzept ja umsetzt im Baumeisterbereich, dass der eine vernünftige Dokumentation abgibt.</w:t>
      </w:r>
    </w:p>
    <w:p>
      <w:r>
        <w:rPr>
          <w:b/>
        </w:rPr>
        <w:t xml:space="preserve">SPEAKER_00: </w:t>
      </w:r>
      <w:r>
        <w:t>Wenn es schon bei einer Firma wie Sika daran hapert, dass sie das in den Revisionsunterlagen nicht vernünftig darstellen, also Entschuldigung, dann muss man echt einen anderen nehmen, weil wenn die es nicht können, dann weiß ich auch nicht, wer es kann.</w:t>
      </w:r>
    </w:p>
    <w:p>
      <w:r>
        <w:rPr>
          <w:b/>
        </w:rPr>
        <w:t xml:space="preserve">SPEAKER_02: </w:t>
      </w:r>
      <w:r>
        <w:t>Ja, aber die sind riesig.</w:t>
      </w:r>
    </w:p>
    <w:p>
      <w:r>
        <w:rPr>
          <w:b/>
        </w:rPr>
        <w:t xml:space="preserve">SPEAKER_02: </w:t>
      </w:r>
      <w:r>
        <w:t>Ja, die sind riesig.</w:t>
      </w:r>
    </w:p>
    <w:p>
      <w:r>
        <w:rPr>
          <w:b/>
        </w:rPr>
        <w:t xml:space="preserve">SPEAKER_00: </w:t>
      </w:r>
      <w:r>
        <w:t>Ja, was sollen wir denn da dokumentieren?</w:t>
      </w:r>
    </w:p>
    <w:p>
      <w:r>
        <w:rPr>
          <w:b/>
        </w:rPr>
        <w:t xml:space="preserve">SPEAKER_00: </w:t>
      </w:r>
      <w:r>
        <w:t>Ihr macht das doch jeden Tag.</w:t>
      </w:r>
    </w:p>
    <w:p>
      <w:r>
        <w:rPr>
          <w:b/>
        </w:rPr>
        <w:t xml:space="preserve">SPEAKER_00: </w:t>
      </w:r>
      <w:r>
        <w:t>Kriegt uns einfach ein anderes Projekt.</w:t>
      </w:r>
    </w:p>
    <w:p>
      <w:r>
        <w:rPr>
          <w:b/>
        </w:rPr>
        <w:t xml:space="preserve">SPEAKER_00: </w:t>
      </w:r>
      <w:r>
        <w:t>Wir gucken uns das an, wie ihr es da gemacht habt und dann sagen wir euch, ob das für uns in Ordnung ist oder ob ihr es anders machen müsst.</w:t>
      </w:r>
    </w:p>
    <w:p>
      <w:r>
        <w:rPr>
          <w:b/>
        </w:rPr>
        <w:t xml:space="preserve">SPEAKER_00: </w:t>
      </w:r>
      <w:r>
        <w:t>Kriegen die nicht gebacken.</w:t>
      </w:r>
    </w:p>
    <w:p>
      <w:r>
        <w:rPr>
          <w:b/>
        </w:rPr>
        <w:t xml:space="preserve">SPEAKER_00: </w:t>
      </w:r>
      <w:r>
        <w:t>Wie lange warten wir da jetzt drauf?</w:t>
      </w:r>
    </w:p>
    <w:p>
      <w:r>
        <w:rPr>
          <w:b/>
        </w:rPr>
        <w:t xml:space="preserve">SPEAKER_00: </w:t>
      </w:r>
      <w:r>
        <w:t>Vier Wochen?</w:t>
      </w:r>
    </w:p>
    <w:p>
      <w:r>
        <w:rPr>
          <w:b/>
        </w:rPr>
        <w:t xml:space="preserve">SPEAKER_00: </w:t>
      </w:r>
      <w:r>
        <w:t>Länger.</w:t>
      </w:r>
    </w:p>
    <w:p>
      <w:r>
        <w:rPr>
          <w:b/>
        </w:rPr>
        <w:t xml:space="preserve">SPEAKER_03: </w:t>
      </w:r>
      <w:r>
        <w:t>Das habe ich, glaube ich, drei oder vier Wochen vor meinem Urlaub angeschoben, dass wir das erste Mal gefragt haben.</w:t>
      </w:r>
    </w:p>
    <w:p>
      <w:r>
        <w:rPr>
          <w:b/>
        </w:rPr>
        <w:t xml:space="preserve">SPEAKER_00: </w:t>
      </w:r>
      <w:r>
        <w:t>Zumal du jetzt gesagt hast, ich muss da jetzt den Druck erhöhen, dass er das jetzt abgibt.</w:t>
      </w:r>
    </w:p>
    <w:p>
      <w:r>
        <w:rPr>
          <w:b/>
        </w:rPr>
        <w:t xml:space="preserve">SPEAKER_01: </w:t>
      </w:r>
      <w:r>
        <w:t>Und</w:t>
      </w:r>
    </w:p>
    <w:p>
      <w:r>
        <w:rPr>
          <w:b/>
        </w:rPr>
        <w:t xml:space="preserve">SPEAKER_00: </w:t>
      </w:r>
      <w:r>
        <w:t>wenn das jetzt bis Ende der Woche nicht da ist, dann werde ich ihm auch schreiben, wir zahlen euch keine Rechnung mehr aus jetzt.</w:t>
      </w:r>
    </w:p>
    <w:p>
      <w:r>
        <w:rPr>
          <w:b/>
        </w:rPr>
        <w:t xml:space="preserve">SPEAKER_00: </w:t>
      </w:r>
      <w:r>
        <w:t>Wenn ihr das bei Sika nicht schafft abzurufen, der Bauherr will das sehen, gar nicht nur wir, das muss ja auch im Interesse von Freiliegen.</w:t>
      </w:r>
    </w:p>
    <w:p>
      <w:r>
        <w:rPr>
          <w:b/>
        </w:rPr>
        <w:t xml:space="preserve">SPEAKER_00: </w:t>
      </w:r>
      <w:r>
        <w:t>Schlussendlich, der ist ja echt ein Eierladen, was das angeht.</w:t>
      </w:r>
    </w:p>
    <w:p>
      <w:r>
        <w:rPr>
          <w:b/>
        </w:rPr>
        <w:t xml:space="preserve">SPEAKER_01: </w:t>
      </w:r>
      <w:r>
        <w:t>Toll.</w:t>
      </w:r>
    </w:p>
    <w:p>
      <w:r>
        <w:rPr>
          <w:b/>
        </w:rPr>
        <w:t xml:space="preserve">SPEAKER_00: </w:t>
      </w:r>
      <w:r>
        <w:t>Und dann sagt Manuel immer, ja, das ist ja gar nicht direkt Sika, das ist ja Sika-Bau.</w:t>
      </w:r>
    </w:p>
    <w:p>
      <w:r>
        <w:rPr>
          <w:b/>
        </w:rPr>
        <w:t xml:space="preserve">SPEAKER_00: </w:t>
      </w:r>
      <w:r>
        <w:t>Ist doch egal, ihr habt ja Sika auf dem Wagen stehen, den Produkten.</w:t>
      </w:r>
    </w:p>
    <w:p>
      <w:r>
        <w:rPr>
          <w:b/>
        </w:rPr>
        <w:t xml:space="preserve">SPEAKER_00: </w:t>
      </w:r>
      <w:r>
        <w:t>Das ist der Porsche unter den Abdichtungssystemen.</w:t>
      </w:r>
    </w:p>
    <w:p>
      <w:r>
        <w:rPr>
          <w:b/>
        </w:rPr>
        <w:t xml:space="preserve">SPEAKER_00: </w:t>
      </w:r>
      <w:r>
        <w:t>Was ist daran so schwierig, ein Blatt Papier in die Hand zu nehmen und da drauf Punkte zu setzen, wo welches Bild gemacht wurde?</w:t>
      </w:r>
    </w:p>
    <w:p>
      <w:r>
        <w:rPr>
          <w:b/>
        </w:rPr>
        <w:t xml:space="preserve">SPEAKER_00: </w:t>
      </w:r>
      <w:r>
        <w:t>Mehr wollen wir ja gar nicht.</w:t>
      </w:r>
    </w:p>
    <w:p>
      <w:r>
        <w:rPr>
          <w:b/>
        </w:rPr>
        <w:t xml:space="preserve">SPEAKER_00: </w:t>
      </w:r>
      <w:r>
        <w:t>Also bis jetzt.</w:t>
      </w:r>
    </w:p>
    <w:p>
      <w:r>
        <w:rPr>
          <w:b/>
        </w:rPr>
        <w:t xml:space="preserve">SPEAKER_00: </w:t>
      </w:r>
      <w:r>
        <w:t>Mal gucken, was da jetzt noch kommt.</w:t>
      </w:r>
    </w:p>
    <w:p>
      <w:r>
        <w:rPr>
          <w:b/>
        </w:rPr>
        <w:t xml:space="preserve">SPEAKER_02: </w:t>
      </w:r>
      <w:r>
        <w:t>Hätten wir noch Fragen, oder?</w:t>
      </w:r>
    </w:p>
    <w:p>
      <w:r>
        <w:rPr>
          <w:b/>
        </w:rPr>
        <w:t xml:space="preserve">SPEAKER_00: </w:t>
      </w:r>
      <w:r>
        <w:t>Das ist ja auch kein Hexenwerk, oder?</w:t>
      </w:r>
    </w:p>
    <w:p>
      <w:r>
        <w:rPr>
          <w:b/>
        </w:rPr>
        <w:t xml:space="preserve">SPEAKER_00: </w:t>
      </w:r>
      <w:r>
        <w:t>Das habt ihr permanent bei euren Baustellen so gehabt.</w:t>
      </w:r>
    </w:p>
    <w:p>
      <w:r>
        <w:rPr>
          <w:b/>
        </w:rPr>
        <w:t xml:space="preserve">SPEAKER_03: </w:t>
      </w:r>
      <w:r>
        <w:t>Was Sie gerade ausgemacht haben?</w:t>
      </w:r>
    </w:p>
    <w:p>
      <w:r>
        <w:rPr>
          <w:b/>
        </w:rPr>
        <w:t xml:space="preserve">SPEAKER_03: </w:t>
      </w:r>
      <w:r>
        <w:t>Nein, wir haben nie mit Sika gebaut, aber wir hatten immer so unsere zwei, drei Unternehmen, die WU-Konzepte für uns gemacht haben und die WU-Ausführung für uns gemacht haben.</w:t>
      </w:r>
    </w:p>
    <w:p>
      <w:r>
        <w:rPr>
          <w:b/>
        </w:rPr>
        <w:t xml:space="preserve">SPEAKER_03: </w:t>
      </w:r>
      <w:r>
        <w:t>Und von denen haben wir eigentlich immer eine Dokumentation bekommen.</w:t>
      </w:r>
    </w:p>
    <w:p>
      <w:r>
        <w:rPr>
          <w:b/>
        </w:rPr>
        <w:t xml:space="preserve">SPEAKER_03: </w:t>
      </w:r>
      <w:r>
        <w:t>Wir hatten jetzt bei unserer letzten Baustelle, weil die relativ kritisch gewesen ist, auch einen WU-Koordinator mit im Boot.</w:t>
      </w:r>
    </w:p>
    <w:p>
      <w:r>
        <w:rPr>
          <w:b/>
        </w:rPr>
        <w:t xml:space="preserve">SPEAKER_03: </w:t>
      </w:r>
      <w:r>
        <w:t>Und der hat für uns diese komplette Revisionsgeschichte alles übernommen und genau gesagt, okay, an welcher Stelle ist welches Blut hängen gebaut und auch Fotodokumentation dazu abgegeben.</w:t>
      </w:r>
    </w:p>
    <w:p>
      <w:r>
        <w:rPr>
          <w:b/>
        </w:rPr>
        <w:t xml:space="preserve">SPEAKER_03: </w:t>
      </w:r>
      <w:r>
        <w:t>dass man genau wusste, okay, so und so sieht diese die Stelle jetzt aus.</w:t>
      </w:r>
    </w:p>
    <w:p>
      <w:r>
        <w:rPr>
          <w:b/>
        </w:rPr>
        <w:t xml:space="preserve">SPEAKER_00: </w:t>
      </w:r>
      <w:r>
        <w:t>Aber nicht irgendwie ein Paket mit Fotos, hier hast du, das ist von vorgestern, sondern wirklich auf den Punkt im PDF verlinkt, mit einem Pin gesetzt, da gibt es ja diverse Programme.</w:t>
      </w:r>
    </w:p>
    <w:p>
      <w:r>
        <w:rPr>
          <w:b/>
        </w:rPr>
        <w:t xml:space="preserve">SPEAKER_03: </w:t>
      </w:r>
      <w:r>
        <w:t>Das haben wir zum Teil selbst gemacht, also das muss man dazusagen, also diese Einpflegung, da habe ich mit Planradar gearbeitet, das habe ich gemacht, oder Stefan.</w:t>
      </w:r>
    </w:p>
    <w:p>
      <w:r>
        <w:rPr>
          <w:b/>
        </w:rPr>
        <w:t xml:space="preserve">SPEAKER_03: </w:t>
      </w:r>
      <w:r>
        <w:t>das wir dann selbst uns angelegt haben, damit wir es lupenrein auch an den Bauherrn abgeben.</w:t>
      </w:r>
    </w:p>
    <w:p>
      <w:r>
        <w:rPr>
          <w:b/>
        </w:rPr>
        <w:t xml:space="preserve">SPEAKER_00: </w:t>
      </w:r>
      <w:r>
        <w:t>Aber das kann man noch vom Unternehmer bekommen, wenn man eine Dokumentation pickt, dass man nicht einen ganzen Haufen Bilder rübergeschmissen kriegt.</w:t>
      </w:r>
    </w:p>
    <w:p>
      <w:r>
        <w:rPr>
          <w:b/>
        </w:rPr>
        <w:t xml:space="preserve">SPEAKER_00: </w:t>
      </w:r>
      <w:r>
        <w:t>Nach dem Motto, klebt ihr das selber ins Album?</w:t>
      </w:r>
    </w:p>
    <w:p>
      <w:r>
        <w:rPr>
          <w:b/>
        </w:rPr>
        <w:t xml:space="preserve">SPEAKER_03: </w:t>
      </w:r>
      <w:r>
        <w:t>Du siehst ja, du kannst ja überhaupt nicht erkennen, an welcher Stelle.</w:t>
      </w:r>
    </w:p>
    <w:p>
      <w:r>
        <w:rPr>
          <w:b/>
        </w:rPr>
        <w:t xml:space="preserve">SPEAKER_00: </w:t>
      </w:r>
      <w:r>
        <w:t>Ich muss mich ja darauf verlassen, dass der, der es vom Papier hat, das an der richtigen Stelle verortet.</w:t>
      </w:r>
    </w:p>
    <w:p>
      <w:r>
        <w:rPr>
          <w:b/>
        </w:rPr>
        <w:t xml:space="preserve">SPEAKER_00: </w:t>
      </w:r>
      <w:r>
        <w:t>Und die wollen zehn Jahre Garantie geben.</w:t>
      </w:r>
    </w:p>
    <w:p>
      <w:r>
        <w:rPr>
          <w:b/>
        </w:rPr>
        <w:t xml:space="preserve">SPEAKER_00: </w:t>
      </w:r>
      <w:r>
        <w:t>Und in neuneinhalb Jahren müssen wir auch das Bild noch nachvollziehen können, an welcher Stelle das gemacht wurde.</w:t>
      </w:r>
    </w:p>
    <w:p>
      <w:r>
        <w:rPr>
          <w:b/>
        </w:rPr>
        <w:t xml:space="preserve">SPEAKER_00: </w:t>
      </w:r>
      <w:r>
        <w:t>Also ich glaube so ein bisschen, dass die sich da so rauswurschteln wollen, weil sie halt genau in den Fällen von Garantie so eine Unklarheit schaffen und das deswegen so schlampig machen.</w:t>
      </w:r>
    </w:p>
    <w:p>
      <w:r>
        <w:rPr>
          <w:b/>
        </w:rPr>
        <w:t xml:space="preserve">SPEAKER_03: </w:t>
      </w:r>
      <w:r>
        <w:t>Ja, das ist das Problem.</w:t>
      </w:r>
    </w:p>
    <w:p>
      <w:r>
        <w:rPr>
          <w:b/>
        </w:rPr>
        <w:t xml:space="preserve">SPEAKER_03: </w:t>
      </w:r>
      <w:r>
        <w:t>Oftmals wälzen die es dann ja ab, ja, da wurde in der Beton nicht wachgerecht eingeladen.</w:t>
      </w:r>
    </w:p>
    <w:p>
      <w:r>
        <w:rPr>
          <w:b/>
        </w:rPr>
        <w:t xml:space="preserve">SPEAKER_03: </w:t>
      </w:r>
      <w:r>
        <w:t>Es darf passieren, es war ja zu warm oder es war zu nass oder...</w:t>
      </w:r>
    </w:p>
    <w:p>
      <w:r>
        <w:rPr>
          <w:b/>
        </w:rPr>
        <w:t xml:space="preserve">SPEAKER_03: </w:t>
      </w:r>
      <w:r>
        <w:t>Die haben ja immer irgendwie eine Ausrede, warum sie die Garantieleistung nicht übernehmen.</w:t>
      </w:r>
    </w:p>
    <w:p>
      <w:r>
        <w:rPr>
          <w:b/>
        </w:rPr>
        <w:t xml:space="preserve">SPEAKER_02: </w:t>
      </w:r>
      <w:r>
        <w:t>Also in Deutschland ist das okay.</w:t>
      </w:r>
    </w:p>
    <w:p>
      <w:r>
        <w:rPr>
          <w:b/>
        </w:rPr>
        <w:t xml:space="preserve">SPEAKER_02: </w:t>
      </w:r>
      <w:r>
        <w:t>Ja, hier ist das exakt genau.</w:t>
      </w:r>
    </w:p>
    <w:p>
      <w:r>
        <w:rPr>
          <w:b/>
        </w:rPr>
        <w:t xml:space="preserve">SPEAKER_02: </w:t>
      </w:r>
      <w:r>
        <w:t>Und zwar haben sie ja keine Beweismittel, die sie uns gerade liefern, wo sie mehr darauf berufen können.</w:t>
      </w:r>
    </w:p>
    <w:p>
      <w:r>
        <w:rPr>
          <w:b/>
        </w:rPr>
        <w:t xml:space="preserve">SPEAKER_02: </w:t>
      </w:r>
      <w:r>
        <w:t>Das nennen sie natürlich nicht.</w:t>
      </w:r>
    </w:p>
    <w:p>
      <w:r>
        <w:rPr>
          <w:b/>
        </w:rPr>
        <w:t xml:space="preserve">SPEAKER_02: </w:t>
      </w:r>
      <w:r>
        <w:t>Aber ja, es braucht wahrscheinlich beides.</w:t>
      </w:r>
    </w:p>
    <w:p>
      <w:r>
        <w:rPr>
          <w:b/>
        </w:rPr>
        <w:t xml:space="preserve">SPEAKER_02: </w:t>
      </w:r>
      <w:r>
        <w:t>Ich glaube nicht, dass sie das fixfertige Dokument erstellen werden.</w:t>
      </w:r>
    </w:p>
    <w:p>
      <w:r>
        <w:rPr>
          <w:b/>
        </w:rPr>
        <w:t xml:space="preserve">SPEAKER_02: </w:t>
      </w:r>
      <w:r>
        <w:t>Ich glaube eher, dass wir eine Mischung dann halt haben irgendwie, oder?</w:t>
      </w:r>
    </w:p>
    <w:p>
      <w:r>
        <w:rPr>
          <w:b/>
        </w:rPr>
        <w:t xml:space="preserve">SPEAKER_02: </w:t>
      </w:r>
      <w:r>
        <w:t>Das glaube ich auch.</w:t>
      </w:r>
    </w:p>
    <w:p>
      <w:r>
        <w:rPr>
          <w:b/>
        </w:rPr>
        <w:t xml:space="preserve">SPEAKER_02: </w:t>
      </w:r>
      <w:r>
        <w:t>Wenn du dir das wünschst, glaube ich nicht, dass sie es abgeben werden.</w:t>
      </w:r>
    </w:p>
    <w:p>
      <w:r>
        <w:rPr>
          <w:b/>
        </w:rPr>
        <w:t xml:space="preserve">SPEAKER_02: </w:t>
      </w:r>
      <w:r>
        <w:t>Man kann es versuchen, aber ich glaube noch nicht daran.</w:t>
      </w:r>
    </w:p>
    <w:p>
      <w:r>
        <w:rPr>
          <w:b/>
        </w:rPr>
        <w:t xml:space="preserve">SPEAKER_02: </w:t>
      </w:r>
      <w:r>
        <w:t>Aber probieren sie, ja.</w:t>
      </w:r>
    </w:p>
    <w:p>
      <w:r>
        <w:rPr>
          <w:b/>
        </w:rPr>
        <w:t xml:space="preserve">SPEAKER_00: </w:t>
      </w:r>
      <w:r>
        <w:t>Also ich versuche halt immer beim Manuel...</w:t>
      </w:r>
    </w:p>
    <w:p>
      <w:r>
        <w:rPr>
          <w:b/>
        </w:rPr>
        <w:t xml:space="preserve">SPEAKER_00: </w:t>
      </w:r>
      <w:r>
        <w:t>wirklich den darauf zu drängen.</w:t>
      </w:r>
    </w:p>
    <w:p>
      <w:r>
        <w:rPr>
          <w:b/>
        </w:rPr>
        <w:t xml:space="preserve">SPEAKER_00: </w:t>
      </w:r>
      <w:r>
        <w:t>Also der wird angerufen, wenn es eine Undichtigkeit gibt.</w:t>
      </w:r>
    </w:p>
    <w:p>
      <w:r>
        <w:rPr>
          <w:b/>
        </w:rPr>
        <w:t xml:space="preserve">SPEAKER_00: </w:t>
      </w:r>
      <w:r>
        <w:t>Nicht Sika, sondern er.</w:t>
      </w:r>
    </w:p>
    <w:p>
      <w:r>
        <w:rPr>
          <w:b/>
        </w:rPr>
        <w:t xml:space="preserve">SPEAKER_00: </w:t>
      </w:r>
      <w:r>
        <w:t>Und deswegen versuche ich bei ihm das so zu präsentieren oder so zu platzieren, dass er da hinterher ist.</w:t>
      </w:r>
    </w:p>
    <w:p>
      <w:r>
        <w:rPr>
          <w:b/>
        </w:rPr>
        <w:t xml:space="preserve">SPEAKER_02: </w:t>
      </w:r>
      <w:r>
        <w:t>Hatten wir dann im Wertvertrag geschrieben zum Thema?</w:t>
      </w:r>
    </w:p>
    <w:p>
      <w:r>
        <w:rPr>
          <w:b/>
        </w:rPr>
        <w:t xml:space="preserve">SPEAKER_02: </w:t>
      </w:r>
      <w:r>
        <w:t>Haben wir es eingefordert vom Baumeister?</w:t>
      </w:r>
    </w:p>
    <w:p>
      <w:r>
        <w:rPr>
          <w:b/>
        </w:rPr>
        <w:t xml:space="preserve">SPEAKER_02: </w:t>
      </w:r>
      <w:r>
        <w:t>Also das muss dokumentiert werden und so.</w:t>
      </w:r>
    </w:p>
    <w:p>
      <w:r>
        <w:rPr>
          <w:b/>
        </w:rPr>
        <w:t xml:space="preserve">SPEAKER_03: </w:t>
      </w:r>
      <w:r>
        <w:t>Das gehört zu den Revisionen, oder?</w:t>
      </w:r>
    </w:p>
    <w:p>
      <w:r>
        <w:rPr>
          <w:b/>
        </w:rPr>
        <w:t xml:space="preserve">SPEAKER_00: </w:t>
      </w:r>
      <w:r>
        <w:t>Das gehört zu den Revisionen.</w:t>
      </w:r>
    </w:p>
    <w:p>
      <w:r>
        <w:rPr>
          <w:b/>
        </w:rPr>
        <w:t xml:space="preserve">SPEAKER_02: </w:t>
      </w:r>
      <w:r>
        <w:t>Das steht nicht so in der Form.</w:t>
      </w:r>
    </w:p>
    <w:p>
      <w:r>
        <w:rPr>
          <w:b/>
        </w:rPr>
        <w:t xml:space="preserve">SPEAKER_02: </w:t>
      </w:r>
      <w:r>
        <w:t>Wäre noch spannend.</w:t>
      </w:r>
    </w:p>
    <w:p>
      <w:r>
        <w:rPr>
          <w:b/>
        </w:rPr>
        <w:t xml:space="preserve">SPEAKER_00: </w:t>
      </w:r>
      <w:r>
        <w:t>Das ist nicht explizit so beschrieben.</w:t>
      </w:r>
    </w:p>
    <w:p>
      <w:r>
        <w:rPr>
          <w:b/>
        </w:rPr>
        <w:t xml:space="preserve">SPEAKER_02: </w:t>
      </w:r>
      <w:r>
        <w:t>Also schauen wir mal, wie wir das lösen können.</w:t>
      </w:r>
    </w:p>
    <w:p>
      <w:r>
        <w:rPr>
          <w:b/>
        </w:rPr>
        <w:t xml:space="preserve">SPEAKER_00: </w:t>
      </w:r>
      <w:r>
        <w:t>Aber in irgendeiner Form muss natürlich das nachgewiesen sein.</w:t>
      </w:r>
    </w:p>
    <w:p>
      <w:r>
        <w:rPr>
          <w:b/>
        </w:rPr>
        <w:t xml:space="preserve">SPEAKER_00: </w:t>
      </w:r>
      <w:r>
        <w:t>Und wenn FREI das selber macht,</w:t>
      </w:r>
    </w:p>
    <w:p>
      <w:r>
        <w:rPr>
          <w:b/>
        </w:rPr>
        <w:t xml:space="preserve">SPEAKER_03: </w:t>
      </w:r>
      <w:r>
        <w:t>Ja, genau.</w:t>
      </w:r>
    </w:p>
    <w:p>
      <w:r>
        <w:rPr>
          <w:b/>
        </w:rPr>
        <w:t xml:space="preserve">SPEAKER_03: </w:t>
      </w:r>
      <w:r>
        <w:t>Also an und für sich wäre ich frei, derjenige, der es machen müsste, wenn das nicht vollständig von Sika kommt, weil er das erst aufarbeitet und uns fertig...</w:t>
      </w:r>
    </w:p>
    <w:p>
      <w:r>
        <w:rPr>
          <w:b/>
        </w:rPr>
        <w:t xml:space="preserve">SPEAKER_00: </w:t>
      </w:r>
      <w:r>
        <w:t>Genau.</w:t>
      </w:r>
    </w:p>
    <w:p>
      <w:r>
        <w:rPr>
          <w:b/>
        </w:rPr>
        <w:t xml:space="preserve">SPEAKER_00: </w:t>
      </w:r>
      <w:r>
        <w:t>Ja, er ist da halt auch so ein bisschen... Ich glaube, der macht das auch...</w:t>
      </w:r>
    </w:p>
    <w:p>
      <w:r>
        <w:rPr>
          <w:b/>
        </w:rPr>
        <w:t xml:space="preserve">SPEAKER_00: </w:t>
      </w:r>
      <w:r>
        <w:t>Ein bisschen fast das erste Mal, der Manuel, dass der von Sika das, sonst hat er das einfach durchgereicht.</w:t>
      </w:r>
    </w:p>
    <w:p>
      <w:r>
        <w:rPr>
          <w:b/>
        </w:rPr>
        <w:t xml:space="preserve">SPEAKER_00: </w:t>
      </w:r>
      <w:r>
        <w:t>Und jetzt merkt er halt, dass wir da was fordern und blickt er aber selber noch nicht so richtig durch oder merkt einfach, dass wir da was anderes haben wollen, als das, was er normalerweise abgibt.</w:t>
      </w:r>
    </w:p>
    <w:p>
      <w:r>
        <w:rPr>
          <w:b/>
        </w:rPr>
        <w:t xml:space="preserve">SPEAKER_03: </w:t>
      </w:r>
      <w:r>
        <w:t>Genau, das glaube ich auch.</w:t>
      </w:r>
    </w:p>
    <w:p>
      <w:r>
        <w:rPr>
          <w:b/>
        </w:rPr>
        <w:t xml:space="preserve">SPEAKER_03: </w:t>
      </w:r>
      <w:r>
        <w:t>Das muss er jetzt auch noch nicht gemacht haben, sondern das einfach wieder was anderes oder mehr fordern als vielleicht vorherige Bauern oder so.</w:t>
      </w:r>
    </w:p>
    <w:p>
      <w:r>
        <w:rPr>
          <w:b/>
        </w:rPr>
        <w:t xml:space="preserve">SPEAKER_00: </w:t>
      </w:r>
      <w:r>
        <w:t>Ja, kann gut sein.</w:t>
      </w:r>
    </w:p>
    <w:p>
      <w:r>
        <w:rPr>
          <w:b/>
        </w:rPr>
        <w:t xml:space="preserve">SPEAKER_00: </w:t>
      </w:r>
      <w:r>
        <w:t>Das ist</w:t>
      </w:r>
    </w:p>
    <w:p>
      <w:r>
        <w:rPr>
          <w:b/>
        </w:rPr>
        <w:t xml:space="preserve">SPEAKER_01: </w:t>
      </w:r>
      <w:r>
        <w:t>Aber wenn er dann in den Industriebau rein will, dann wird er sich daran gewöhnen müssen.</w:t>
      </w:r>
    </w:p>
    <w:p>
      <w:r>
        <w:rPr>
          <w:b/>
        </w:rPr>
        <w:t xml:space="preserve">SPEAKER_01: </w:t>
      </w:r>
      <w:r>
        <w:t>Ja.</w:t>
      </w:r>
    </w:p>
    <w:p>
      <w:r>
        <w:rPr>
          <w:b/>
        </w:rPr>
        <w:t xml:space="preserve">SPEAKER_02: </w:t>
      </w:r>
      <w:r>
        <w:t>Dann mit Sanika sind wir noch dran.</w:t>
      </w:r>
    </w:p>
    <w:p>
      <w:r>
        <w:rPr>
          <w:b/>
        </w:rPr>
        <w:t xml:space="preserve">SPEAKER_02: </w:t>
      </w:r>
      <w:r>
        <w:t>Da gibt es, wenn ich einmal, gibt es irgendwie eine Besprechung von der Werkplanung?</w:t>
      </w:r>
    </w:p>
    <w:p>
      <w:r>
        <w:rPr>
          <w:b/>
        </w:rPr>
        <w:t xml:space="preserve">SPEAKER_00: </w:t>
      </w:r>
      <w:r>
        <w:t>Ja, genau.</w:t>
      </w:r>
    </w:p>
    <w:p>
      <w:r>
        <w:rPr>
          <w:b/>
        </w:rPr>
        <w:t xml:space="preserve">SPEAKER_00: </w:t>
      </w:r>
      <w:r>
        <w:t>Donnerstag nächste Woche.</w:t>
      </w:r>
    </w:p>
    <w:p>
      <w:r>
        <w:rPr>
          <w:b/>
        </w:rPr>
        <w:t xml:space="preserve">SPEAKER_00: </w:t>
      </w:r>
      <w:r>
        <w:t>Weil wir...</w:t>
      </w:r>
    </w:p>
    <w:p>
      <w:r>
        <w:rPr>
          <w:b/>
        </w:rPr>
        <w:t xml:space="preserve">SPEAKER_00: </w:t>
      </w:r>
      <w:r>
        <w:t>immer wieder Themen haben mit Sanika, die wir hier alle die letzten zwei Jahre besprochen haben, mit der Verkaufsabteilung und Simon und Gerold und dem Stefan ja auch letztes Jahr hier und so.</w:t>
      </w:r>
    </w:p>
    <w:p>
      <w:r>
        <w:rPr>
          <w:b/>
        </w:rPr>
        <w:t xml:space="preserve">SPEAKER_00: </w:t>
      </w:r>
      <w:r>
        <w:t>Also alles schon hundertmal durchgekaut und jetzt kommt der Projektleiter Martin Brunner und sagt irgendwie, ja, wie ist das denn?</w:t>
      </w:r>
    </w:p>
    <w:p>
      <w:r>
        <w:rPr>
          <w:b/>
        </w:rPr>
        <w:t xml:space="preserve">SPEAKER_00: </w:t>
      </w:r>
      <w:r>
        <w:t>Und irgendwie scheint da intern bei denen keine Übergabe stattgefunden zu haben oder zumindest nicht sauber.</w:t>
      </w:r>
    </w:p>
    <w:p>
      <w:r>
        <w:rPr>
          <w:b/>
        </w:rPr>
        <w:t xml:space="preserve">SPEAKER_00: </w:t>
      </w:r>
      <w:r>
        <w:t>Und tausend Fragen, die Markus auch schon x-mal beantwortet hat oder die wir schon zigmal beantwortet haben.</w:t>
      </w:r>
    </w:p>
    <w:p>
      <w:r>
        <w:rPr>
          <w:b/>
        </w:rPr>
        <w:t xml:space="preserve">SPEAKER_00: </w:t>
      </w:r>
      <w:r>
        <w:t>Und Markus sagt einfach, ich werde meine Bauchschmerzen mit Sanika nicht los, wir kriegen fast dringend einen Termin.</w:t>
      </w:r>
    </w:p>
    <w:p>
      <w:r>
        <w:rPr>
          <w:b/>
        </w:rPr>
        <w:t xml:space="preserve">SPEAKER_00: </w:t>
      </w:r>
      <w:r>
        <w:t>Und langsam habe ich auch so ein bisschen das Gefühl, ich hatte eigentlich immer gedacht, ja, guten Eindruck gehabt, aber...</w:t>
      </w:r>
    </w:p>
    <w:p>
      <w:r>
        <w:rPr>
          <w:b/>
        </w:rPr>
        <w:t xml:space="preserve">SPEAKER_00: </w:t>
      </w:r>
      <w:r>
        <w:t>Technisch wollen sie plötzlich die Nasszelle größer machen, weil das Rohr nicht dahinter passt.</w:t>
      </w:r>
    </w:p>
    <w:p>
      <w:r>
        <w:rPr>
          <w:b/>
        </w:rPr>
        <w:t xml:space="preserve">SPEAKER_00: </w:t>
      </w:r>
      <w:r>
        <w:t>Es wurde aber immer garantiert, dass das so übernommen werden kann aus der Planung usw.</w:t>
      </w:r>
    </w:p>
    <w:p>
      <w:r>
        <w:rPr>
          <w:b/>
        </w:rPr>
        <w:t xml:space="preserve">SPEAKER_00: </w:t>
      </w:r>
      <w:r>
        <w:t>Ja, wahrscheinlich wäre es auch sinnvoll, nochmal in den Vertrag an der Stelle mit reinzunehmen, dass die, ich weiß noch nicht wo, also der Simon ist ja jetzt noch im Urlaub bis nächste Woche Mittwoch und wir haben gesagt, wir laden dann am Mittwoch erst den Vertrag auch hoch, der jetzt ja eigentlich komplett durchgesprochen wurde und alles bereinigt.</w:t>
      </w:r>
    </w:p>
    <w:p>
      <w:r>
        <w:rPr>
          <w:b/>
        </w:rPr>
        <w:t xml:space="preserve">SPEAKER_02: </w:t>
      </w:r>
      <w:r>
        <w:t>Der ist noch nicht hochgeladen.</w:t>
      </w:r>
    </w:p>
    <w:p>
      <w:r>
        <w:rPr>
          <w:b/>
        </w:rPr>
        <w:t xml:space="preserve">SPEAKER_00: </w:t>
      </w:r>
      <w:r>
        <w:t>Nee, der ist noch nicht hochgeladen, weil wir gesagt haben, das macht ja keinen Sinn, dann hängt der da am Scribble und</w:t>
      </w:r>
    </w:p>
    <w:p>
      <w:r>
        <w:rPr>
          <w:b/>
        </w:rPr>
        <w:t xml:space="preserve">SPEAKER_00: </w:t>
      </w:r>
      <w:r>
        <w:t>Aber bis dahin könnte man sich halt auch überlegen, wie man das jetzt formuliert, dass das da drin steht, dass er eben genau die Planung zu übernehmen hat, die wir ja ihm liefern.</w:t>
      </w:r>
    </w:p>
    <w:p>
      <w:r>
        <w:rPr>
          <w:b/>
        </w:rPr>
        <w:t xml:space="preserve">SPEAKER_00: </w:t>
      </w:r>
      <w:r>
        <w:t>Und zwar exakt.</w:t>
      </w:r>
    </w:p>
    <w:p>
      <w:r>
        <w:rPr>
          <w:b/>
        </w:rPr>
        <w:t xml:space="preserve">SPEAKER_00: </w:t>
      </w:r>
      <w:r>
        <w:t>Und nicht irgendwie so, ja, jetzt, dann müssen wir mit dieser Nasszelle irgendwie weiter von der Wand wegrücken, weil wir haben nicht genug Platz dahinter oder irgendwie.</w:t>
      </w:r>
    </w:p>
    <w:p>
      <w:r>
        <w:rPr>
          <w:b/>
        </w:rPr>
        <w:t xml:space="preserve">SPEAKER_02: </w:t>
      </w:r>
      <w:r>
        <w:t>Ja, weil die Informationen, das ist für uns ja wichtig, dass es genau so in der Form ist, oder?</w:t>
      </w:r>
    </w:p>
    <w:p>
      <w:r>
        <w:rPr>
          <w:b/>
        </w:rPr>
        <w:t xml:space="preserve">SPEAKER_00: </w:t>
      </w:r>
      <w:r>
        <w:t>Genau, und deswegen haben wir es ja auch so exakt geplant mit den Architekten und Fachplanern.</w:t>
      </w:r>
    </w:p>
    <w:p>
      <w:r>
        <w:rPr>
          <w:b/>
        </w:rPr>
        <w:t xml:space="preserve">SPEAKER_00: </w:t>
      </w:r>
      <w:r>
        <w:t>Wie gesagt, was wir geplant haben.</w:t>
      </w:r>
    </w:p>
    <w:p>
      <w:r>
        <w:rPr>
          <w:b/>
        </w:rPr>
        <w:t xml:space="preserve">SPEAKER_02: </w:t>
      </w:r>
      <w:r>
        <w:t>Und was will er denn jetzt?</w:t>
      </w:r>
    </w:p>
    <w:p>
      <w:r>
        <w:rPr>
          <w:b/>
        </w:rPr>
        <w:t xml:space="preserve">SPEAKER_02: </w:t>
      </w:r>
      <w:r>
        <w:t>Jetzt will er weiter weg, oder?</w:t>
      </w:r>
    </w:p>
    <w:p>
      <w:r>
        <w:rPr>
          <w:b/>
        </w:rPr>
        <w:t xml:space="preserve">SPEAKER_00: </w:t>
      </w:r>
      <w:r>
        <w:t>Ja, weil er irgendwie seine Rohre da hinten nicht unterkriegt.</w:t>
      </w:r>
    </w:p>
    <w:p>
      <w:r>
        <w:rPr>
          <w:b/>
        </w:rPr>
        <w:t xml:space="preserve">SPEAKER_02: </w:t>
      </w:r>
      <w:r>
        <w:t>Ja, die Rohre haben wir schon mal gekriegt da.</w:t>
      </w:r>
    </w:p>
    <w:p>
      <w:r>
        <w:rPr>
          <w:b/>
        </w:rPr>
        <w:t xml:space="preserve">SPEAKER_02: </w:t>
      </w:r>
      <w:r>
        <w:t>Und die Isolation ist da gegangen.</w:t>
      </w:r>
    </w:p>
    <w:p>
      <w:r>
        <w:rPr>
          <w:b/>
        </w:rPr>
        <w:t xml:space="preserve">SPEAKER_00: </w:t>
      </w:r>
      <w:r>
        <w:t>Das ist alles vorgesprochen und hier am Tisch geklärt gewesen.</w:t>
      </w:r>
    </w:p>
    <w:p>
      <w:r>
        <w:rPr>
          <w:b/>
        </w:rPr>
        <w:t xml:space="preserve">SPEAKER_00: </w:t>
      </w:r>
      <w:r>
        <w:t>Jetzt fängt er wieder an bei Adam und Eva.</w:t>
      </w:r>
    </w:p>
    <w:p>
      <w:r>
        <w:rPr>
          <w:b/>
        </w:rPr>
        <w:t xml:space="preserve">SPEAKER_00: </w:t>
      </w:r>
      <w:r>
        <w:t>Was ist denn mit der Dämmung?</w:t>
      </w:r>
    </w:p>
    <w:p>
      <w:r>
        <w:rPr>
          <w:b/>
        </w:rPr>
        <w:t xml:space="preserve">SPEAKER_00: </w:t>
      </w:r>
      <w:r>
        <w:t>Wir entsprechen da nicht der DIN und so weiter.</w:t>
      </w:r>
    </w:p>
    <w:p>
      <w:r>
        <w:rPr>
          <w:b/>
        </w:rPr>
        <w:t xml:space="preserve">SPEAKER_00: </w:t>
      </w:r>
      <w:r>
        <w:t>Ja, aber...</w:t>
      </w:r>
    </w:p>
    <w:p>
      <w:r>
        <w:rPr>
          <w:b/>
        </w:rPr>
        <w:t xml:space="preserve">SPEAKER_00: </w:t>
      </w:r>
      <w:r>
        <w:t>Sprich doch einfach mal, da intern miteinander ist doch verabredet gewesen, dass wir da mit der eigentlichen Ordnung runtergehen können, weil die Lastzelle dann sicher gedämmt ist.</w:t>
      </w:r>
    </w:p>
    <w:p>
      <w:r>
        <w:rPr>
          <w:b/>
        </w:rPr>
        <w:t xml:space="preserve">SPEAKER_02: </w:t>
      </w:r>
      <w:r>
        <w:t>In dem Termin ist dann der Gerald und der Simon oder zumindest jemand von denen ist dabei.</w:t>
      </w:r>
    </w:p>
    <w:p>
      <w:r>
        <w:rPr>
          <w:b/>
        </w:rPr>
        <w:t xml:space="preserve">SPEAKER_02: </w:t>
      </w:r>
      <w:r>
        <w:t>Okay, und dann der Projektleiter entsprechend und wir.</w:t>
      </w:r>
    </w:p>
    <w:p>
      <w:r>
        <w:rPr>
          <w:b/>
        </w:rPr>
        <w:t xml:space="preserve">SPEAKER_02: </w:t>
      </w:r>
      <w:r>
        <w:t>Okay, gut.</w:t>
      </w:r>
    </w:p>
    <w:p>
      <w:r>
        <w:rPr>
          <w:b/>
        </w:rPr>
        <w:t xml:space="preserve">SPEAKER_02: </w:t>
      </w:r>
      <w:r>
        <w:t>Jetzt sind wir dran.</w:t>
      </w:r>
    </w:p>
    <w:p>
      <w:r>
        <w:rPr>
          <w:b/>
        </w:rPr>
        <w:t xml:space="preserve">SPEAKER_00: </w:t>
      </w:r>
      <w:r>
        <w:t>Ja, und alle möglichen anderen Sachen.</w:t>
      </w:r>
    </w:p>
    <w:p>
      <w:r>
        <w:rPr>
          <w:b/>
        </w:rPr>
        <w:t xml:space="preserve">SPEAKER_00: </w:t>
      </w:r>
      <w:r>
        <w:t>Vielleicht auch noch, wieso er dann nicht das Fugenrast oder die Fliesenaufteilung übernimmt.</w:t>
      </w:r>
    </w:p>
    <w:p>
      <w:r>
        <w:rPr>
          <w:b/>
        </w:rPr>
        <w:t xml:space="preserve">SPEAKER_00: </w:t>
      </w:r>
      <w:r>
        <w:t>Ich erkläre es mir auch nicht, warum er das nicht einfach stumpf übernimmt vom Architekten.</w:t>
      </w:r>
    </w:p>
    <w:p>
      <w:r>
        <w:rPr>
          <w:b/>
        </w:rPr>
        <w:t xml:space="preserve">SPEAKER_00: </w:t>
      </w:r>
      <w:r>
        <w:t>Die erfinden immer wieder das Rad neu.</w:t>
      </w:r>
    </w:p>
    <w:p>
      <w:r>
        <w:rPr>
          <w:b/>
        </w:rPr>
        <w:t xml:space="preserve">SPEAKER_00: </w:t>
      </w:r>
      <w:r>
        <w:t>Jetzt fangen sie irgendwo an, anders mit den Fliesen, auf der ganz rechten Seite.</w:t>
      </w:r>
    </w:p>
    <w:p>
      <w:r>
        <w:rPr>
          <w:b/>
        </w:rPr>
        <w:t xml:space="preserve">SPEAKER_00: </w:t>
      </w:r>
      <w:r>
        <w:t>Und dann schreibt Esko in den Corex, ja, hallo, da haben wir den Punkt gesetzt, da sollt ihr anfangen zu fliesen.</w:t>
      </w:r>
    </w:p>
    <w:p>
      <w:r>
        <w:rPr>
          <w:b/>
        </w:rPr>
        <w:t xml:space="preserve">SPEAKER_00: </w:t>
      </w:r>
      <w:r>
        <w:t>Übernehmt es doch einfach.</w:t>
      </w:r>
    </w:p>
    <w:p>
      <w:r>
        <w:rPr>
          <w:b/>
        </w:rPr>
        <w:t xml:space="preserve">SPEAKER_00: </w:t>
      </w:r>
      <w:r>
        <w:t>Es ist ja schon mal gezeichnet worden.</w:t>
      </w:r>
    </w:p>
    <w:p>
      <w:r>
        <w:rPr>
          <w:b/>
        </w:rPr>
        <w:t xml:space="preserve">SPEAKER_00: </w:t>
      </w:r>
      <w:r>
        <w:t>Ja, das ist mega mühsam.</w:t>
      </w:r>
    </w:p>
    <w:p>
      <w:r>
        <w:rPr>
          <w:b/>
        </w:rPr>
        <w:t xml:space="preserve">SPEAKER_02: </w:t>
      </w:r>
      <w:r>
        <w:t>Okay, aber deine Fragen müssen wir halt mal stellen.</w:t>
      </w:r>
    </w:p>
    <w:p>
      <w:r>
        <w:rPr>
          <w:b/>
        </w:rPr>
        <w:t xml:space="preserve">SPEAKER_02: </w:t>
      </w:r>
      <w:r>
        <w:t>Genau.</w:t>
      </w:r>
    </w:p>
    <w:p>
      <w:r>
        <w:rPr>
          <w:b/>
        </w:rPr>
        <w:t xml:space="preserve">SPEAKER_02: </w:t>
      </w:r>
      <w:r>
        <w:t>Gut, dann sind wir zusammengehockt.</w:t>
      </w:r>
    </w:p>
    <w:p>
      <w:r>
        <w:rPr>
          <w:b/>
        </w:rPr>
        <w:t xml:space="preserve">SPEAKER_02: </w:t>
      </w:r>
      <w:r>
        <w:t>Olaf war im Urlaub mit dem Montage- und Logistikkonzept, das wir angeschaut haben.</w:t>
      </w:r>
    </w:p>
    <w:p>
      <w:r>
        <w:rPr>
          <w:b/>
        </w:rPr>
        <w:t xml:space="preserve">SPEAKER_00: </w:t>
      </w:r>
      <w:r>
        <w:t>Das ist fertig.</w:t>
      </w:r>
    </w:p>
    <w:p>
      <w:r>
        <w:rPr>
          <w:b/>
        </w:rPr>
        <w:t xml:space="preserve">SPEAKER_02: </w:t>
      </w:r>
      <w:r>
        <w:t>Das habe ich gut gefunden.</w:t>
      </w:r>
    </w:p>
    <w:p>
      <w:r>
        <w:rPr>
          <w:b/>
        </w:rPr>
        <w:t xml:space="preserve">SPEAKER_02: </w:t>
      </w:r>
      <w:r>
        <w:t>Spannend.</w:t>
      </w:r>
    </w:p>
    <w:p>
      <w:r>
        <w:rPr>
          <w:b/>
        </w:rPr>
        <w:t xml:space="preserve">SPEAKER_00: </w:t>
      </w:r>
      <w:r>
        <w:t>Das hast du gut gefunden.</w:t>
      </w:r>
    </w:p>
    <w:p>
      <w:r>
        <w:rPr>
          <w:b/>
        </w:rPr>
        <w:t xml:space="preserve">SPEAKER_00: </w:t>
      </w:r>
      <w:r>
        <w:t>Ja, ich auch.</w:t>
      </w:r>
    </w:p>
    <w:p>
      <w:r>
        <w:rPr>
          <w:b/>
        </w:rPr>
        <w:t xml:space="preserve">SPEAKER_02: </w:t>
      </w:r>
      <w:r>
        <w:t>Vor allem der Fritzsche, wie er das macht.</w:t>
      </w:r>
    </w:p>
    <w:p>
      <w:r>
        <w:rPr>
          <w:b/>
        </w:rPr>
        <w:t xml:space="preserve">SPEAKER_02: </w:t>
      </w:r>
      <w:r>
        <w:t>Mit dem 3D-Den.</w:t>
      </w:r>
    </w:p>
    <w:p>
      <w:r>
        <w:rPr>
          <w:b/>
        </w:rPr>
        <w:t xml:space="preserve">SPEAKER_00: </w:t>
      </w:r>
      <w:r>
        <w:t>Den habe ich dir noch gar nicht erzählt.</w:t>
      </w:r>
    </w:p>
    <w:p>
      <w:r>
        <w:rPr>
          <w:b/>
        </w:rPr>
        <w:t xml:space="preserve">SPEAKER_02: </w:t>
      </w:r>
      <w:r>
        <w:t>Das ganze Modell, welche Schrittweise, wie fügt sich das Gebäude zusammen, wie gehen wir genau vor, das finde ich spannend.</w:t>
      </w:r>
    </w:p>
    <w:p>
      <w:r>
        <w:rPr>
          <w:b/>
        </w:rPr>
        <w:t xml:space="preserve">SPEAKER_02: </w:t>
      </w:r>
      <w:r>
        <w:t>Das muss man als Ganzes noch abschliessen.</w:t>
      </w:r>
    </w:p>
    <w:p>
      <w:r>
        <w:rPr>
          <w:b/>
        </w:rPr>
        <w:t xml:space="preserve">SPEAKER_02: </w:t>
      </w:r>
      <w:r>
        <w:t>Das war ein Zwischenstand.</w:t>
      </w:r>
    </w:p>
    <w:p>
      <w:r>
        <w:rPr>
          <w:b/>
        </w:rPr>
        <w:t xml:space="preserve">SPEAKER_00: </w:t>
      </w:r>
      <w:r>
        <w:t>Das war jetzt mal ein Zwischenstand.</w:t>
      </w:r>
    </w:p>
    <w:p>
      <w:r>
        <w:rPr>
          <w:b/>
        </w:rPr>
        <w:t xml:space="preserve">SPEAKER_00: </w:t>
      </w:r>
      <w:r>
        <w:t>Da muss, glaube ich, jetzt noch das Treppenhaus auch mit dargestellt werden.</w:t>
      </w:r>
    </w:p>
    <w:p>
      <w:r>
        <w:rPr>
          <w:b/>
        </w:rPr>
        <w:t xml:space="preserve">SPEAKER_00: </w:t>
      </w:r>
      <w:r>
        <w:t>Das habe ich jetzt so nicht gesehen.</w:t>
      </w:r>
    </w:p>
    <w:p>
      <w:r>
        <w:rPr>
          <w:b/>
        </w:rPr>
        <w:t xml:space="preserve">SPEAKER_00: </w:t>
      </w:r>
      <w:r>
        <w:t>Ich habe dann am Montag mit Chris Segura hier gesessen und Stefan war auch dazu geschaltet und hat auch Chris das gezeigt, weil aus diesem Konzept kann man ja jetzt auch einen</w:t>
      </w:r>
    </w:p>
    <w:p>
      <w:r>
        <w:rPr>
          <w:b/>
        </w:rPr>
        <w:t xml:space="preserve">SPEAKER_00: </w:t>
      </w:r>
      <w:r>
        <w:t>eine Ablade oder auch ein Lieferkonzept oder eine Lieferreihenfolge für die Fenster zum Beispiel hier in der Jackemhalle dann auch ableiten.</w:t>
      </w:r>
    </w:p>
    <w:p>
      <w:r>
        <w:rPr>
          <w:b/>
        </w:rPr>
        <w:t xml:space="preserve">SPEAKER_00: </w:t>
      </w:r>
      <w:r>
        <w:t>Also man kann daraus ganz viel ableiten.</w:t>
      </w:r>
    </w:p>
    <w:p>
      <w:r>
        <w:rPr>
          <w:b/>
        </w:rPr>
        <w:t xml:space="preserve">SPEAKER_02: </w:t>
      </w:r>
      <w:r>
        <w:t>Auch die Nasszellenanlieferung, Materialanlieferung für Subunternehmer, Material für Dachdecker.</w:t>
      </w:r>
    </w:p>
    <w:p>
      <w:r>
        <w:rPr>
          <w:b/>
        </w:rPr>
        <w:t xml:space="preserve">SPEAKER_02: </w:t>
      </w:r>
      <w:r>
        <w:t>Wenn du das Ding mal digital gebaut hast, als Modell, klick, klick, klick, wenn sich das Ding da zusammenfügt, kannst du nachher Listen rauslassen.</w:t>
      </w:r>
    </w:p>
    <w:p>
      <w:r>
        <w:rPr>
          <w:b/>
        </w:rPr>
        <w:t xml:space="preserve">SPEAKER_00: </w:t>
      </w:r>
      <w:r>
        <w:t>Genau, und ich hatte jetzt zu Stefan gesagt, es wäre halt mega cool, wenn wir jetzt wieder ein Daumenkino davon machen könnten, als PDF, so wie wir es damals hatten.</w:t>
      </w:r>
    </w:p>
    <w:p>
      <w:r>
        <w:rPr>
          <w:b/>
        </w:rPr>
        <w:t xml:space="preserve">SPEAKER_02: </w:t>
      </w:r>
      <w:r>
        <w:t>Ja, richtig, genau.</w:t>
      </w:r>
    </w:p>
    <w:p>
      <w:r>
        <w:rPr>
          <w:b/>
        </w:rPr>
        <w:t xml:space="preserve">SPEAKER_00: </w:t>
      </w:r>
      <w:r>
        <w:t>Ja, macht er nicht.</w:t>
      </w:r>
    </w:p>
    <w:p>
      <w:r>
        <w:rPr>
          <w:b/>
        </w:rPr>
        <w:t xml:space="preserve">SPEAKER_00: </w:t>
      </w:r>
      <w:r>
        <w:t>Da habe ich gesagt, ja komm, kann ich auch verstehen, macht echt viel Arbeit, weil es ist halt wichtig, dass wir dann auch darstellen, wo müssen wir Absturzsicherung machen, wann kommt was.</w:t>
      </w:r>
    </w:p>
    <w:p>
      <w:r>
        <w:rPr>
          <w:b/>
        </w:rPr>
        <w:t xml:space="preserve">SPEAKER_00: </w:t>
      </w:r>
      <w:r>
        <w:t>Also es ist wirklich so, wie wir es beim Hirtenweg haben.</w:t>
      </w:r>
    </w:p>
    <w:p>
      <w:r>
        <w:rPr>
          <w:b/>
        </w:rPr>
        <w:t xml:space="preserve">SPEAKER_00: </w:t>
      </w:r>
      <w:r>
        <w:t>Er will mal rumfragen, ob es vielleicht irgendwie Praktikanten gibt oder irgendjemand, der sowas, das ist ja stumpfsinniges, abarbeiten von seinem...</w:t>
      </w:r>
    </w:p>
    <w:p>
      <w:r>
        <w:rPr>
          <w:b/>
        </w:rPr>
        <w:t xml:space="preserve">SPEAKER_02: </w:t>
      </w:r>
      <w:r>
        <w:t>Ja, oder halt die Projektwerkstatt.</w:t>
      </w:r>
    </w:p>
    <w:p>
      <w:r>
        <w:rPr>
          <w:b/>
        </w:rPr>
        <w:t xml:space="preserve">SPEAKER_00: </w:t>
      </w:r>
      <w:r>
        <w:t>Oder eben die Projektwerkstatt.</w:t>
      </w:r>
    </w:p>
    <w:p>
      <w:r>
        <w:rPr>
          <w:b/>
        </w:rPr>
        <w:t xml:space="preserve">SPEAKER_02: </w:t>
      </w:r>
      <w:r>
        <w:t>Manchmal ist es ein Gebäudemodell und das wird das sicher so austauschen können.</w:t>
      </w:r>
    </w:p>
    <w:p>
      <w:r>
        <w:rPr>
          <w:b/>
        </w:rPr>
        <w:t xml:space="preserve">SPEAKER_02: </w:t>
      </w:r>
      <w:r>
        <w:t>Wir haben inzwischen einen guten Austausch zwischen CADWORK und Revit.</w:t>
      </w:r>
    </w:p>
    <w:p>
      <w:r>
        <w:rPr>
          <w:b/>
        </w:rPr>
        <w:t xml:space="preserve">SPEAKER_02: </w:t>
      </w:r>
      <w:r>
        <w:t>Dass du vielleicht das Ding übernehmen kannst und es fertig designen kannst.</w:t>
      </w:r>
    </w:p>
    <w:p>
      <w:r>
        <w:rPr>
          <w:b/>
        </w:rPr>
        <w:t xml:space="preserve">SPEAKER_02: </w:t>
      </w:r>
      <w:r>
        <w:t>Insbesondere für die ganze Gerüstthematik-Etappe.</w:t>
      </w:r>
    </w:p>
    <w:p>
      <w:r>
        <w:rPr>
          <w:b/>
        </w:rPr>
        <w:t xml:space="preserve">SPEAKER_02: </w:t>
      </w:r>
      <w:r>
        <w:t>Du modellierst ja auch das Gerüst selber.</w:t>
      </w:r>
    </w:p>
    <w:p>
      <w:r>
        <w:rPr>
          <w:b/>
        </w:rPr>
        <w:t xml:space="preserve">SPEAKER_00: </w:t>
      </w:r>
      <w:r>
        <w:t>Das haben wir schon mal gemacht.</w:t>
      </w:r>
    </w:p>
    <w:p>
      <w:r>
        <w:rPr>
          <w:b/>
        </w:rPr>
        <w:t xml:space="preserve">SPEAKER_02: </w:t>
      </w:r>
      <w:r>
        <w:t>Oder mit einem Seitenschutz, dass man die sicherheitsrelevanten Sachen und Arbeitsschritte auch drin hat.</w:t>
      </w:r>
    </w:p>
    <w:p>
      <w:r>
        <w:rPr>
          <w:b/>
        </w:rPr>
        <w:t xml:space="preserve">SPEAKER_00: </w:t>
      </w:r>
      <w:r>
        <w:t>Das müsste man nochmal mit Jerome besprechen, weil der hat das letztes Jahr für den Baustelleneinrichtungsplan das Gerüst angezeichnet und auch einen richtigen Gerüstplan gemacht.</w:t>
      </w:r>
    </w:p>
    <w:p>
      <w:r>
        <w:rPr>
          <w:b/>
        </w:rPr>
        <w:t xml:space="preserve">SPEAKER_02: </w:t>
      </w:r>
      <w:r>
        <w:t>Genau, aber dass man das eigentlich als Modell hier nehmen kann.</w:t>
      </w:r>
    </w:p>
    <w:p>
      <w:r>
        <w:rPr>
          <w:b/>
        </w:rPr>
        <w:t xml:space="preserve">SPEAKER_02: </w:t>
      </w:r>
      <w:r>
        <w:t>Und wenn Fritsche das nicht mehr machen kann, dann kriegt das sicher ein Hochbauzeichner da oben hin, dass er das hier nie modelliert und dann haben wir das Finalskonzept.</w:t>
      </w:r>
    </w:p>
    <w:p>
      <w:r>
        <w:rPr>
          <w:b/>
        </w:rPr>
        <w:t xml:space="preserve">SPEAKER_02: </w:t>
      </w:r>
      <w:r>
        <w:t>Also dann müssen wir schauen, dass wir das kriegen.</w:t>
      </w:r>
    </w:p>
    <w:p>
      <w:r>
        <w:rPr>
          <w:b/>
        </w:rPr>
        <w:t xml:space="preserve">SPEAKER_02: </w:t>
      </w:r>
      <w:r>
        <w:t>Wenn es Fritsche nicht machen kann, dann machen sie es hier oben.</w:t>
      </w:r>
    </w:p>
    <w:p>
      <w:r>
        <w:rPr>
          <w:b/>
        </w:rPr>
        <w:t xml:space="preserve">SPEAKER_02: </w:t>
      </w:r>
      <w:r>
        <w:t>Also irgendeiner macht es eben.</w:t>
      </w:r>
    </w:p>
    <w:p>
      <w:r>
        <w:rPr>
          <w:b/>
        </w:rPr>
        <w:t xml:space="preserve">SPEAKER_00: </w:t>
      </w:r>
      <w:r>
        <w:t>Ja, auf jeden Fall.</w:t>
      </w:r>
    </w:p>
    <w:p>
      <w:r>
        <w:rPr>
          <w:b/>
        </w:rPr>
        <w:t xml:space="preserve">SPEAKER_02: </w:t>
      </w:r>
      <w:r>
        <w:t>Genau.</w:t>
      </w:r>
    </w:p>
    <w:p>
      <w:r>
        <w:rPr>
          <w:b/>
        </w:rPr>
        <w:t xml:space="preserve">SPEAKER_03: </w:t>
      </w:r>
      <w:r>
        <w:t>Das müssen wir so durchsetzen.</w:t>
      </w:r>
    </w:p>
    <w:p>
      <w:r>
        <w:rPr>
          <w:b/>
        </w:rPr>
        <w:t xml:space="preserve">SPEAKER_01: </w:t>
      </w:r>
      <w:r>
        <w:t>Nebel ist auf einem guten Weg.</w:t>
      </w:r>
    </w:p>
    <w:p>
      <w:r>
        <w:rPr>
          <w:b/>
        </w:rPr>
        <w:t xml:space="preserve">SPEAKER_02: </w:t>
      </w:r>
      <w:r>
        <w:t>Macht Spass.</w:t>
      </w:r>
    </w:p>
    <w:p>
      <w:r>
        <w:rPr>
          <w:b/>
        </w:rPr>
        <w:t xml:space="preserve">SPEAKER_03: </w:t>
      </w:r>
      <w:r>
        <w:t>Dann...</w:t>
      </w:r>
    </w:p>
    <w:p>
      <w:r>
        <w:rPr>
          <w:b/>
        </w:rPr>
        <w:t xml:space="preserve">SPEAKER_00: </w:t>
      </w:r>
      <w:r>
        <w:t>Ja, das versteht halt auch wirklich jeder.</w:t>
      </w:r>
    </w:p>
    <w:p>
      <w:r>
        <w:rPr>
          <w:b/>
        </w:rPr>
        <w:t xml:space="preserve">SPEAKER_00: </w:t>
      </w:r>
      <w:r>
        <w:t>Eine Anlieferung über die Jungs auf der Baustelle, die können sich das sowieso meistens vorstellen, aber wenn du das dann nochmal durchgehst, fallen einem auch so viele Sachen auf.</w:t>
      </w:r>
    </w:p>
    <w:p>
      <w:r>
        <w:rPr>
          <w:b/>
        </w:rPr>
        <w:t xml:space="preserve">SPEAKER_02: </w:t>
      </w:r>
      <w:r>
        <w:t>Und dann hast du den kleinen Schritt, der elementar ist, dass du nachher nicht dort stehst und merkst, das geht gar nicht in dieser Reihe.</w:t>
      </w:r>
    </w:p>
    <w:p>
      <w:r>
        <w:rPr>
          <w:b/>
        </w:rPr>
        <w:t xml:space="preserve">SPEAKER_00: </w:t>
      </w:r>
      <w:r>
        <w:t>Es wird einfach schon einmal gebaut.</w:t>
      </w:r>
    </w:p>
    <w:p>
      <w:r>
        <w:rPr>
          <w:b/>
        </w:rPr>
        <w:t xml:space="preserve">SPEAKER_02: </w:t>
      </w:r>
      <w:r>
        <w:t>Ja, genau.</w:t>
      </w:r>
    </w:p>
    <w:p>
      <w:r>
        <w:rPr>
          <w:b/>
        </w:rPr>
        <w:t xml:space="preserve">SPEAKER_00: </w:t>
      </w:r>
      <w:r>
        <w:t>Nicht gut basierend daran.</w:t>
      </w:r>
    </w:p>
    <w:p>
      <w:r>
        <w:rPr>
          <w:b/>
        </w:rPr>
        <w:t xml:space="preserve">SPEAKER_02: </w:t>
      </w:r>
      <w:r>
        <w:t>Ja, sonst haben wir noch... Den Schattenfall Nachbarschaft haben wir noch aufgeschrieben.</w:t>
      </w:r>
    </w:p>
    <w:p>
      <w:r>
        <w:rPr>
          <w:b/>
        </w:rPr>
        <w:t xml:space="preserve">SPEAKER_02: </w:t>
      </w:r>
      <w:r>
        <w:t>Ihr geht heute mit dem, weil du gehst, so beide zusammen.</w:t>
      </w:r>
    </w:p>
    <w:p>
      <w:r>
        <w:rPr>
          <w:b/>
        </w:rPr>
        <w:t xml:space="preserve">SPEAKER_00: </w:t>
      </w:r>
      <w:r>
        <w:t>Ich muss ja früher los dann da, aber ich will den Solenthaler auch...</w:t>
      </w:r>
    </w:p>
    <w:p>
      <w:r>
        <w:rPr>
          <w:b/>
        </w:rPr>
        <w:t xml:space="preserve">SPEAKER_02: </w:t>
      </w:r>
      <w:r>
        <w:t>Wie hätte Solenthaler auf die E-Ladig reagiert?</w:t>
      </w:r>
    </w:p>
    <w:p>
      <w:r>
        <w:rPr>
          <w:b/>
        </w:rPr>
        <w:t xml:space="preserve">SPEAKER_00: </w:t>
      </w:r>
      <w:r>
        <w:t>Interessant.</w:t>
      </w:r>
    </w:p>
    <w:p>
      <w:r>
        <w:rPr>
          <w:b/>
        </w:rPr>
        <w:t xml:space="preserve">SPEAKER_00: </w:t>
      </w:r>
      <w:r>
        <w:t>Ja, ist doch gar nicht so richtig nötig.</w:t>
      </w:r>
    </w:p>
    <w:p>
      <w:r>
        <w:rPr>
          <w:b/>
        </w:rPr>
        <w:t xml:space="preserve">SPEAKER_00: </w:t>
      </w:r>
      <w:r>
        <w:t>Warum denn jetzt schon und wie und was und warum ist denn das so?</w:t>
      </w:r>
    </w:p>
    <w:p>
      <w:r>
        <w:rPr>
          <w:b/>
        </w:rPr>
        <w:t xml:space="preserve">SPEAKER_02: </w:t>
      </w:r>
      <w:r>
        <w:t>Okay, aber das ist schon mal sehr verdächtig.</w:t>
      </w:r>
    </w:p>
    <w:p>
      <w:r>
        <w:rPr>
          <w:b/>
        </w:rPr>
        <w:t xml:space="preserve">SPEAKER_00: </w:t>
      </w:r>
      <w:r>
        <w:t>Richtig verdächtig gewesen.</w:t>
      </w:r>
    </w:p>
    <w:p>
      <w:r>
        <w:rPr>
          <w:b/>
        </w:rPr>
        <w:t xml:space="preserve">SPEAKER_02: </w:t>
      </w:r>
      <w:r>
        <w:t>Vor allem hätte mir sicher nicht gepasst, dass jetzt ein Schatten-Experte mitkommt, oder?</w:t>
      </w:r>
    </w:p>
    <w:p>
      <w:r>
        <w:rPr>
          <w:b/>
        </w:rPr>
        <w:t xml:space="preserve">SPEAKER_02: </w:t>
      </w:r>
      <w:r>
        <w:t>Und dann sagt, Moment mal, der Riss ist viel älter.</w:t>
      </w:r>
    </w:p>
    <w:p>
      <w:r>
        <w:rPr>
          <w:b/>
        </w:rPr>
        <w:t xml:space="preserve">SPEAKER_03: </w:t>
      </w:r>
      <w:r>
        <w:t>Vor allem, was mich halt gewundert hat, war, dass da so drauf eingegangen ist, dass es eigentlich ja total unnötig wäre, die Wohnung von den anderen anzugucken, wo gerade ein Rissprotokoll gemacht worden ist.</w:t>
      </w:r>
    </w:p>
    <w:p>
      <w:r>
        <w:rPr>
          <w:b/>
        </w:rPr>
        <w:t xml:space="preserve">SPEAKER_03: </w:t>
      </w:r>
      <w:r>
        <w:t>Aber gerade, wo nicht</w:t>
      </w:r>
    </w:p>
    <w:p>
      <w:r>
        <w:rPr>
          <w:b/>
        </w:rPr>
        <w:t xml:space="preserve">SPEAKER_03: </w:t>
      </w:r>
      <w:r>
        <w:t>Wo vorher keine Aufzeichnungen gemacht worden sind.</w:t>
      </w:r>
    </w:p>
    <w:p>
      <w:r>
        <w:rPr>
          <w:b/>
        </w:rPr>
        <w:t xml:space="preserve">SPEAKER_03: </w:t>
      </w:r>
      <w:r>
        <w:t>Aber das ist doch das, wofür wir den Gutachter brauchen.</w:t>
      </w:r>
    </w:p>
    <w:p>
      <w:r>
        <w:rPr>
          <w:b/>
        </w:rPr>
        <w:t xml:space="preserve">SPEAKER_03: </w:t>
      </w:r>
      <w:r>
        <w:t>Weil der kann es beurteilen.</w:t>
      </w:r>
    </w:p>
    <w:p>
      <w:r>
        <w:rPr>
          <w:b/>
        </w:rPr>
        <w:t xml:space="preserve">SPEAKER_00: </w:t>
      </w:r>
      <w:r>
        <w:t>Ja, und was hat er... Also...</w:t>
      </w:r>
    </w:p>
    <w:p>
      <w:r>
        <w:rPr>
          <w:b/>
        </w:rPr>
        <w:t xml:space="preserve">SPEAKER_00: </w:t>
      </w:r>
      <w:r>
        <w:t>Genau.</w:t>
      </w:r>
    </w:p>
    <w:p>
      <w:r>
        <w:rPr>
          <w:b/>
        </w:rPr>
        <w:t xml:space="preserve">SPEAKER_00: </w:t>
      </w:r>
      <w:r>
        <w:t>Danke für Ihre E-Mail und die Terminvorschläge.</w:t>
      </w:r>
    </w:p>
    <w:p>
      <w:r>
        <w:rPr>
          <w:b/>
        </w:rPr>
        <w:t xml:space="preserve">SPEAKER_00: </w:t>
      </w:r>
      <w:r>
        <w:t>Erster Termin geht nicht, zweiter geht.</w:t>
      </w:r>
    </w:p>
    <w:p>
      <w:r>
        <w:rPr>
          <w:b/>
        </w:rPr>
        <w:t xml:space="preserve">SPEAKER_00: </w:t>
      </w:r>
      <w:r>
        <w:t>Präzisierung.</w:t>
      </w:r>
    </w:p>
    <w:p>
      <w:r>
        <w:rPr>
          <w:b/>
        </w:rPr>
        <w:t xml:space="preserve">SPEAKER_00: </w:t>
      </w:r>
      <w:r>
        <w:t>Als Verwalter bin ich für die äußeren und statischen Bereiche zuständig, aber nicht für allfällige Risse, Schäden im Innenputz und dergleichen.</w:t>
      </w:r>
    </w:p>
    <w:p>
      <w:r>
        <w:rPr>
          <w:b/>
        </w:rPr>
        <w:t xml:space="preserve">SPEAKER_00: </w:t>
      </w:r>
      <w:r>
        <w:t>Er hat uns ja aber welche gemeldet und zwar aus seiner Wohnung.</w:t>
      </w:r>
    </w:p>
    <w:p>
      <w:r>
        <w:rPr>
          <w:b/>
        </w:rPr>
        <w:t xml:space="preserve">SPEAKER_00: </w:t>
      </w:r>
      <w:r>
        <w:t>Und das Wohnungsinnere liegt fast gänzlich im Zuständigkeitsbereich des jeweiligen Eigentümers.</w:t>
      </w:r>
    </w:p>
    <w:p>
      <w:r>
        <w:rPr>
          <w:b/>
        </w:rPr>
        <w:t xml:space="preserve">SPEAKER_00: </w:t>
      </w:r>
      <w:r>
        <w:t>Jo.</w:t>
      </w:r>
    </w:p>
    <w:p>
      <w:r>
        <w:rPr>
          <w:b/>
        </w:rPr>
        <w:t xml:space="preserve">SPEAKER_02: </w:t>
      </w:r>
      <w:r>
        <w:t>Aber wenn der nichts anmeldet, dann können wir mit dem nicht reden, oder?</w:t>
      </w:r>
    </w:p>
    <w:p>
      <w:r>
        <w:rPr>
          <w:b/>
        </w:rPr>
        <w:t xml:space="preserve">SPEAKER_02: </w:t>
      </w:r>
      <w:r>
        <w:t>Richtig.</w:t>
      </w:r>
    </w:p>
    <w:p>
      <w:r>
        <w:rPr>
          <w:b/>
        </w:rPr>
        <w:t xml:space="preserve">SPEAKER_02: </w:t>
      </w:r>
      <w:r>
        <w:t>Dann würden wir alles ignorieren, was wir jetzt über ihn gehört haben, was nicht in seiner Zuständigkeit liegt.</w:t>
      </w:r>
    </w:p>
    <w:p>
      <w:r>
        <w:rPr>
          <w:b/>
        </w:rPr>
        <w:t xml:space="preserve">SPEAKER_02: </w:t>
      </w:r>
      <w:r>
        <w:t>Wenn er fremde Wohnungen anmeldet, dann haben wir das nicht gekriegt.</w:t>
      </w:r>
    </w:p>
    <w:p>
      <w:r>
        <w:rPr>
          <w:b/>
        </w:rPr>
        <w:t xml:space="preserve">SPEAKER_02: </w:t>
      </w:r>
      <w:r>
        <w:t>Er muss sich einfach entscheiden.</w:t>
      </w:r>
    </w:p>
    <w:p>
      <w:r>
        <w:rPr>
          <w:b/>
        </w:rPr>
        <w:t xml:space="preserve">SPEAKER_02: </w:t>
      </w:r>
      <w:r>
        <w:t>Hat er aber nicht in seinen Mails gesagt, er koordiniert für alle anderen?</w:t>
      </w:r>
    </w:p>
    <w:p>
      <w:r>
        <w:rPr>
          <w:b/>
        </w:rPr>
        <w:t xml:space="preserve">SPEAKER_02: </w:t>
      </w:r>
      <w:r>
        <w:t>In den ersten Mails.</w:t>
      </w:r>
    </w:p>
    <w:p>
      <w:r>
        <w:rPr>
          <w:b/>
        </w:rPr>
        <w:t xml:space="preserve">SPEAKER_02: </w:t>
      </w:r>
      <w:r>
        <w:t>In den ersten Mails hat er was geschrieben, dass er koordinativ als Ansprechpartner dient.</w:t>
      </w:r>
    </w:p>
    <w:p>
      <w:r>
        <w:rPr>
          <w:b/>
        </w:rPr>
        <w:t xml:space="preserve">SPEAKER_00: </w:t>
      </w:r>
      <w:r>
        <w:t>Ich als Verwalter würde allenfalls koordinative Aufgaben übernehmen.</w:t>
      </w:r>
    </w:p>
    <w:p>
      <w:r>
        <w:rPr>
          <w:b/>
        </w:rPr>
        <w:t xml:space="preserve">SPEAKER_00: </w:t>
      </w:r>
      <w:r>
        <w:t>Meine Schadensmitteilungen bezogen sich vom 27.04. äußere Zugangsbereiche der Wohnung 40 Keller sowie Bad bei Solenthaler sowie meine Mail vom 23.04. weitergeleitete Anstoß E-Mail von Sonja Hammer.</w:t>
      </w:r>
    </w:p>
    <w:p>
      <w:r>
        <w:rPr>
          <w:b/>
        </w:rPr>
        <w:t xml:space="preserve">SPEAKER_00: </w:t>
      </w:r>
      <w:r>
        <w:t>Bei dieser Wohnung wurde als einzige mit der Zustandsaufnahme vor Baubeginn Absprache in der Eigentumswirtschaft gemacht.</w:t>
      </w:r>
    </w:p>
    <w:p>
      <w:r>
        <w:rPr>
          <w:b/>
        </w:rPr>
        <w:t xml:space="preserve">SPEAKER_00: </w:t>
      </w:r>
      <w:r>
        <w:t>Genau.</w:t>
      </w:r>
    </w:p>
    <w:p>
      <w:r>
        <w:rPr>
          <w:b/>
        </w:rPr>
        <w:t xml:space="preserve">SPEAKER_00: </w:t>
      </w:r>
      <w:r>
        <w:t>Äußere Fassade am 19.05.</w:t>
      </w:r>
    </w:p>
    <w:p>
      <w:r>
        <w:rPr>
          <w:b/>
        </w:rPr>
        <w:t xml:space="preserve">SPEAKER_00: </w:t>
      </w:r>
      <w:r>
        <w:t>Äußere Fassade nur vor Wohnung 40.</w:t>
      </w:r>
    </w:p>
    <w:p>
      <w:r>
        <w:rPr>
          <w:b/>
        </w:rPr>
        <w:t xml:space="preserve">SPEAKER_00: </w:t>
      </w:r>
      <w:r>
        <w:t>Dahinter liegende äußere Wohnzimmerecke von 40 cm.</w:t>
      </w:r>
    </w:p>
    <w:p>
      <w:r>
        <w:rPr>
          <w:b/>
        </w:rPr>
        <w:t xml:space="preserve">SPEAKER_00: </w:t>
      </w:r>
      <w:r>
        <w:t>Er schreibt auch so diffus.</w:t>
      </w:r>
    </w:p>
    <w:p>
      <w:r>
        <w:rPr>
          <w:b/>
        </w:rPr>
        <w:t xml:space="preserve">SPEAKER_00: </w:t>
      </w:r>
      <w:r>
        <w:t>Äußere Wohnzimmerecke von 40 versus Verfärbung durch Durchfeuchtung an Lehmputz-Ecke.</w:t>
      </w:r>
    </w:p>
    <w:p>
      <w:r>
        <w:rPr>
          <w:b/>
        </w:rPr>
        <w:t xml:space="preserve">SPEAKER_00: </w:t>
      </w:r>
      <w:r>
        <w:t>Junge, lass uns einfach da rein.</w:t>
      </w:r>
    </w:p>
    <w:p>
      <w:r>
        <w:rPr>
          <w:b/>
        </w:rPr>
        <w:t xml:space="preserve">SPEAKER_00: </w:t>
      </w:r>
      <w:r>
        <w:t>Wir gucken es uns an und dann ist gut.</w:t>
      </w:r>
    </w:p>
    <w:p>
      <w:r>
        <w:rPr>
          <w:b/>
        </w:rPr>
        <w:t xml:space="preserve">SPEAKER_00: </w:t>
      </w:r>
      <w:r>
        <w:t>Das macht mich wahnsinnig.</w:t>
      </w:r>
    </w:p>
    <w:p>
      <w:r>
        <w:rPr>
          <w:b/>
        </w:rPr>
        <w:t xml:space="preserve">SPEAKER_00: </w:t>
      </w:r>
      <w:r>
        <w:t>Ich muss mal ins Toilette.</w:t>
      </w:r>
    </w:p>
    <w:p>
      <w:r>
        <w:rPr>
          <w:b/>
        </w:rPr>
        <w:t xml:space="preserve">SPEAKER_03: </w:t>
      </w:r>
      <w:r>
        <w:t>Hab ich auch mal gespannt, was das für ein Typ ist.</w:t>
      </w:r>
    </w:p>
    <w:p>
      <w:r>
        <w:rPr>
          <w:b/>
        </w:rPr>
        <w:t xml:space="preserve">SPEAKER_02: </w:t>
      </w:r>
      <w:r>
        <w:t>Ja, ich glaube, der probiert es einfach, oder?</w:t>
      </w:r>
    </w:p>
    <w:p>
      <w:r>
        <w:rPr>
          <w:b/>
        </w:rPr>
        <w:t xml:space="preserve">SPEAKER_02: </w:t>
      </w:r>
      <w:r>
        <w:t>Und jetzt merkt er natürlich, oh, wenn ich das zu einem professionell anschaue, dann kann es peinlich werden.</w:t>
      </w:r>
    </w:p>
    <w:p>
      <w:r>
        <w:rPr>
          <w:b/>
        </w:rPr>
        <w:t xml:space="preserve">SPEAKER_03: </w:t>
      </w:r>
      <w:r>
        <w:t>Ich finde es gut, wenn es peinlich wird für ihn.</w:t>
      </w:r>
    </w:p>
    <w:p>
      <w:r>
        <w:rPr>
          <w:b/>
        </w:rPr>
        <w:t xml:space="preserve">SPEAKER_03: </w:t>
      </w:r>
      <w:r>
        <w:t>Eigentlich schon.</w:t>
      </w:r>
    </w:p>
    <w:p>
      <w:r>
        <w:rPr>
          <w:b/>
        </w:rPr>
        <w:t xml:space="preserve">SPEAKER_03: </w:t>
      </w:r>
      <w:r>
        <w:t>Wobei, wenn man ihn vielleicht in die Ecke drängt, ist ja auch nicht so gut.</w:t>
      </w:r>
    </w:p>
    <w:p>
      <w:r>
        <w:rPr>
          <w:b/>
        </w:rPr>
        <w:t xml:space="preserve">SPEAKER_03: </w:t>
      </w:r>
      <w:r>
        <w:t>Ist ja auch nicht gut, ja.</w:t>
      </w:r>
    </w:p>
    <w:p>
      <w:r>
        <w:rPr>
          <w:b/>
        </w:rPr>
        <w:t xml:space="preserve">SPEAKER_03: </w:t>
      </w:r>
      <w:r>
        <w:t>Aber ich fand es einfach so lustig, dass er sich selbst auch als Experten dafür zur Verfügung stellt.</w:t>
      </w:r>
    </w:p>
    <w:p>
      <w:r>
        <w:rPr>
          <w:b/>
        </w:rPr>
        <w:t xml:space="preserve">SPEAKER_03: </w:t>
      </w:r>
      <w:r>
        <w:t>Also am Ende der Mail schreibt er so, ja, wir brauchen den eigentlich ja gar nicht, weil ich bin ja der Experte.</w:t>
      </w:r>
    </w:p>
    <w:p>
      <w:r>
        <w:rPr>
          <w:b/>
        </w:rPr>
        <w:t xml:space="preserve">SPEAKER_03: </w:t>
      </w:r>
      <w:r>
        <w:t>Also so im Kontext.</w:t>
      </w:r>
    </w:p>
    <w:p>
      <w:r>
        <w:rPr>
          <w:b/>
        </w:rPr>
        <w:t xml:space="preserve">SPEAKER_03: </w:t>
      </w:r>
      <w:r>
        <w:t>Das fand ich ein bisschen komisch und vor allem sagt er halt, ja, wir können jetzt halt nur seine Wohnung angucken, die von den Mietern würde er jetzt noch nicht mit angucken.</w:t>
      </w:r>
    </w:p>
    <w:p>
      <w:r>
        <w:rPr>
          <w:b/>
        </w:rPr>
        <w:t xml:space="preserve">SPEAKER_03: </w:t>
      </w:r>
      <w:r>
        <w:t>Und vor allem auch die, wo es keine Voraufzählung gibt, sagt er, es ergibt ja keinen Sinn, die anzugucken, aber</w:t>
      </w:r>
    </w:p>
    <w:p>
      <w:r>
        <w:rPr>
          <w:b/>
        </w:rPr>
        <w:t xml:space="preserve">SPEAKER_03: </w:t>
      </w:r>
      <w:r>
        <w:t>Dachte er, aber gerade bei der geht es doch Sinn, weil wir da ja von einem Experten beurteilen lassen müssen, ob die Risse durch den Bau verursacht worden sein könnten oder ob die schon vorher da gewesen sind.</w:t>
      </w:r>
    </w:p>
    <w:p>
      <w:r>
        <w:rPr>
          <w:b/>
        </w:rPr>
        <w:t xml:space="preserve">SPEAKER_03: </w:t>
      </w:r>
      <w:r>
        <w:t>Dafür brauchen wir einen Experten, weil wir einfach gar keine Aufzeichnung haben.</w:t>
      </w:r>
    </w:p>
    <w:p>
      <w:r>
        <w:rPr>
          <w:b/>
        </w:rPr>
        <w:t xml:space="preserve">SPEAKER_03: </w:t>
      </w:r>
      <w:r>
        <w:t>Gut, mal abwarten.</w:t>
      </w:r>
    </w:p>
    <w:p>
      <w:r>
        <w:rPr>
          <w:b/>
        </w:rPr>
        <w:t xml:space="preserve">SPEAKER_02: </w:t>
      </w:r>
      <w:r>
        <w:t>Vielleicht kann der Markus ich da das Ganze ein bisschen besänftigen.</w:t>
      </w:r>
    </w:p>
    <w:p>
      <w:r>
        <w:rPr>
          <w:b/>
        </w:rPr>
        <w:t xml:space="preserve">SPEAKER_02: </w:t>
      </w:r>
      <w:r>
        <w:t>Ja, das glaube ich auch.</w:t>
      </w:r>
    </w:p>
    <w:p>
      <w:r>
        <w:rPr>
          <w:b/>
        </w:rPr>
        <w:t xml:space="preserve">SPEAKER_02: </w:t>
      </w:r>
      <w:r>
        <w:t>Genau.</w:t>
      </w:r>
    </w:p>
    <w:p>
      <w:r>
        <w:rPr>
          <w:b/>
        </w:rPr>
        <w:t xml:space="preserve">SPEAKER_02: </w:t>
      </w:r>
      <w:r>
        <w:t>Das ist einfach gut.</w:t>
      </w:r>
    </w:p>
    <w:p>
      <w:r>
        <w:rPr>
          <w:b/>
        </w:rPr>
        <w:t xml:space="preserve">SPEAKER_02: </w:t>
      </w:r>
      <w:r>
        <w:t>Eindruck gemacht.</w:t>
      </w:r>
    </w:p>
    <w:p>
      <w:r>
        <w:rPr>
          <w:b/>
        </w:rPr>
        <w:t xml:space="preserve">SPEAKER_02: </w:t>
      </w:r>
      <w:r>
        <w:t>Gut dokumentieren, Bilder machen, gute Notizen.</w:t>
      </w:r>
    </w:p>
    <w:p>
      <w:r>
        <w:rPr>
          <w:b/>
        </w:rPr>
        <w:t xml:space="preserve">SPEAKER_02: </w:t>
      </w:r>
      <w:r>
        <w:t>Markus, kennst du ihn?</w:t>
      </w:r>
    </w:p>
    <w:p>
      <w:r>
        <w:rPr>
          <w:b/>
        </w:rPr>
        <w:t xml:space="preserve">SPEAKER_02: </w:t>
      </w:r>
      <w:r>
        <w:t>Du kennst ihn noch nicht.</w:t>
      </w:r>
    </w:p>
    <w:p>
      <w:r>
        <w:rPr>
          <w:b/>
        </w:rPr>
        <w:t xml:space="preserve">SPEAKER_02: </w:t>
      </w:r>
      <w:r>
        <w:t>Wir haben uns ja nur einmal kurz gesehen in dem Teamstermin, den wir hatten vor vier, fünf Wochen.</w:t>
      </w:r>
    </w:p>
    <w:p>
      <w:r>
        <w:rPr>
          <w:b/>
        </w:rPr>
        <w:t xml:space="preserve">SPEAKER_02: </w:t>
      </w:r>
      <w:r>
        <w:t>Wir haben schon ein paar Mal Sitzungen gehabt, also bei anderen Baustellen schon gehabt, wo er sich um Schadenfälle gekümmert hat.</w:t>
      </w:r>
    </w:p>
    <w:p>
      <w:r>
        <w:rPr>
          <w:b/>
        </w:rPr>
        <w:t xml:space="preserve">SPEAKER_02: </w:t>
      </w:r>
      <w:r>
        <w:t>Der macht das super.</w:t>
      </w:r>
    </w:p>
    <w:p>
      <w:r>
        <w:rPr>
          <w:b/>
        </w:rPr>
        <w:t xml:space="preserve">SPEAKER_02: </w:t>
      </w:r>
      <w:r>
        <w:t>Der macht super Dokumentationen und kümmert sich darum.</w:t>
      </w:r>
    </w:p>
    <w:p>
      <w:r>
        <w:rPr>
          <w:b/>
        </w:rPr>
        <w:t xml:space="preserve">SPEAKER_02: </w:t>
      </w:r>
      <w:r>
        <w:t>Also sehr zuverlässig.</w:t>
      </w:r>
    </w:p>
    <w:p>
      <w:r>
        <w:rPr>
          <w:b/>
        </w:rPr>
        <w:t xml:space="preserve">SPEAKER_02: </w:t>
      </w:r>
      <w:r>
        <w:t>Aber du musst mit ihm abstimmen, welchen Teil wir übernehmen und welchen Teil er sich darum kümmert.</w:t>
      </w:r>
    </w:p>
    <w:p>
      <w:r>
        <w:rPr>
          <w:b/>
        </w:rPr>
        <w:t xml:space="preserve">SPEAKER_01: </w:t>
      </w:r>
      <w:r>
        <w:t>Dann ist das gut, ja.</w:t>
      </w:r>
    </w:p>
    <w:p>
      <w:r>
        <w:rPr>
          <w:b/>
        </w:rPr>
        <w:t xml:space="preserve">SPEAKER_02: </w:t>
      </w:r>
      <w:r>
        <w:t>Sehr schön.</w:t>
      </w:r>
    </w:p>
    <w:p>
      <w:r>
        <w:rPr>
          <w:b/>
        </w:rPr>
        <w:t xml:space="preserve">SPEAKER_00: </w:t>
      </w:r>
      <w:r>
        <w:t>Alles gut.</w:t>
      </w:r>
    </w:p>
    <w:p>
      <w:r>
        <w:rPr>
          <w:b/>
        </w:rPr>
        <w:t xml:space="preserve">SPEAKER_00: </w:t>
      </w:r>
      <w:r>
        <w:t>Das haben die beiden gemacht?</w:t>
      </w:r>
    </w:p>
    <w:p>
      <w:r>
        <w:rPr>
          <w:b/>
        </w:rPr>
        <w:t xml:space="preserve">SPEAKER_02: </w:t>
      </w:r>
      <w:r>
        <w:t>Ja, nur über Markus Iff haben wir noch kurz geredet.</w:t>
      </w:r>
    </w:p>
    <w:p>
      <w:r>
        <w:rPr>
          <w:b/>
        </w:rPr>
        <w:t xml:space="preserve">SPEAKER_00: </w:t>
      </w:r>
      <w:r>
        <w:t>Der ist super, den versteht man zwar manchmal schlecht, aber der weiss, was er tut.</w:t>
      </w:r>
    </w:p>
    <w:p>
      <w:r>
        <w:rPr>
          <w:b/>
        </w:rPr>
        <w:t xml:space="preserve">SPEAKER_00: </w:t>
      </w:r>
      <w:r>
        <w:t>Der soll den mal ein bisschen einnorden.</w:t>
      </w:r>
    </w:p>
    <w:p>
      <w:r>
        <w:rPr>
          <w:b/>
        </w:rPr>
        <w:t xml:space="preserve">SPEAKER_00: </w:t>
      </w:r>
      <w:r>
        <w:t>Genau.</w:t>
      </w:r>
    </w:p>
    <w:p>
      <w:r>
        <w:rPr>
          <w:b/>
        </w:rPr>
        <w:t xml:space="preserve">SPEAKER_00: </w:t>
      </w:r>
      <w:r>
        <w:t>Das setzen wir jetzt mal drauf.</w:t>
      </w:r>
    </w:p>
    <w:p>
      <w:r>
        <w:rPr>
          <w:b/>
        </w:rPr>
        <w:t xml:space="preserve">SPEAKER_03: </w:t>
      </w:r>
      <w:r>
        <w:t>Das meinte ich gerade eben noch, dass er hier auch geschrieben hat, so allenfalls könnte er auch eine Vorbeurteilung für die Eigentümer machen und brauchen wir eigentlich gar keinen Schaden.</w:t>
      </w:r>
    </w:p>
    <w:p>
      <w:r>
        <w:rPr>
          <w:b/>
        </w:rPr>
        <w:t xml:space="preserve">SPEAKER_00: </w:t>
      </w:r>
      <w:r>
        <w:t>Achso, ja, ja, genau.</w:t>
      </w:r>
    </w:p>
    <w:p>
      <w:r>
        <w:rPr>
          <w:b/>
        </w:rPr>
        <w:t xml:space="preserve">SPEAKER_03: </w:t>
      </w:r>
      <w:r>
        <w:t>Ja, gut.</w:t>
      </w:r>
    </w:p>
    <w:p>
      <w:r>
        <w:rPr>
          <w:b/>
        </w:rPr>
        <w:t xml:space="preserve">SPEAKER_00: </w:t>
      </w:r>
      <w:r>
        <w:t>Ja, er hat die Weisheit halt mit Löffeln gegessen.</w:t>
      </w:r>
    </w:p>
    <w:p>
      <w:r>
        <w:rPr>
          <w:b/>
        </w:rPr>
        <w:t xml:space="preserve">SPEAKER_03: </w:t>
      </w:r>
      <w:r>
        <w:t>Auch so.</w:t>
      </w:r>
    </w:p>
    <w:p>
      <w:r>
        <w:rPr>
          <w:b/>
        </w:rPr>
        <w:t xml:space="preserve">SPEAKER_00: </w:t>
      </w:r>
      <w:r>
        <w:t>Ja, deswegen, ich will ihn jetzt mal kennenlernen, das interessiert mich auch mal so.</w:t>
      </w:r>
    </w:p>
    <w:p>
      <w:r>
        <w:rPr>
          <w:b/>
        </w:rPr>
        <w:t xml:space="preserve">SPEAKER_00: </w:t>
      </w:r>
      <w:r>
        <w:t>Und dann sollte Markus den halt ansehen.</w:t>
      </w:r>
    </w:p>
    <w:p>
      <w:r>
        <w:rPr>
          <w:b/>
        </w:rPr>
        <w:t xml:space="preserve">SPEAKER_02: </w:t>
      </w:r>
      <w:r>
        <w:t>Wie hast du dich mit Clemens Moser da geeinigt?</w:t>
      </w:r>
    </w:p>
    <w:p>
      <w:r>
        <w:rPr>
          <w:b/>
        </w:rPr>
        <w:t xml:space="preserve">SPEAKER_00: </w:t>
      </w:r>
      <w:r>
        <w:t>Noch gar nicht.</w:t>
      </w:r>
    </w:p>
    <w:p>
      <w:r>
        <w:rPr>
          <w:b/>
        </w:rPr>
        <w:t xml:space="preserve">SPEAKER_00: </w:t>
      </w:r>
      <w:r>
        <w:t>Ich muss hier mal antworten.</w:t>
      </w:r>
    </w:p>
    <w:p>
      <w:r>
        <w:rPr>
          <w:b/>
        </w:rPr>
        <w:t xml:space="preserve">SPEAKER_02: </w:t>
      </w:r>
      <w:r>
        <w:t>Hast du ihn zurückgeschrieben?</w:t>
      </w:r>
    </w:p>
    <w:p>
      <w:r>
        <w:rPr>
          <w:b/>
        </w:rPr>
        <w:t xml:space="preserve">SPEAKER_00: </w:t>
      </w:r>
      <w:r>
        <w:t>Ich hatte ihn zurückgeschrieben.</w:t>
      </w:r>
    </w:p>
    <w:p>
      <w:r>
        <w:rPr>
          <w:b/>
        </w:rPr>
        <w:t xml:space="preserve">SPEAKER_00: </w:t>
      </w:r>
      <w:r>
        <w:t>Da hat er grundsätzlich gemeint, das ist in Ordnung.</w:t>
      </w:r>
    </w:p>
    <w:p>
      <w:r>
        <w:rPr>
          <w:b/>
        </w:rPr>
        <w:t xml:space="preserve">SPEAKER_00: </w:t>
      </w:r>
      <w:r>
        <w:t>Wie wir es denn jetzt dann machen mit den Anpassungen.</w:t>
      </w:r>
    </w:p>
    <w:p>
      <w:r>
        <w:rPr>
          <w:b/>
        </w:rPr>
        <w:t xml:space="preserve">SPEAKER_02: </w:t>
      </w:r>
      <w:r>
        <w:t>Dann gibt es halt einfach nochmal irgendeinen Rechner.</w:t>
      </w:r>
    </w:p>
    <w:p>
      <w:r>
        <w:rPr>
          <w:b/>
        </w:rPr>
        <w:t xml:space="preserve">SPEAKER_00: </w:t>
      </w:r>
      <w:r>
        <w:t>Er testet ja jetzt gerade noch.</w:t>
      </w:r>
    </w:p>
    <w:p>
      <w:r>
        <w:rPr>
          <w:b/>
        </w:rPr>
        <w:t xml:space="preserve">SPEAKER_00: </w:t>
      </w:r>
      <w:r>
        <w:t>Und die letzte Rechnung habe ich ja komplett abgewiesen.</w:t>
      </w:r>
    </w:p>
    <w:p>
      <w:r>
        <w:rPr>
          <w:b/>
        </w:rPr>
        <w:t xml:space="preserve">SPEAKER_00: </w:t>
      </w:r>
      <w:r>
        <w:t>Weil da wäre er helllos überbezahlt gelesen.</w:t>
      </w:r>
    </w:p>
    <w:p>
      <w:r>
        <w:rPr>
          <w:b/>
        </w:rPr>
        <w:t xml:space="preserve">SPEAKER_00: </w:t>
      </w:r>
      <w:r>
        <w:t>Jetzt muss ich es nochmal gegenüberstellen.</w:t>
      </w:r>
    </w:p>
    <w:p>
      <w:r>
        <w:rPr>
          <w:b/>
        </w:rPr>
        <w:t xml:space="preserve">SPEAKER_00: </w:t>
      </w:r>
      <w:r>
        <w:t>Ich glaube jetzt, wenn er noch ein bisschen was macht,</w:t>
      </w:r>
    </w:p>
    <w:p>
      <w:r>
        <w:rPr>
          <w:b/>
        </w:rPr>
        <w:t xml:space="preserve">SPEAKER_00: </w:t>
      </w:r>
      <w:r>
        <w:t>dann sind wir quitt.</w:t>
      </w:r>
    </w:p>
    <w:p>
      <w:r>
        <w:rPr>
          <w:b/>
        </w:rPr>
        <w:t xml:space="preserve">SPEAKER_00: </w:t>
      </w:r>
      <w:r>
        <w:t>Aber das muss ich noch mal genau ausrechnen.</w:t>
      </w:r>
    </w:p>
    <w:p>
      <w:r>
        <w:rPr>
          <w:b/>
        </w:rPr>
        <w:t xml:space="preserve">SPEAKER_00: </w:t>
      </w:r>
      <w:r>
        <w:t>Das ist dann okay.</w:t>
      </w:r>
    </w:p>
    <w:p>
      <w:r>
        <w:rPr>
          <w:b/>
        </w:rPr>
        <w:t xml:space="preserve">SPEAKER_00: </w:t>
      </w:r>
      <w:r>
        <w:t>140 Franken sind wir jetzt ausgegeben.</w:t>
      </w:r>
    </w:p>
    <w:p>
      <w:r>
        <w:rPr>
          <w:b/>
        </w:rPr>
        <w:t xml:space="preserve">SPEAKER_03: </w:t>
      </w:r>
      <w:r>
        <w:t>Da gab es eine... Ich habe den Mailverkehr gelesen, was er da geschrieben hatte.</w:t>
      </w:r>
    </w:p>
    <w:p>
      <w:r>
        <w:rPr>
          <w:b/>
        </w:rPr>
        <w:t xml:space="preserve">SPEAKER_00: </w:t>
      </w:r>
      <w:r>
        <w:t>Ja, sonst, wie gesagt, mit den Fenstern und Türen, das ist ganz gut auf dem Weg.</w:t>
      </w:r>
    </w:p>
    <w:p>
      <w:r>
        <w:rPr>
          <w:b/>
        </w:rPr>
        <w:t xml:space="preserve">SPEAKER_02: </w:t>
      </w:r>
      <w:r>
        <w:t>Ja, da habe ich dann auch nochmal drüber hingeschaut und dann das kontrolliert, korrekt gemacht, dass es an dem Fuss steht.</w:t>
      </w:r>
    </w:p>
    <w:p>
      <w:r>
        <w:rPr>
          <w:b/>
        </w:rPr>
        <w:t xml:space="preserve">SPEAKER_00: </w:t>
      </w:r>
      <w:r>
        <w:t>Ja, da würde ich sagen, da vertraue ich tatsächlich auch mehr hier eigentlich auf Stefan.</w:t>
      </w:r>
    </w:p>
    <w:p>
      <w:r>
        <w:rPr>
          <w:b/>
        </w:rPr>
        <w:t xml:space="preserve">SPEAKER_02: </w:t>
      </w:r>
      <w:r>
        <w:t>Okay.</w:t>
      </w:r>
    </w:p>
    <w:p>
      <w:r>
        <w:rPr>
          <w:b/>
        </w:rPr>
        <w:t xml:space="preserve">SPEAKER_00: </w:t>
      </w:r>
      <w:r>
        <w:t>Dass das auch wirklich dann zum Holzbau passt, weil das ist eine Architektur.</w:t>
      </w:r>
    </w:p>
    <w:p>
      <w:r>
        <w:rPr>
          <w:b/>
        </w:rPr>
        <w:t xml:space="preserve">SPEAKER_02: </w:t>
      </w:r>
      <w:r>
        <w:t>Das ist schon so.</w:t>
      </w:r>
    </w:p>
    <w:p>
      <w:r>
        <w:rPr>
          <w:b/>
        </w:rPr>
        <w:t xml:space="preserve">SPEAKER_02: </w:t>
      </w:r>
      <w:r>
        <w:t>Wir können auch erst davor schauen, dass...</w:t>
      </w:r>
    </w:p>
    <w:p>
      <w:r>
        <w:rPr>
          <w:b/>
        </w:rPr>
        <w:t xml:space="preserve">SPEAKER_00: </w:t>
      </w:r>
      <w:r>
        <w:t>Wir haben jetzt keine Masse kontrolliert oder so.</w:t>
      </w:r>
    </w:p>
    <w:p>
      <w:r>
        <w:rPr>
          <w:b/>
        </w:rPr>
        <w:t xml:space="preserve">SPEAKER_02: </w:t>
      </w:r>
      <w:r>
        <w:t>Masse ist das eine, aber vielleicht sind es Qualitäten, die man fordert, Farben.</w:t>
      </w:r>
    </w:p>
    <w:p>
      <w:r>
        <w:rPr>
          <w:b/>
        </w:rPr>
        <w:t xml:space="preserve">SPEAKER_02: </w:t>
      </w:r>
      <w:r>
        <w:t>Ja, so ein bisschen die Sachen, die man gerade sieht.</w:t>
      </w:r>
    </w:p>
    <w:p>
      <w:r>
        <w:rPr>
          <w:b/>
        </w:rPr>
        <w:t xml:space="preserve">SPEAKER_02: </w:t>
      </w:r>
      <w:r>
        <w:t>Schadet nicht.</w:t>
      </w:r>
    </w:p>
    <w:p>
      <w:r>
        <w:rPr>
          <w:b/>
        </w:rPr>
        <w:t xml:space="preserve">SPEAKER_00: </w:t>
      </w:r>
      <w:r>
        <w:t>Nein, nein, das habe ich nicht.</w:t>
      </w:r>
    </w:p>
    <w:p>
      <w:r>
        <w:rPr>
          <w:b/>
        </w:rPr>
        <w:t xml:space="preserve">SPEAKER_02: </w:t>
      </w:r>
      <w:r>
        <w:t>Dann PQM-Checklisten, wo wir noch einen Reel gewonnen haben.</w:t>
      </w:r>
    </w:p>
    <w:p>
      <w:r>
        <w:rPr>
          <w:b/>
        </w:rPr>
        <w:t xml:space="preserve">SPEAKER_02: </w:t>
      </w:r>
      <w:r>
        <w:t>Haben die nicht mal angefangen, die ein bisschen...</w:t>
      </w:r>
    </w:p>
    <w:p>
      <w:r>
        <w:rPr>
          <w:b/>
        </w:rPr>
        <w:t xml:space="preserve">SPEAKER_00: </w:t>
      </w:r>
      <w:r>
        <w:t>Ja, die haben wir teilweise ausgefüllt.</w:t>
      </w:r>
    </w:p>
    <w:p>
      <w:r>
        <w:rPr>
          <w:b/>
        </w:rPr>
        <w:t xml:space="preserve">SPEAKER_00: </w:t>
      </w:r>
      <w:r>
        <w:t>Also das, was wir jetzt schon so ein bisschen bisher an Themen hatten, sind wir schon mal wieder durchgegangen.</w:t>
      </w:r>
    </w:p>
    <w:p>
      <w:r>
        <w:rPr>
          <w:b/>
        </w:rPr>
        <w:t xml:space="preserve">SPEAKER_00: </w:t>
      </w:r>
      <w:r>
        <w:t>Ja, könnte man nochmal machen jetzt.</w:t>
      </w:r>
    </w:p>
    <w:p>
      <w:r>
        <w:rPr>
          <w:b/>
        </w:rPr>
        <w:t xml:space="preserve">SPEAKER_00: </w:t>
      </w:r>
      <w:r>
        <w:t>Habe ich in den letzten zwei Wochen jetzt nicht mehr gemacht, aber...</w:t>
      </w:r>
    </w:p>
    <w:p>
      <w:r>
        <w:rPr>
          <w:b/>
        </w:rPr>
        <w:t xml:space="preserve">SPEAKER_03: </w:t>
      </w:r>
      <w:r>
        <w:t>Ja, ich hatte den Mittumbau so weit ausgefüllt, wie wir es bis zu dem jetzigen Zeitpunkt ausfüllen konnten.</w:t>
      </w:r>
    </w:p>
    <w:p>
      <w:r>
        <w:rPr>
          <w:b/>
        </w:rPr>
        <w:t xml:space="preserve">SPEAKER_03: </w:t>
      </w:r>
      <w:r>
        <w:t>Jetzt, wo wir die aufgehenden Bauteile gekommen sind, können wir noch mal reinschauen, weil die Sohle ja fast abgeschlossen ist.</w:t>
      </w:r>
    </w:p>
    <w:p>
      <w:r>
        <w:rPr>
          <w:b/>
        </w:rPr>
        <w:t xml:space="preserve">SPEAKER_03: </w:t>
      </w:r>
      <w:r>
        <w:t>Aber bis, sagen wir mal, oberkante Sohle hatten wir es eigentlich schon so weit durchgearbeitet.</w:t>
      </w:r>
    </w:p>
    <w:p>
      <w:r>
        <w:rPr>
          <w:b/>
        </w:rPr>
        <w:t xml:space="preserve">SPEAKER_00: </w:t>
      </w:r>
      <w:r>
        <w:t>Und was du sagtest neulich mit den Prüfen von Vorleitungen, ob die auch an der richtigen Stelle sitzen, haben wir jetzt mal stichprobenartig bis Studio gemacht.</w:t>
      </w:r>
    </w:p>
    <w:p>
      <w:r>
        <w:rPr>
          <w:b/>
        </w:rPr>
        <w:t xml:space="preserve">SPEAKER_01: </w:t>
      </w:r>
      <w:r>
        <w:t>Ja.</w:t>
      </w:r>
    </w:p>
    <w:p>
      <w:r>
        <w:rPr>
          <w:b/>
        </w:rPr>
        <w:t xml:space="preserve">SPEAKER_00: </w:t>
      </w:r>
      <w:r>
        <w:t>Das passte bis auf eins ziemlich exakt.</w:t>
      </w:r>
    </w:p>
    <w:p>
      <w:r>
        <w:rPr>
          <w:b/>
        </w:rPr>
        <w:t xml:space="preserve">SPEAKER_00: </w:t>
      </w:r>
      <w:r>
        <w:t>Ja.</w:t>
      </w:r>
    </w:p>
    <w:p>
      <w:r>
        <w:rPr>
          <w:b/>
        </w:rPr>
        <w:t xml:space="preserve">SPEAKER_00: </w:t>
      </w:r>
      <w:r>
        <w:t>Und das andere, das kriegt man jetzt auch noch da ein bisschen gezogen, dann im Schacht.</w:t>
      </w:r>
    </w:p>
    <w:p>
      <w:r>
        <w:rPr>
          <w:b/>
        </w:rPr>
        <w:t xml:space="preserve">SPEAKER_00: </w:t>
      </w:r>
      <w:r>
        <w:t>Das war jetzt nicht so problematisch.</w:t>
      </w:r>
    </w:p>
    <w:p>
      <w:r>
        <w:rPr>
          <w:b/>
        </w:rPr>
        <w:t xml:space="preserve">SPEAKER_00: </w:t>
      </w:r>
      <w:r>
        <w:t>Der Aufbau bei Wohnungen mit dem Estrich und mit Schächten und so weiter.</w:t>
      </w:r>
    </w:p>
    <w:p>
      <w:r>
        <w:rPr>
          <w:b/>
        </w:rPr>
        <w:t xml:space="preserve">SPEAKER_00: </w:t>
      </w:r>
      <w:r>
        <w:t>Du hattest irgendwie so Probleme, glaube ich, bei Chris gesehen, da in Wildeck, oder wo war das, wo die so falsch gesetzt wurden?</w:t>
      </w:r>
    </w:p>
    <w:p>
      <w:r>
        <w:rPr>
          <w:b/>
        </w:rPr>
        <w:t xml:space="preserve">SPEAKER_02: </w:t>
      </w:r>
      <w:r>
        <w:t>Im Ablauf in einem falschen Ort.</w:t>
      </w:r>
    </w:p>
    <w:p>
      <w:r>
        <w:rPr>
          <w:b/>
        </w:rPr>
        <w:t xml:space="preserve">SPEAKER_02: </w:t>
      </w:r>
      <w:r>
        <w:t>Im Nachhinein mussten wir die alle rausspitzen und versetzen.</w:t>
      </w:r>
    </w:p>
    <w:p>
      <w:r>
        <w:rPr>
          <w:b/>
        </w:rPr>
        <w:t xml:space="preserve">SPEAKER_02: </w:t>
      </w:r>
      <w:r>
        <w:t>Teilweise war es dann in der Wand drin.</w:t>
      </w:r>
    </w:p>
    <w:p>
      <w:r>
        <w:rPr>
          <w:b/>
        </w:rPr>
        <w:t xml:space="preserve">SPEAKER_00: </w:t>
      </w:r>
      <w:r>
        <w:t>Aber wie war das?</w:t>
      </w:r>
    </w:p>
    <w:p>
      <w:r>
        <w:rPr>
          <w:b/>
        </w:rPr>
        <w:t xml:space="preserve">SPEAKER_00: </w:t>
      </w:r>
      <w:r>
        <w:t>War da ein Estrich, oder?</w:t>
      </w:r>
    </w:p>
    <w:p>
      <w:r>
        <w:rPr>
          <w:b/>
        </w:rPr>
        <w:t xml:space="preserve">SPEAKER_02: </w:t>
      </w:r>
      <w:r>
        <w:t>Es war ein betonierter Bodenblatt und der Baumeister hat es jetzt schon falsch eingelegt, oder?</w:t>
      </w:r>
    </w:p>
    <w:p>
      <w:r>
        <w:rPr>
          <w:b/>
        </w:rPr>
        <w:t xml:space="preserve">SPEAKER_02: </w:t>
      </w:r>
      <w:r>
        <w:t>Der hat irgendwas im Tachymeter halt verstellt gehabt.</w:t>
      </w:r>
    </w:p>
    <w:p>
      <w:r>
        <w:rPr>
          <w:b/>
        </w:rPr>
        <w:t xml:space="preserve">SPEAKER_02: </w:t>
      </w:r>
      <w:r>
        <w:t>Ich weiss es nicht genau.</w:t>
      </w:r>
    </w:p>
    <w:p>
      <w:r>
        <w:rPr>
          <w:b/>
        </w:rPr>
        <w:t xml:space="preserve">SPEAKER_02: </w:t>
      </w:r>
      <w:r>
        <w:t>Ich war auf dem falschen Ort und zu spät gemerkt.</w:t>
      </w:r>
    </w:p>
    <w:p>
      <w:r>
        <w:rPr>
          <w:b/>
        </w:rPr>
        <w:t xml:space="preserve">SPEAKER_02: </w:t>
      </w:r>
      <w:r>
        <w:t>Wenn es betoniert ist, ist es mühsam.</w:t>
      </w:r>
    </w:p>
    <w:p>
      <w:r>
        <w:rPr>
          <w:b/>
        </w:rPr>
        <w:t xml:space="preserve">SPEAKER_02: </w:t>
      </w:r>
      <w:r>
        <w:t>Ja, dasselbe.</w:t>
      </w:r>
    </w:p>
    <w:p>
      <w:r>
        <w:rPr>
          <w:b/>
        </w:rPr>
        <w:t xml:space="preserve">SPEAKER_02: </w:t>
      </w:r>
      <w:r>
        <w:t>Das A warst du glaube ich noch nicht an.</w:t>
      </w:r>
    </w:p>
    <w:p>
      <w:r>
        <w:rPr>
          <w:b/>
        </w:rPr>
        <w:t xml:space="preserve">SPEAKER_02: </w:t>
      </w:r>
      <w:r>
        <w:t>Da hatten wir auch einen Teil, wo die Bodenplatte betoniert war.</w:t>
      </w:r>
    </w:p>
    <w:p>
      <w:r>
        <w:rPr>
          <w:b/>
        </w:rPr>
        <w:t xml:space="preserve">SPEAKER_02: </w:t>
      </w:r>
      <w:r>
        <w:t>Und da war auch der Ablauf am falschen Ort.</w:t>
      </w:r>
    </w:p>
    <w:p>
      <w:r>
        <w:rPr>
          <w:b/>
        </w:rPr>
        <w:t xml:space="preserve">SPEAKER_02: </w:t>
      </w:r>
      <w:r>
        <w:t>Also nur minimst.</w:t>
      </w:r>
    </w:p>
    <w:p>
      <w:r>
        <w:rPr>
          <w:b/>
        </w:rPr>
        <w:t xml:space="preserve">SPEAKER_02: </w:t>
      </w:r>
      <w:r>
        <w:t>Wenn es 20, 30 cm daneben geht, besser.</w:t>
      </w:r>
    </w:p>
    <w:p>
      <w:r>
        <w:rPr>
          <w:b/>
        </w:rPr>
        <w:t xml:space="preserve">SPEAKER_02: </w:t>
      </w:r>
      <w:r>
        <w:t>Du kannst gerade aufspitzen und machst nochmal einen Bogen.</w:t>
      </w:r>
    </w:p>
    <w:p>
      <w:r>
        <w:rPr>
          <w:b/>
        </w:rPr>
        <w:t xml:space="preserve">SPEAKER_02: </w:t>
      </w:r>
      <w:r>
        <w:t>Aber das war dann irgendwie so halbe...</w:t>
      </w:r>
    </w:p>
    <w:p>
      <w:r>
        <w:rPr>
          <w:b/>
        </w:rPr>
        <w:t xml:space="preserve">SPEAKER_02: </w:t>
      </w:r>
      <w:r>
        <w:t>halber Durchmesser versetzt, oder?</w:t>
      </w:r>
    </w:p>
    <w:p>
      <w:r>
        <w:rPr>
          <w:b/>
        </w:rPr>
        <w:t xml:space="preserve">SPEAKER_02: </w:t>
      </w:r>
      <w:r>
        <w:t>Und dann spitzt du das auf und dann, wie dicht ist das wieder ab?</w:t>
      </w:r>
    </w:p>
    <w:p>
      <w:r>
        <w:rPr>
          <w:b/>
        </w:rPr>
        <w:t xml:space="preserve">SPEAKER_00: </w:t>
      </w:r>
      <w:r>
        <w:t>Das geht nicht.</w:t>
      </w:r>
    </w:p>
    <w:p>
      <w:r>
        <w:rPr>
          <w:b/>
        </w:rPr>
        <w:t xml:space="preserve">SPEAKER_02: </w:t>
      </w:r>
      <w:r>
        <w:t>Oder?</w:t>
      </w:r>
    </w:p>
    <w:p>
      <w:r>
        <w:rPr>
          <w:b/>
        </w:rPr>
        <w:t xml:space="preserve">SPEAKER_02: </w:t>
      </w:r>
      <w:r>
        <w:t>Das kriegst du nicht mehr richtig abgedichtet, oder?</w:t>
      </w:r>
    </w:p>
    <w:p>
      <w:r>
        <w:rPr>
          <w:b/>
        </w:rPr>
        <w:t xml:space="preserve">SPEAKER_02: </w:t>
      </w:r>
      <w:r>
        <w:t>Also es ist, ja, lieber vorausschauen.</w:t>
      </w:r>
    </w:p>
    <w:p>
      <w:r>
        <w:rPr>
          <w:b/>
        </w:rPr>
        <w:t xml:space="preserve">SPEAKER_02: </w:t>
      </w:r>
      <w:r>
        <w:t>Schauen, ja, genau.</w:t>
      </w:r>
    </w:p>
    <w:p>
      <w:r>
        <w:rPr>
          <w:b/>
        </w:rPr>
        <w:t xml:space="preserve">SPEAKER_00: </w:t>
      </w:r>
      <w:r>
        <w:t>Ich habe den Eindruck, es zieht sich bei Erno Roth durch, weil Hirtenweg war Erno Roth, Wildeck war Erno Roth.</w:t>
      </w:r>
    </w:p>
    <w:p>
      <w:r>
        <w:rPr>
          <w:b/>
        </w:rPr>
        <w:t xml:space="preserve">SPEAKER_00: </w:t>
      </w:r>
      <w:r>
        <w:t>Ja.</w:t>
      </w:r>
    </w:p>
    <w:p>
      <w:r>
        <w:rPr>
          <w:b/>
        </w:rPr>
        <w:t xml:space="preserve">SPEAKER_00: </w:t>
      </w:r>
      <w:r>
        <w:t>In Horgen hatte ich das gleiche, dass sie plötzlich den Rohbau an eine andere Stelle gesetzt haben, im ersten Obergeschoss.</w:t>
      </w:r>
    </w:p>
    <w:p>
      <w:r>
        <w:rPr>
          <w:b/>
        </w:rPr>
        <w:t xml:space="preserve">SPEAKER_00: </w:t>
      </w:r>
      <w:r>
        <w:t>Weisst du noch, wo?</w:t>
      </w:r>
    </w:p>
    <w:p>
      <w:r>
        <w:rPr>
          <w:b/>
        </w:rPr>
        <w:t xml:space="preserve">SPEAKER_02: </w:t>
      </w:r>
      <w:r>
        <w:t>Sie haben den Kellerabgang dort, ja.</w:t>
      </w:r>
    </w:p>
    <w:p>
      <w:r>
        <w:rPr>
          <w:b/>
        </w:rPr>
        <w:t xml:space="preserve">SPEAKER_00: </w:t>
      </w:r>
      <w:r>
        <w:t>Weil sie festgestellt haben, oh, wir haben nochmal mit dem Vorabzug eingemessen.</w:t>
      </w:r>
    </w:p>
    <w:p>
      <w:r>
        <w:rPr>
          <w:b/>
        </w:rPr>
        <w:t xml:space="preserve">SPEAKER_00: </w:t>
      </w:r>
      <w:r>
        <w:t>Das ist schön.</w:t>
      </w:r>
    </w:p>
    <w:p>
      <w:r>
        <w:rPr>
          <w:b/>
        </w:rPr>
        <w:t xml:space="preserve">SPEAKER_02: </w:t>
      </w:r>
      <w:r>
        <w:t>Ja, dafür setze ich halt alles mal ein bisschen.</w:t>
      </w:r>
    </w:p>
    <w:p>
      <w:r>
        <w:rPr>
          <w:b/>
        </w:rPr>
        <w:t xml:space="preserve">SPEAKER_00: </w:t>
      </w:r>
      <w:r>
        <w:t>Und jetzt machen wir mit dem Verkeigegebenen natürlich weiter.</w:t>
      </w:r>
    </w:p>
    <w:p>
      <w:r>
        <w:rPr>
          <w:b/>
        </w:rPr>
        <w:t xml:space="preserve">SPEAKER_00: </w:t>
      </w:r>
      <w:r>
        <w:t>Und dann hat das Obergeschoss einfach...</w:t>
      </w:r>
    </w:p>
    <w:p>
      <w:r>
        <w:rPr>
          <w:b/>
        </w:rPr>
        <w:t xml:space="preserve">SPEAKER_00: </w:t>
      </w:r>
      <w:r>
        <w:t>zehn Zentimeter weiter da gesessen.</w:t>
      </w:r>
    </w:p>
    <w:p>
      <w:r>
        <w:rPr>
          <w:b/>
        </w:rPr>
        <w:t xml:space="preserve">SPEAKER_00: </w:t>
      </w:r>
      <w:r>
        <w:t>Vorher war das Kellergeschoss aber da.</w:t>
      </w:r>
    </w:p>
    <w:p>
      <w:r>
        <w:rPr>
          <w:b/>
        </w:rPr>
        <w:t xml:space="preserve">SPEAKER_02: </w:t>
      </w:r>
      <w:r>
        <w:t>Schnee zu spät, um nur das zu schieben.</w:t>
      </w:r>
    </w:p>
    <w:p>
      <w:r>
        <w:rPr>
          <w:b/>
        </w:rPr>
        <w:t xml:space="preserve">SPEAKER_00: </w:t>
      </w:r>
      <w:r>
        <w:t>Er buddelt doch drum rum nochmal frei und schiebt es schon rüber.</w:t>
      </w:r>
    </w:p>
    <w:p>
      <w:r>
        <w:rPr>
          <w:b/>
        </w:rPr>
        <w:t xml:space="preserve">SPEAKER_00: </w:t>
      </w:r>
      <w:r>
        <w:t>Da habe ich auch meinen Sommerurlaub echt bereut.</w:t>
      </w:r>
    </w:p>
    <w:p>
      <w:r>
        <w:rPr>
          <w:b/>
        </w:rPr>
        <w:t xml:space="preserve">SPEAKER_03: </w:t>
      </w:r>
      <w:r>
        <w:t>Was haben sie auf der anderen Seite gemacht?</w:t>
      </w:r>
    </w:p>
    <w:p>
      <w:r>
        <w:rPr>
          <w:b/>
        </w:rPr>
        <w:t xml:space="preserve">SPEAKER_00: </w:t>
      </w:r>
      <w:r>
        <w:t>Auf der anderen Seite hat es übergestanden.</w:t>
      </w:r>
    </w:p>
    <w:p>
      <w:r>
        <w:rPr>
          <w:b/>
        </w:rPr>
        <w:t xml:space="preserve">SPEAKER_03: </w:t>
      </w:r>
      <w:r>
        <w:t>Du hast ja auch eine Außermittel gelastet.</w:t>
      </w:r>
    </w:p>
    <w:p>
      <w:r>
        <w:rPr>
          <w:b/>
        </w:rPr>
        <w:t xml:space="preserve">SPEAKER_03: </w:t>
      </w:r>
      <w:r>
        <w:t>Ja, ich verstehe.</w:t>
      </w:r>
    </w:p>
    <w:p>
      <w:r>
        <w:rPr>
          <w:b/>
        </w:rPr>
        <w:t xml:space="preserve">SPEAKER_00: </w:t>
      </w:r>
      <w:r>
        <w:t>Das war auch richtig mühsam, den, muss ich dir mal ein paar Bilder zeigen, flippst du aus.</w:t>
      </w:r>
    </w:p>
    <w:p>
      <w:r>
        <w:rPr>
          <w:b/>
        </w:rPr>
        <w:t xml:space="preserve">SPEAKER_00: </w:t>
      </w:r>
      <w:r>
        <w:t>Das war richtig mühsam, die ganze Bewährung da rein zu quetschen.</w:t>
      </w:r>
    </w:p>
    <w:p>
      <w:r>
        <w:rPr>
          <w:b/>
        </w:rPr>
        <w:t xml:space="preserve">SPEAKER_01: </w:t>
      </w:r>
      <w:r>
        <w:t>Ja, ja, ja.</w:t>
      </w:r>
    </w:p>
    <w:p>
      <w:r>
        <w:rPr>
          <w:b/>
        </w:rPr>
        <w:t xml:space="preserve">SPEAKER_00: </w:t>
      </w:r>
      <w:r>
        <w:t>Weil die stand ja da raus, haben sie die abgeschnitten und auf der anderen Seite haben sie dann da nochmal wieder welche eingelegt und es sah aus, also ich war nur eine Woche weg.</w:t>
      </w:r>
    </w:p>
    <w:p>
      <w:r>
        <w:rPr>
          <w:b/>
        </w:rPr>
        <w:t xml:space="preserve">SPEAKER_00: </w:t>
      </w:r>
      <w:r>
        <w:t>Ich dachte, ich...</w:t>
      </w:r>
    </w:p>
    <w:p>
      <w:r>
        <w:rPr>
          <w:b/>
        </w:rPr>
        <w:t xml:space="preserve">SPEAKER_03: </w:t>
      </w:r>
      <w:r>
        <w:t>Haben sie die Anschlussbewährung abgeschnitten und neu eingebohrt, oder was?</w:t>
      </w:r>
    </w:p>
    <w:p>
      <w:r>
        <w:rPr>
          <w:b/>
        </w:rPr>
        <w:t xml:space="preserve">SPEAKER_03: </w:t>
      </w:r>
      <w:r>
        <w:t>Hm, das ist eigentlich scheiße.</w:t>
      </w:r>
    </w:p>
    <w:p>
      <w:r>
        <w:rPr>
          <w:b/>
        </w:rPr>
        <w:t xml:space="preserve">SPEAKER_00: </w:t>
      </w:r>
      <w:r>
        <w:t>Ein richtiger Fusch.</w:t>
      </w:r>
    </w:p>
    <w:p>
      <w:r>
        <w:rPr>
          <w:b/>
        </w:rPr>
        <w:t xml:space="preserve">SPEAKER_00: </w:t>
      </w:r>
      <w:r>
        <w:t>Wenn du mal Fusch sehen willst, dann guckst du die Bilder vom Baum.</w:t>
      </w:r>
    </w:p>
    <w:p>
      <w:r>
        <w:rPr>
          <w:b/>
        </w:rPr>
        <w:t xml:space="preserve">SPEAKER_03: </w:t>
      </w:r>
      <w:r>
        <w:t>Das musst du ja vom Statiker auch nachweisen lassen.</w:t>
      </w:r>
    </w:p>
    <w:p>
      <w:r>
        <w:rPr>
          <w:b/>
        </w:rPr>
        <w:t xml:space="preserve">SPEAKER_00: </w:t>
      </w:r>
      <w:r>
        <w:t>Ja, der Statiker ist irgendwie relativ cool geblieben da.</w:t>
      </w:r>
    </w:p>
    <w:p>
      <w:r>
        <w:rPr>
          <w:b/>
        </w:rPr>
        <w:t xml:space="preserve">SPEAKER_00: </w:t>
      </w:r>
      <w:r>
        <w:t>Das war hier KSL aus Frieden.</w:t>
      </w:r>
    </w:p>
    <w:p>
      <w:r>
        <w:rPr>
          <w:b/>
        </w:rPr>
        <w:t xml:space="preserve">SPEAKER_00: </w:t>
      </w:r>
      <w:r>
        <w:t>Die waren echt entspannt.</w:t>
      </w:r>
    </w:p>
    <w:p>
      <w:r>
        <w:rPr>
          <w:b/>
        </w:rPr>
        <w:t xml:space="preserve">SPEAKER_00: </w:t>
      </w:r>
      <w:r>
        <w:t>Ich habe gedacht, die hacken denen jetzt die Hände ab.</w:t>
      </w:r>
    </w:p>
    <w:p>
      <w:r>
        <w:rPr>
          <w:b/>
        </w:rPr>
        <w:t xml:space="preserve">SPEAKER_03: </w:t>
      </w:r>
      <w:r>
        <w:t>Aber das war... Ich kenne das so, wir hatten ja in Buchholz ein Gebäude an das andere herangesetzt.</w:t>
      </w:r>
    </w:p>
    <w:p>
      <w:r>
        <w:rPr>
          <w:b/>
        </w:rPr>
        <w:t xml:space="preserve">SPEAKER_03: </w:t>
      </w:r>
      <w:r>
        <w:t>weil es war ein Krankenhaus, das sich erweitert hat.</w:t>
      </w:r>
    </w:p>
    <w:p>
      <w:r>
        <w:rPr>
          <w:b/>
        </w:rPr>
        <w:t xml:space="preserve">SPEAKER_03: </w:t>
      </w:r>
      <w:r>
        <w:t>Und da haben wir das Untergeschoss und das Erdgeschoss an das Gebäude herangeschraubt quasi mal mit.</w:t>
      </w:r>
    </w:p>
    <w:p>
      <w:r>
        <w:rPr>
          <w:b/>
        </w:rPr>
        <w:t xml:space="preserve">SPEAKER_03: </w:t>
      </w:r>
      <w:r>
        <w:t>Hilti-Hit haben wir dann die Bewährung in die vorhandene Sohle beziehungsweise Decke eingebohrt.</w:t>
      </w:r>
    </w:p>
    <w:p>
      <w:r>
        <w:rPr>
          <w:b/>
        </w:rPr>
        <w:t xml:space="preserve">SPEAKER_03: </w:t>
      </w:r>
      <w:r>
        <w:t>Und da mussten wir auch die ganzen Versuche und so weiter alles nachweisen an den Statiker, dass wir das vernünftig eingebaut haben.</w:t>
      </w:r>
    </w:p>
    <w:p>
      <w:r>
        <w:rPr>
          <w:b/>
        </w:rPr>
        <w:t xml:space="preserve">SPEAKER_03: </w:t>
      </w:r>
      <w:r>
        <w:t>Da geht es von hin, die hat ja diese Protokolle, die man ausführen muss, dass alles richtig gemacht worden ist, dass es nach den richtigen Vorgängen gemacht worden ist.</w:t>
      </w:r>
    </w:p>
    <w:p>
      <w:r>
        <w:rPr>
          <w:b/>
        </w:rPr>
        <w:t xml:space="preserve">SPEAKER_03: </w:t>
      </w:r>
      <w:r>
        <w:t>Und wenn wir mal eine Bewährung vergessen haben oder sowas, dann musste immer der Statiker gefragt werden, okay, was brauchen wir für einen Durchmesser?</w:t>
      </w:r>
    </w:p>
    <w:p>
      <w:r>
        <w:rPr>
          <w:b/>
        </w:rPr>
        <w:t xml:space="preserve">SPEAKER_03: </w:t>
      </w:r>
      <w:r>
        <w:t>Muss jetzt vielleicht der Durchmesser noch verändert werden?</w:t>
      </w:r>
    </w:p>
    <w:p>
      <w:r>
        <w:rPr>
          <w:b/>
        </w:rPr>
        <w:t xml:space="preserve">SPEAKER_03: </w:t>
      </w:r>
      <w:r>
        <w:t>Muss angepasst werden, weil wir jetzt einbohren und nicht mehr in Verbindung arbeiten mit den vorhandenen Bewährungen.</w:t>
      </w:r>
    </w:p>
    <w:p>
      <w:r>
        <w:rPr>
          <w:b/>
        </w:rPr>
        <w:t xml:space="preserve">SPEAKER_03: </w:t>
      </w:r>
      <w:r>
        <w:t>Da muss immer ein Statiker mitlaufen.</w:t>
      </w:r>
    </w:p>
    <w:p>
      <w:r>
        <w:rPr>
          <w:b/>
        </w:rPr>
        <w:t xml:space="preserve">SPEAKER_03: </w:t>
      </w:r>
      <w:r>
        <w:t>und Auszugsversuche machen und so weiter, dass er wirklich auch die Zuglässigkeit hat.</w:t>
      </w:r>
    </w:p>
    <w:p>
      <w:r>
        <w:rPr>
          <w:b/>
        </w:rPr>
        <w:t xml:space="preserve">SPEAKER_00: </w:t>
      </w:r>
      <w:r>
        <w:t>Der Hammer war, dass der Bauer ja gar nicht den Absatz bemerkt hat.</w:t>
      </w:r>
    </w:p>
    <w:p>
      <w:r>
        <w:rPr>
          <w:b/>
        </w:rPr>
        <w:t xml:space="preserve">SPEAKER_01: </w:t>
      </w:r>
      <w:r>
        <w:t>Er dachte, es gehört so.</w:t>
      </w:r>
    </w:p>
    <w:p>
      <w:r>
        <w:rPr>
          <w:b/>
        </w:rPr>
        <w:t xml:space="preserve">SPEAKER_02: </w:t>
      </w:r>
      <w:r>
        <w:t>Gut, dann sagen wir noch S&amp;G.</w:t>
      </w:r>
    </w:p>
    <w:p>
      <w:r>
        <w:rPr>
          <w:b/>
        </w:rPr>
        <w:t xml:space="preserve">SPEAKER_02: </w:t>
      </w:r>
      <w:r>
        <w:t>Wir haben ja in der Zeit, wo</w:t>
      </w:r>
    </w:p>
    <w:p>
      <w:r>
        <w:rPr>
          <w:b/>
        </w:rPr>
        <w:t xml:space="preserve">SPEAKER_02: </w:t>
      </w:r>
      <w:r>
        <w:t>Als wir im Urlaub waren, war ich beim Haberland.</w:t>
      </w:r>
    </w:p>
    <w:p>
      <w:r>
        <w:rPr>
          <w:b/>
        </w:rPr>
        <w:t xml:space="preserve">SPEAKER_02: </w:t>
      </w:r>
      <w:r>
        <w:t>Alle haben den Rundgang gemacht.</w:t>
      </w:r>
    </w:p>
    <w:p>
      <w:r>
        <w:rPr>
          <w:b/>
        </w:rPr>
        <w:t xml:space="preserve">SPEAKER_02: </w:t>
      </w:r>
      <w:r>
        <w:t>Es hat sehr gut ausgesehen.</w:t>
      </w:r>
    </w:p>
    <w:p>
      <w:r>
        <w:rPr>
          <w:b/>
        </w:rPr>
        <w:t xml:space="preserve">SPEAKER_02: </w:t>
      </w:r>
      <w:r>
        <w:t>Wir hatten einen Bereich, den wir absperren mussten.</w:t>
      </w:r>
    </w:p>
    <w:p>
      <w:r>
        <w:rPr>
          <w:b/>
        </w:rPr>
        <w:t xml:space="preserve">SPEAKER_02: </w:t>
      </w:r>
      <w:r>
        <w:t>Aber Georg war gerade fertig geworden.</w:t>
      </w:r>
    </w:p>
    <w:p>
      <w:r>
        <w:rPr>
          <w:b/>
        </w:rPr>
        <w:t xml:space="preserve">SPEAKER_02: </w:t>
      </w:r>
      <w:r>
        <w:t>Es hat sehr gut ausgesehen.</w:t>
      </w:r>
    </w:p>
    <w:p>
      <w:r>
        <w:rPr>
          <w:b/>
        </w:rPr>
        <w:t xml:space="preserve">SPEAKER_02: </w:t>
      </w:r>
      <w:r>
        <w:t>Der Haberland war sehr zufrieden.</w:t>
      </w:r>
    </w:p>
    <w:p>
      <w:r>
        <w:rPr>
          <w:b/>
        </w:rPr>
        <w:t xml:space="preserve">SPEAKER_02: </w:t>
      </w:r>
      <w:r>
        <w:t>Es war mit dem Nackenschutz.</w:t>
      </w:r>
    </w:p>
    <w:p>
      <w:r>
        <w:rPr>
          <w:b/>
        </w:rPr>
        <w:t xml:space="preserve">SPEAKER_02: </w:t>
      </w:r>
      <w:r>
        <w:t>Das haben sie noch nicht umgesetzt.</w:t>
      </w:r>
    </w:p>
    <w:p>
      <w:r>
        <w:rPr>
          <w:b/>
        </w:rPr>
        <w:t xml:space="preserve">SPEAKER_02: </w:t>
      </w:r>
      <w:r>
        <w:t>Dann haben wir gesagt, dass sie das machen sollen.</w:t>
      </w:r>
    </w:p>
    <w:p>
      <w:r>
        <w:rPr>
          <w:b/>
        </w:rPr>
        <w:t xml:space="preserve">SPEAKER_02: </w:t>
      </w:r>
      <w:r>
        <w:t>anziehen und Warnwestern.</w:t>
      </w:r>
    </w:p>
    <w:p>
      <w:r>
        <w:rPr>
          <w:b/>
        </w:rPr>
        <w:t xml:space="preserve">SPEAKER_02: </w:t>
      </w:r>
      <w:r>
        <w:t>Es war eine Sache, dass sie einfach die Warnwestern trägt.</w:t>
      </w:r>
    </w:p>
    <w:p>
      <w:r>
        <w:rPr>
          <w:b/>
        </w:rPr>
        <w:t xml:space="preserve">SPEAKER_02: </w:t>
      </w:r>
      <w:r>
        <w:t>Ich weiss nicht, wie jetzt der Stand ist, ob sie das umsetzen.</w:t>
      </w:r>
    </w:p>
    <w:p>
      <w:r>
        <w:rPr>
          <w:b/>
        </w:rPr>
        <w:t xml:space="preserve">SPEAKER_00: </w:t>
      </w:r>
      <w:r>
        <w:t>Also jetzt mit übers T-Shirt drüber.</w:t>
      </w:r>
    </w:p>
    <w:p>
      <w:r>
        <w:rPr>
          <w:b/>
        </w:rPr>
        <w:t xml:space="preserve">SPEAKER_00: </w:t>
      </w:r>
      <w:r>
        <w:t>Also sie fast echt nicht zu bringen.</w:t>
      </w:r>
    </w:p>
    <w:p>
      <w:r>
        <w:rPr>
          <w:b/>
        </w:rPr>
        <w:t xml:space="preserve">SPEAKER_00: </w:t>
      </w:r>
      <w:r>
        <w:t>Wenn der Nackenschutz da ist, dann ist er manchmal hochgekrempelt.</w:t>
      </w:r>
    </w:p>
    <w:p>
      <w:r>
        <w:rPr>
          <w:b/>
        </w:rPr>
        <w:t xml:space="preserve">SPEAKER_00: </w:t>
      </w:r>
      <w:r>
        <w:t>Kann man irgendwie auch verstehen, weil...</w:t>
      </w:r>
    </w:p>
    <w:p>
      <w:r>
        <w:rPr>
          <w:b/>
        </w:rPr>
        <w:t xml:space="preserve">SPEAKER_03: </w:t>
      </w:r>
      <w:r>
        <w:t>Das sind ja so zwei, drei Kandidaten.</w:t>
      </w:r>
    </w:p>
    <w:p>
      <w:r>
        <w:rPr>
          <w:b/>
        </w:rPr>
        <w:t xml:space="preserve">SPEAKER_00: </w:t>
      </w:r>
      <w:r>
        <w:t>Ja, immer wieder die gleichen, die dann halt nur T-Shirt tragen.</w:t>
      </w:r>
    </w:p>
    <w:p>
      <w:r>
        <w:rPr>
          <w:b/>
        </w:rPr>
        <w:t xml:space="preserve">SPEAKER_00: </w:t>
      </w:r>
      <w:r>
        <w:t>Ich meine, die könnten ja auch ein Signal-T-Shirt tragen.</w:t>
      </w:r>
    </w:p>
    <w:p>
      <w:r>
        <w:rPr>
          <w:b/>
        </w:rPr>
        <w:t xml:space="preserve">SPEAKER_00: </w:t>
      </w:r>
      <w:r>
        <w:t>Ich weiß nicht, ob es bei Frey einfach keine gibt oder was.</w:t>
      </w:r>
    </w:p>
    <w:p>
      <w:r>
        <w:rPr>
          <w:b/>
        </w:rPr>
        <w:t xml:space="preserve">SPEAKER_00: </w:t>
      </w:r>
      <w:r>
        <w:t>Müssten wir Manuel nochmal fragen.</w:t>
      </w:r>
    </w:p>
    <w:p>
      <w:r>
        <w:rPr>
          <w:b/>
        </w:rPr>
        <w:t xml:space="preserve">SPEAKER_03: </w:t>
      </w:r>
      <w:r>
        <w:t>Wäre schon cool, wenn sie...</w:t>
      </w:r>
    </w:p>
    <w:p>
      <w:r>
        <w:rPr>
          <w:b/>
        </w:rPr>
        <w:t xml:space="preserve">SPEAKER_00: </w:t>
      </w:r>
      <w:r>
        <w:t>Darum ein bisschen konsequenter werden.</w:t>
      </w:r>
    </w:p>
    <w:p>
      <w:r>
        <w:rPr>
          <w:b/>
        </w:rPr>
        <w:t xml:space="preserve">SPEAKER_00: </w:t>
      </w:r>
      <w:r>
        <w:t>Aber grundsätzlich haben, ich würde jetzt mal sagen, zu 80 Prozent funktioniert das.</w:t>
      </w:r>
    </w:p>
    <w:p>
      <w:r>
        <w:rPr>
          <w:b/>
        </w:rPr>
        <w:t xml:space="preserve">SPEAKER_00: </w:t>
      </w:r>
      <w:r>
        <w:t>Und Helm ist sowieso gar kein Thema.</w:t>
      </w:r>
    </w:p>
    <w:p>
      <w:r>
        <w:rPr>
          <w:b/>
        </w:rPr>
        <w:t xml:space="preserve">SPEAKER_03: </w:t>
      </w:r>
      <w:r>
        <w:t>Helm haben sie alle auf.</w:t>
      </w:r>
    </w:p>
    <w:p>
      <w:r>
        <w:rPr>
          <w:b/>
        </w:rPr>
        <w:t xml:space="preserve">SPEAKER_00: </w:t>
      </w:r>
      <w:r>
        <w:t>Helm haben sie alle auf.</w:t>
      </w:r>
    </w:p>
    <w:p>
      <w:r>
        <w:rPr>
          <w:b/>
        </w:rPr>
        <w:t xml:space="preserve">SPEAKER_00: </w:t>
      </w:r>
      <w:r>
        <w:t>Bei der Warnkleidung ist es manchmal nicht.</w:t>
      </w:r>
    </w:p>
    <w:p>
      <w:r>
        <w:rPr>
          <w:b/>
        </w:rPr>
        <w:t xml:space="preserve">SPEAKER_02: </w:t>
      </w:r>
      <w:r>
        <w:t>Ja, okay.</w:t>
      </w:r>
    </w:p>
    <w:p>
      <w:r>
        <w:rPr>
          <w:b/>
        </w:rPr>
        <w:t xml:space="preserve">SPEAKER_00: </w:t>
      </w:r>
      <w:r>
        <w:t>Aber dann muss ich ja nochmal mit dem Manuel so mal schauen, dass das... Ich habe da jetzt auch nicht so die Ambition, dass ich sie dann jetzt dazu zwinge, wenn es irgendwie 35 Grad hat und die dann trotzdem noch arbeiten, können wir froh sein, dass sie arbeiten, weil nächster Schritt ist halt, dass sie es einstellen und sagen, es geht nicht, es ist zu heiß.</w:t>
      </w:r>
    </w:p>
    <w:p>
      <w:r>
        <w:rPr>
          <w:b/>
        </w:rPr>
        <w:t xml:space="preserve">SPEAKER_00: </w:t>
      </w:r>
      <w:r>
        <w:t>Sie müssen ihre Pause machen.</w:t>
      </w:r>
    </w:p>
    <w:p>
      <w:r>
        <w:rPr>
          <w:b/>
        </w:rPr>
        <w:t xml:space="preserve">SPEAKER_00: </w:t>
      </w:r>
      <w:r>
        <w:t>Sie werden halt eh schon langsamer.</w:t>
      </w:r>
    </w:p>
    <w:p>
      <w:r>
        <w:rPr>
          <w:b/>
        </w:rPr>
        <w:t xml:space="preserve">SPEAKER_00: </w:t>
      </w:r>
      <w:r>
        <w:t>Und wir haben so einen Termindruck jetzt, dass wir einfach nicht sagen können, Leute, wir pisacken euch jetzt noch mit dem und dem und dem und jetzt macht mal hin.</w:t>
      </w:r>
    </w:p>
    <w:p>
      <w:r>
        <w:rPr>
          <w:b/>
        </w:rPr>
        <w:t xml:space="preserve">SPEAKER_03: </w:t>
      </w:r>
      <w:r>
        <w:t>Wir haben es ja wirklich oft jetzt schon angesprochen und auch jetzt am Dienstag nochmal angesprochen.</w:t>
      </w:r>
    </w:p>
    <w:p>
      <w:r>
        <w:rPr>
          <w:b/>
        </w:rPr>
        <w:t xml:space="preserve">SPEAKER_03: </w:t>
      </w:r>
      <w:r>
        <w:t>Er meinte auch so, ja, also</w:t>
      </w:r>
    </w:p>
    <w:p>
      <w:r>
        <w:rPr>
          <w:b/>
        </w:rPr>
        <w:t xml:space="preserve">SPEAKER_02: </w:t>
      </w:r>
      <w:r>
        <w:t>Das ist so.</w:t>
      </w:r>
    </w:p>
    <w:p>
      <w:r>
        <w:rPr>
          <w:b/>
        </w:rPr>
        <w:t xml:space="preserve">SPEAKER_02: </w:t>
      </w:r>
      <w:r>
        <w:t>Er muss das einfach erkennen und dorthin weisen.</w:t>
      </w:r>
    </w:p>
    <w:p>
      <w:r>
        <w:rPr>
          <w:b/>
        </w:rPr>
        <w:t xml:space="preserve">SPEAKER_02: </w:t>
      </w:r>
      <w:r>
        <w:t>Er muss das nachher umsetzen mit seinen Mitarbeitern.</w:t>
      </w:r>
    </w:p>
    <w:p>
      <w:r>
        <w:rPr>
          <w:b/>
        </w:rPr>
        <w:t xml:space="preserve">SPEAKER_02: </w:t>
      </w:r>
      <w:r>
        <w:t>Er hat ja dort auch die Verantwortung.</w:t>
      </w:r>
    </w:p>
    <w:p>
      <w:r>
        <w:rPr>
          <w:b/>
        </w:rPr>
        <w:t xml:space="preserve">SPEAKER_02: </w:t>
      </w:r>
      <w:r>
        <w:t>Wir können es von der Baustelle verweisen, aber da haben wir nichts mitgewonnen.</w:t>
      </w:r>
    </w:p>
    <w:p>
      <w:r>
        <w:rPr>
          <w:b/>
        </w:rPr>
        <w:t xml:space="preserve">SPEAKER_00: </w:t>
      </w:r>
      <w:r>
        <w:t>Nein, ganz ehrlich, so gehen wir auch nicht mit frei vor.</w:t>
      </w:r>
    </w:p>
    <w:p>
      <w:r>
        <w:rPr>
          <w:b/>
        </w:rPr>
        <w:t xml:space="preserve">SPEAKER_00: </w:t>
      </w:r>
      <w:r>
        <w:t>Die machen das, die setzen es um, wenn man es anspricht.</w:t>
      </w:r>
    </w:p>
    <w:p>
      <w:r>
        <w:rPr>
          <w:b/>
        </w:rPr>
        <w:t xml:space="preserve">SPEAKER_00: </w:t>
      </w:r>
      <w:r>
        <w:t>Es reißt dann halt wieder ein.</w:t>
      </w:r>
    </w:p>
    <w:p>
      <w:r>
        <w:rPr>
          <w:b/>
        </w:rPr>
        <w:t xml:space="preserve">SPEAKER_02: </w:t>
      </w:r>
      <w:r>
        <w:t>Es bleibt einfach ein Kontakt mit dem Vorgesetzten und das muss man dranbleiben.</w:t>
      </w:r>
    </w:p>
    <w:p>
      <w:r>
        <w:rPr>
          <w:b/>
        </w:rPr>
        <w:t xml:space="preserve">SPEAKER_02: </w:t>
      </w:r>
      <w:r>
        <w:t>Gut.</w:t>
      </w:r>
    </w:p>
    <w:p>
      <w:r>
        <w:rPr>
          <w:b/>
        </w:rPr>
        <w:t xml:space="preserve">SPEAKER_02: </w:t>
      </w:r>
      <w:r>
        <w:t>Dann, was haben wir noch?</w:t>
      </w:r>
    </w:p>
    <w:p>
      <w:r>
        <w:rPr>
          <w:b/>
        </w:rPr>
        <w:t xml:space="preserve">SPEAKER_02: </w:t>
      </w:r>
      <w:r>
        <w:t>Der Rekursnachtrag, da sind wir dran.</w:t>
      </w:r>
    </w:p>
    <w:p>
      <w:r>
        <w:rPr>
          <w:b/>
        </w:rPr>
        <w:t xml:space="preserve">SPEAKER_02: </w:t>
      </w:r>
      <w:r>
        <w:t>Kösti, hast du gesagt, nimmst du mal Zeit?</w:t>
      </w:r>
    </w:p>
    <w:p>
      <w:r>
        <w:rPr>
          <w:b/>
        </w:rPr>
        <w:t xml:space="preserve">SPEAKER_02: </w:t>
      </w:r>
      <w:r>
        <w:t>Ja, versuche ich mal.</w:t>
      </w:r>
    </w:p>
    <w:p>
      <w:r>
        <w:rPr>
          <w:b/>
        </w:rPr>
        <w:t xml:space="preserve">SPEAKER_00: </w:t>
      </w:r>
      <w:r>
        <w:t>Zeit lange dazu nutzen.</w:t>
      </w:r>
    </w:p>
    <w:p>
      <w:r>
        <w:rPr>
          <w:b/>
        </w:rPr>
        <w:t xml:space="preserve">SPEAKER_02: </w:t>
      </w:r>
      <w:r>
        <w:t>Genau, dann bist du irgendwann wieder nur im Urlaub, Fiona.</w:t>
      </w:r>
    </w:p>
    <w:p>
      <w:r>
        <w:rPr>
          <w:b/>
        </w:rPr>
        <w:t xml:space="preserve">SPEAKER_00: </w:t>
      </w:r>
      <w:r>
        <w:t>Ja, genau, die Woche vor deinem Urlaub.</w:t>
      </w:r>
    </w:p>
    <w:p>
      <w:r>
        <w:rPr>
          <w:b/>
        </w:rPr>
        <w:t xml:space="preserve">SPEAKER_00: </w:t>
      </w:r>
      <w:r>
        <w:t>Du bist zum 13.</w:t>
      </w:r>
    </w:p>
    <w:p>
      <w:r>
        <w:rPr>
          <w:b/>
        </w:rPr>
        <w:t xml:space="preserve">SPEAKER_00: </w:t>
      </w:r>
      <w:r>
        <w:t>Ja.</w:t>
      </w:r>
    </w:p>
    <w:p>
      <w:r>
        <w:rPr>
          <w:b/>
        </w:rPr>
        <w:t xml:space="preserve">SPEAKER_00: </w:t>
      </w:r>
      <w:r>
        <w:t>Das ist jetzt aber keine Woche, in der du dann noch Schulungen hast oder so, sondern du bist nächste Woche in Schulungen.</w:t>
      </w:r>
    </w:p>
    <w:p>
      <w:r>
        <w:rPr>
          <w:b/>
        </w:rPr>
        <w:t xml:space="preserve">SPEAKER_00: </w:t>
      </w:r>
      <w:r>
        <w:t>Dann erst mal durch.</w:t>
      </w:r>
    </w:p>
    <w:p>
      <w:r>
        <w:rPr>
          <w:b/>
        </w:rPr>
        <w:t xml:space="preserve">SPEAKER_02: </w:t>
      </w:r>
      <w:r>
        <w:t>Ja, das ist erst im November wieder.</w:t>
      </w:r>
    </w:p>
    <w:p>
      <w:r>
        <w:rPr>
          <w:b/>
        </w:rPr>
        <w:t xml:space="preserve">SPEAKER_02: </w:t>
      </w:r>
      <w:r>
        <w:t>Gut, dann komme ich dann sicher mal noch mit dir auf Baustelle, in der Zeit, wo du allein bist.</w:t>
      </w:r>
    </w:p>
    <w:p>
      <w:r>
        <w:rPr>
          <w:b/>
        </w:rPr>
        <w:t xml:space="preserve">SPEAKER_00: </w:t>
      </w:r>
      <w:r>
        <w:t>Und am 14. wollen wir dann eine größere, wie es jetzt aussieht, dann nochmal ein Treffen mit der Bauherrschaft draußen, sich da den Beton mal angucken und alles, was jetzt gerade so Thema ist.</w:t>
      </w:r>
    </w:p>
    <w:p>
      <w:r>
        <w:rPr>
          <w:b/>
        </w:rPr>
        <w:t xml:space="preserve">SPEAKER_00: </w:t>
      </w:r>
      <w:r>
        <w:t>Vielleicht haben wir bis dahin das Plakat hängen, das wäre noch cool.</w:t>
      </w:r>
    </w:p>
    <w:p>
      <w:r>
        <w:rPr>
          <w:b/>
        </w:rPr>
        <w:t xml:space="preserve">SPEAKER_00: </w:t>
      </w:r>
      <w:r>
        <w:t>Können wir jetzt bestellen und dann hinhängen.</w:t>
      </w:r>
    </w:p>
    <w:p>
      <w:r>
        <w:rPr>
          <w:b/>
        </w:rPr>
        <w:t xml:space="preserve">SPEAKER_00: </w:t>
      </w:r>
      <w:r>
        <w:t>Da haben wir so einen Banner gemacht mit Kontaktdaten, also quasi als Bautafelersatz machen wir einfach einen.</w:t>
      </w:r>
    </w:p>
    <w:p>
      <w:r>
        <w:rPr>
          <w:b/>
        </w:rPr>
        <w:t xml:space="preserve">SPEAKER_00: </w:t>
      </w:r>
      <w:r>
        <w:t>Druckplane.</w:t>
      </w:r>
    </w:p>
    <w:p>
      <w:r>
        <w:rPr>
          <w:b/>
        </w:rPr>
        <w:t xml:space="preserve">SPEAKER_00: </w:t>
      </w:r>
      <w:r>
        <w:t>Die ist ein bisschen flexibler, weil so ein...</w:t>
      </w:r>
    </w:p>
    <w:p>
      <w:r>
        <w:rPr>
          <w:b/>
        </w:rPr>
        <w:t xml:space="preserve">SPEAKER_00: </w:t>
      </w:r>
      <w:r>
        <w:t>Die Bauerschaft will das so, oder wie?</w:t>
      </w:r>
    </w:p>
    <w:p>
      <w:r>
        <w:rPr>
          <w:b/>
        </w:rPr>
        <w:t xml:space="preserve">SPEAKER_00: </w:t>
      </w:r>
      <w:r>
        <w:t>Ja, die wollen halt ein Bauschild haben mit Werbung drauf.</w:t>
      </w:r>
    </w:p>
    <w:p>
      <w:r>
        <w:rPr>
          <w:b/>
        </w:rPr>
        <w:t xml:space="preserve">SPEAKER_00: </w:t>
      </w:r>
      <w:r>
        <w:t>Die Visualisierung, die bezahlen sie auch separat.</w:t>
      </w:r>
    </w:p>
    <w:p>
      <w:r>
        <w:rPr>
          <w:b/>
        </w:rPr>
        <w:t xml:space="preserve">SPEAKER_00: </w:t>
      </w:r>
      <w:r>
        <w:t>Aber wir haben jetzt gesagt, wir übernehmen das in der Größe von einem Meter auf zwei Meter.</w:t>
      </w:r>
    </w:p>
    <w:p>
      <w:r>
        <w:rPr>
          <w:b/>
        </w:rPr>
        <w:t xml:space="preserve">SPEAKER_00: </w:t>
      </w:r>
      <w:r>
        <w:t>Und entweder halt als Tafel, als Schild an sich.</w:t>
      </w:r>
    </w:p>
    <w:p>
      <w:r>
        <w:rPr>
          <w:b/>
        </w:rPr>
        <w:t xml:space="preserve">SPEAKER_00: </w:t>
      </w:r>
      <w:r>
        <w:t>Dann braucht es halt wieder ein Fundament und dann steht es wieder im Weg und so.</w:t>
      </w:r>
    </w:p>
    <w:p>
      <w:r>
        <w:rPr>
          <w:b/>
        </w:rPr>
        <w:t xml:space="preserve">SPEAKER_00: </w:t>
      </w:r>
      <w:r>
        <w:t>Und jetzt haben wir halt gedacht, wir drucken das einfach auf eine Plane.</w:t>
      </w:r>
    </w:p>
    <w:p>
      <w:r>
        <w:rPr>
          <w:b/>
        </w:rPr>
        <w:t xml:space="preserve">SPEAKER_00: </w:t>
      </w:r>
      <w:r>
        <w:t>und hängen es irgendwo an den Zaun, an das Gerüst oder jetzt an den Container.</w:t>
      </w:r>
    </w:p>
    <w:p>
      <w:r>
        <w:rPr>
          <w:b/>
        </w:rPr>
        <w:t xml:space="preserve">SPEAKER_00: </w:t>
      </w:r>
      <w:r>
        <w:t>Und dann sind wir ein bisschen flexibler.</w:t>
      </w:r>
    </w:p>
    <w:p>
      <w:r>
        <w:rPr>
          <w:b/>
        </w:rPr>
        <w:t xml:space="preserve">SPEAKER_00: </w:t>
      </w:r>
      <w:r>
        <w:t>Wir müssen es auch umhängen und woanders nochmal hin.</w:t>
      </w:r>
    </w:p>
    <w:p>
      <w:r>
        <w:rPr>
          <w:b/>
        </w:rPr>
        <w:t xml:space="preserve">SPEAKER_00: </w:t>
      </w:r>
      <w:r>
        <w:t>Jetzt müssen wir nur noch mal klären, ob das denen auch recht ist, jetzt mit der Planung.</w:t>
      </w:r>
    </w:p>
    <w:p>
      <w:r>
        <w:rPr>
          <w:b/>
        </w:rPr>
        <w:t xml:space="preserve">SPEAKER_00: </w:t>
      </w:r>
      <w:r>
        <w:t>Wir haben dafür ja Kosten ursprünglich drin gehabt im Antrag.</w:t>
      </w:r>
    </w:p>
    <w:p>
      <w:r>
        <w:rPr>
          <w:b/>
        </w:rPr>
        <w:t xml:space="preserve">SPEAKER_01: </w:t>
      </w:r>
      <w:r>
        <w:t>Das ist natürlich ein riesen</w:t>
      </w:r>
    </w:p>
    <w:p>
      <w:r>
        <w:rPr>
          <w:b/>
        </w:rPr>
        <w:t xml:space="preserve">SPEAKER_00: </w:t>
      </w:r>
      <w:r>
        <w:t>deutlich günstigere Variante.</w:t>
      </w:r>
    </w:p>
    <w:p>
      <w:r>
        <w:rPr>
          <w:b/>
        </w:rPr>
        <w:t xml:space="preserve">SPEAKER_03: </w:t>
      </w:r>
      <w:r>
        <w:t>Bildet ja das Gleiche ab.</w:t>
      </w:r>
    </w:p>
    <w:p>
      <w:r>
        <w:rPr>
          <w:b/>
        </w:rPr>
        <w:t xml:space="preserve">SPEAKER_03: </w:t>
      </w:r>
      <w:r>
        <w:t>Ja, also es ist doch für dich egal, oder?</w:t>
      </w:r>
    </w:p>
    <w:p>
      <w:r>
        <w:rPr>
          <w:b/>
        </w:rPr>
        <w:t xml:space="preserve">SPEAKER_03: </w:t>
      </w:r>
      <w:r>
        <w:t>Ob es ein starres Schild ist.</w:t>
      </w:r>
    </w:p>
    <w:p>
      <w:r>
        <w:rPr>
          <w:b/>
        </w:rPr>
        <w:t xml:space="preserve">SPEAKER_03: </w:t>
      </w:r>
      <w:r>
        <w:t>Du siehst ja nicht mehr, dass es ein hartes Schild ist.</w:t>
      </w:r>
    </w:p>
    <w:p>
      <w:r>
        <w:rPr>
          <w:b/>
        </w:rPr>
        <w:t xml:space="preserve">SPEAKER_03: </w:t>
      </w:r>
      <w:r>
        <w:t>Genau, ja.</w:t>
      </w:r>
    </w:p>
    <w:p>
      <w:r>
        <w:rPr>
          <w:b/>
        </w:rPr>
        <w:t xml:space="preserve">SPEAKER_02: </w:t>
      </w:r>
      <w:r>
        <w:t>Gut, dann Termine ist der Fritsche am schauen mit dem Muff, nehme ich an.</w:t>
      </w:r>
    </w:p>
    <w:p>
      <w:r>
        <w:rPr>
          <w:b/>
        </w:rPr>
        <w:t xml:space="preserve">SPEAKER_00: </w:t>
      </w:r>
      <w:r>
        <w:t>Genau, die sind in Absprache miteinander.</w:t>
      </w:r>
    </w:p>
    <w:p>
      <w:r>
        <w:rPr>
          <w:b/>
        </w:rPr>
        <w:t xml:space="preserve">SPEAKER_00: </w:t>
      </w:r>
      <w:r>
        <w:t>Wenn jetzt das Montagekonzept final steht und dann auch abgebildet ist, dann würde ich tatsächlich da auch mal Tagestermine hinterlegen wollen.</w:t>
      </w:r>
    </w:p>
    <w:p>
      <w:r>
        <w:rPr>
          <w:b/>
        </w:rPr>
        <w:t xml:space="preserve">SPEAKER_00: </w:t>
      </w:r>
      <w:r>
        <w:t>Und wir haben schon gesagt, wir gucken jetzt mal mit frei, wie die jetzt arbeiten und auch wie das Ganze jetzt weiterhin läuft und wie das Wetter ist.</w:t>
      </w:r>
    </w:p>
    <w:p>
      <w:r>
        <w:rPr>
          <w:b/>
        </w:rPr>
        <w:t xml:space="preserve">SPEAKER_00: </w:t>
      </w:r>
      <w:r>
        <w:t>Wir machen dann im August perspektivisch den Terminplan neu.</w:t>
      </w:r>
    </w:p>
    <w:p>
      <w:r>
        <w:rPr>
          <w:b/>
        </w:rPr>
        <w:t xml:space="preserve">SPEAKER_00: </w:t>
      </w:r>
      <w:r>
        <w:t>Das bringt einfach nichts, jetzt nochmal wieder eine Änderung zu machen.</w:t>
      </w:r>
    </w:p>
    <w:p>
      <w:r>
        <w:rPr>
          <w:b/>
        </w:rPr>
        <w:t xml:space="preserve">SPEAKER_00: </w:t>
      </w:r>
      <w:r>
        <w:t>Aktuell ist der immer noch gültig vom Dezember an.</w:t>
      </w:r>
    </w:p>
    <w:p>
      <w:r>
        <w:rPr>
          <w:b/>
        </w:rPr>
        <w:t xml:space="preserve">SPEAKER_00: </w:t>
      </w:r>
      <w:r>
        <w:t>Wir machen noch für den Bauherrn keinen neuen.</w:t>
      </w:r>
    </w:p>
    <w:p>
      <w:r>
        <w:rPr>
          <w:b/>
        </w:rPr>
        <w:t xml:space="preserve">SPEAKER_00: </w:t>
      </w:r>
      <w:r>
        <w:t>Also ich habe Adrian da so ein bisschen hinhalten können.</w:t>
      </w:r>
    </w:p>
    <w:p>
      <w:r>
        <w:rPr>
          <w:b/>
        </w:rPr>
        <w:t xml:space="preserve">SPEAKER_00: </w:t>
      </w:r>
      <w:r>
        <w:t>Er wollte dann da ein bisschen ausführlicheren.</w:t>
      </w:r>
    </w:p>
    <w:p>
      <w:r>
        <w:rPr>
          <w:b/>
        </w:rPr>
        <w:t xml:space="preserve">SPEAKER_00: </w:t>
      </w:r>
      <w:r>
        <w:t>Vielleicht machen wir das irgendwie in dem Zuge, dass wir da noch...</w:t>
      </w:r>
    </w:p>
    <w:p>
      <w:r>
        <w:rPr>
          <w:b/>
        </w:rPr>
        <w:t xml:space="preserve">SPEAKER_00: </w:t>
      </w:r>
      <w:r>
        <w:t>Aber das ist jetzt sonst alles irgendwie eine Wertbeschaffungsmaßnahme.</w:t>
      </w:r>
    </w:p>
    <w:p>
      <w:r>
        <w:rPr>
          <w:b/>
        </w:rPr>
        <w:t xml:space="preserve">SPEAKER_02: </w:t>
      </w:r>
      <w:r>
        <w:t>Auf dem Baumeister haben wir einen Detaillierten gekriegt, wie der vorgeht.</w:t>
      </w:r>
    </w:p>
    <w:p>
      <w:r>
        <w:rPr>
          <w:b/>
        </w:rPr>
        <w:t xml:space="preserve">SPEAKER_00: </w:t>
      </w:r>
      <w:r>
        <w:t>Und der sagt halt, 19.10. ist er fertig mit beiden Häusern.</w:t>
      </w:r>
    </w:p>
    <w:p>
      <w:r>
        <w:rPr>
          <w:b/>
        </w:rPr>
        <w:t xml:space="preserve">SPEAKER_00: </w:t>
      </w:r>
      <w:r>
        <w:t>Und danach arbeiten wir jetzt.</w:t>
      </w:r>
    </w:p>
    <w:p>
      <w:r>
        <w:rPr>
          <w:b/>
        </w:rPr>
        <w:t xml:space="preserve">SPEAKER_00: </w:t>
      </w:r>
      <w:r>
        <w:t>Was du sagst, das ist auch nochmal wichtig, dass wir ihn jetzt dann auch darauf festnageln.</w:t>
      </w:r>
    </w:p>
    <w:p>
      <w:r>
        <w:rPr>
          <w:b/>
        </w:rPr>
        <w:t xml:space="preserve">SPEAKER_00: </w:t>
      </w:r>
      <w:r>
        <w:t>Da würde ich nochmal ein bisschen besprechen, wie wir die formulieren.</w:t>
      </w:r>
    </w:p>
    <w:p>
      <w:r>
        <w:rPr>
          <w:b/>
        </w:rPr>
        <w:t xml:space="preserve">SPEAKER_00: </w:t>
      </w:r>
      <w:r>
        <w:t>dass dann jetzt frei auch wirklich, also dass wir ihm einmal das bestätigen, dass das für uns in Ordnung ist, dass er jetzt aber auch, dass das jetzt der neu geltende, fix fertige Termin ist und nicht, dass er in vier Wochen nochmal wiederkommt und sagt, ja, jetzt bin ich erst am 19.11. fertig.</w:t>
      </w:r>
    </w:p>
    <w:p>
      <w:r>
        <w:rPr>
          <w:b/>
        </w:rPr>
        <w:t xml:space="preserve">SPEAKER_02: </w:t>
      </w:r>
      <w:r>
        <w:t>Das oder schneller.</w:t>
      </w:r>
    </w:p>
    <w:p>
      <w:r>
        <w:rPr>
          <w:b/>
        </w:rPr>
        <w:t xml:space="preserve">SPEAKER_00: </w:t>
      </w:r>
      <w:r>
        <w:t>Schneller tendenziell, besser irgendwie auch für uns, wir haben die Elemente ja hier, wir produzieren schon vor.</w:t>
      </w:r>
    </w:p>
    <w:p>
      <w:r>
        <w:rPr>
          <w:b/>
        </w:rPr>
        <w:t xml:space="preserve">SPEAKER_02: </w:t>
      </w:r>
      <w:r>
        <w:t>Sanika kriegt das auch terminlich hin.</w:t>
      </w:r>
    </w:p>
    <w:p>
      <w:r>
        <w:rPr>
          <w:b/>
        </w:rPr>
        <w:t xml:space="preserve">SPEAKER_01: </w:t>
      </w:r>
      <w:r>
        <w:t>Sehr ethisch, ja.</w:t>
      </w:r>
    </w:p>
    <w:p>
      <w:r>
        <w:rPr>
          <w:b/>
        </w:rPr>
        <w:t xml:space="preserve">SPEAKER_00: </w:t>
      </w:r>
      <w:r>
        <w:t>Okay.</w:t>
      </w:r>
    </w:p>
    <w:p>
      <w:r>
        <w:rPr>
          <w:b/>
        </w:rPr>
        <w:t xml:space="preserve">SPEAKER_01: </w:t>
      </w:r>
      <w:r>
        <w:t>Gut.</w:t>
      </w:r>
    </w:p>
    <w:p>
      <w:r>
        <w:rPr>
          <w:b/>
        </w:rPr>
        <w:t xml:space="preserve">SPEAKER_01: </w:t>
      </w:r>
      <w:r>
        <w:t>Ja.</w:t>
      </w:r>
    </w:p>
    <w:p>
      <w:r>
        <w:rPr>
          <w:b/>
        </w:rPr>
        <w:t xml:space="preserve">SPEAKER_00: </w:t>
      </w:r>
      <w:r>
        <w:t>Sehr schön.</w:t>
      </w:r>
    </w:p>
    <w:p>
      <w:r>
        <w:rPr>
          <w:b/>
        </w:rPr>
        <w:t xml:space="preserve">SPEAKER_00: </w:t>
      </w:r>
      <w:r>
        <w:t>Gibt es noch was?</w:t>
      </w:r>
    </w:p>
    <w:p>
      <w:r>
        <w:rPr>
          <w:b/>
        </w:rPr>
        <w:t xml:space="preserve">SPEAKER_03: </w:t>
      </w:r>
      <w:r>
        <w:t>Also wir haben Betonfilter jetzt beauftragt.</w:t>
      </w:r>
    </w:p>
    <w:p>
      <w:r>
        <w:rPr>
          <w:b/>
        </w:rPr>
        <w:t xml:space="preserve">SPEAKER_00: </w:t>
      </w:r>
      <w:r>
        <w:t>Achso, Spöglien, genau.</w:t>
      </w:r>
    </w:p>
    <w:p>
      <w:r>
        <w:rPr>
          <w:b/>
        </w:rPr>
        <w:t xml:space="preserve">SPEAKER_00: </w:t>
      </w:r>
      <w:r>
        <w:t>Das hat zwar immer noch nicht ihre Stunden abgegeben, aber die sind schon dabei, die Statik zu rechnen.</w:t>
      </w:r>
    </w:p>
    <w:p>
      <w:r>
        <w:rPr>
          <w:b/>
        </w:rPr>
        <w:t xml:space="preserve">UNBEKANNT: </w:t>
      </w:r>
      <w:r>
        <w:t>Verliebt.</w:t>
      </w:r>
    </w:p>
    <w:p>
      <w:r>
        <w:rPr>
          <w:b/>
        </w:rPr>
        <w:t xml:space="preserve">SPEAKER_02: </w:t>
      </w:r>
      <w:r>
        <w:t>Ich schaue die ganze Statik an, auch die Bauzustände vom Aufstellen, von dem Treppenturnen.</w:t>
      </w:r>
    </w:p>
    <w:p>
      <w:r>
        <w:rPr>
          <w:b/>
        </w:rPr>
        <w:t xml:space="preserve">SPEAKER_00: </w:t>
      </w:r>
      <w:r>
        <w:t>Das weiss ich nicht, wie sie das macht.</w:t>
      </w:r>
    </w:p>
    <w:p>
      <w:r>
        <w:rPr>
          <w:b/>
        </w:rPr>
        <w:t xml:space="preserve">SPEAKER_00: </w:t>
      </w:r>
      <w:r>
        <w:t>Ich hoffe, das war eigentlich Aufgabenstellung.</w:t>
      </w:r>
    </w:p>
    <w:p>
      <w:r>
        <w:rPr>
          <w:b/>
        </w:rPr>
        <w:t xml:space="preserve">SPEAKER_02: </w:t>
      </w:r>
      <w:r>
        <w:t>Einfach nochmal nachhaken.</w:t>
      </w:r>
    </w:p>
    <w:p>
      <w:r>
        <w:rPr>
          <w:b/>
        </w:rPr>
        <w:t xml:space="preserve">SPEAKER_00: </w:t>
      </w:r>
      <w:r>
        <w:t>Genau, das werden wir dann sehen in ihrem Angebot.</w:t>
      </w:r>
    </w:p>
    <w:p>
      <w:r>
        <w:rPr>
          <w:b/>
        </w:rPr>
        <w:t xml:space="preserve">SPEAKER_02: </w:t>
      </w:r>
      <w:r>
        <w:t>Was sie sich für die Gedanken macht.</w:t>
      </w:r>
    </w:p>
    <w:p>
      <w:r>
        <w:rPr>
          <w:b/>
        </w:rPr>
        <w:t xml:space="preserve">SPEAKER_02: </w:t>
      </w:r>
      <w:r>
        <w:t>Wahrscheinlich kostet es ein paar Franken, aber das ist schon wichtig, dass dann...</w:t>
      </w:r>
    </w:p>
    <w:p>
      <w:r>
        <w:rPr>
          <w:b/>
        </w:rPr>
        <w:t xml:space="preserve">SPEAKER_02: </w:t>
      </w:r>
      <w:r>
        <w:t>Irgendwo in der Hälfte muss man aufhören, dass das Ding nicht umkracht.</w:t>
      </w:r>
    </w:p>
    <w:p>
      <w:r>
        <w:rPr>
          <w:b/>
        </w:rPr>
        <w:t xml:space="preserve">SPEAKER_03: </w:t>
      </w:r>
      <w:r>
        <w:t>Also wir haben relativ deutlich mitgeteilt, dass der Unternehmer nicht dazu in der Lage ist, irgendeine Statik anzufertigen.</w:t>
      </w:r>
    </w:p>
    <w:p>
      <w:r>
        <w:rPr>
          <w:b/>
        </w:rPr>
        <w:t xml:space="preserve">SPEAKER_03: </w:t>
      </w:r>
      <w:r>
        <w:t>Er kann das Einzige, was er kann, ist umrechnen aus ihrer Statik aus Beton.</w:t>
      </w:r>
    </w:p>
    <w:p>
      <w:r>
        <w:rPr>
          <w:b/>
        </w:rPr>
        <w:t xml:space="preserve">SPEAKER_03: </w:t>
      </w:r>
      <w:r>
        <w:t>das umzurechnen in zum Beispiel Halbfertigteile.</w:t>
      </w:r>
    </w:p>
    <w:p>
      <w:r>
        <w:rPr>
          <w:b/>
        </w:rPr>
        <w:t xml:space="preserve">SPEAKER_03: </w:t>
      </w:r>
      <w:r>
        <w:t>Oder dass er selbst um sich hin rechnet, wo er seine Ankerpunkte setzt zum Verladen.</w:t>
      </w:r>
    </w:p>
    <w:p>
      <w:r>
        <w:rPr>
          <w:b/>
        </w:rPr>
        <w:t xml:space="preserve">SPEAKER_03: </w:t>
      </w:r>
      <w:r>
        <w:t>Das ist der Unternehmer, alles andere ist nicht in seinem Aufgabenbereich.</w:t>
      </w:r>
    </w:p>
    <w:p>
      <w:r>
        <w:rPr>
          <w:b/>
        </w:rPr>
        <w:t xml:space="preserve">SPEAKER_02: </w:t>
      </w:r>
      <w:r>
        <w:t>Und das ist nicht nur die Rechnung der einzelnen Elemente, sondern es ist ja die Stabilisierung eines Zwischenzustands.</w:t>
      </w:r>
    </w:p>
    <w:p>
      <w:r>
        <w:rPr>
          <w:b/>
        </w:rPr>
        <w:t xml:space="preserve">SPEAKER_02: </w:t>
      </w:r>
      <w:r>
        <w:t>Das kann der Baumeister nur nach bestem Wissen und Gewissen machen.</w:t>
      </w:r>
    </w:p>
    <w:p>
      <w:r>
        <w:rPr>
          <w:b/>
        </w:rPr>
        <w:t xml:space="preserve">SPEAKER_02: </w:t>
      </w:r>
      <w:r>
        <w:t>Darum braucht es Überlegungen aus der Statik, wie das funktioniert.</w:t>
      </w:r>
    </w:p>
    <w:p>
      <w:r>
        <w:rPr>
          <w:b/>
        </w:rPr>
        <w:t xml:space="preserve">SPEAKER_02: </w:t>
      </w:r>
      <w:r>
        <w:t>Genau.</w:t>
      </w:r>
    </w:p>
    <w:p>
      <w:r>
        <w:rPr>
          <w:b/>
        </w:rPr>
        <w:t xml:space="preserve">SPEAKER_00: </w:t>
      </w:r>
      <w:r>
        <w:t>Ich sehe es jetzt aber auch im Urlaub nächste Woche, denke ich mal, müssen wir sie da mal richtig nochmal in die Nähe nehmen, wenn sie auf der Baustelle ist.</w:t>
      </w:r>
    </w:p>
    <w:p>
      <w:r>
        <w:rPr>
          <w:b/>
        </w:rPr>
        <w:t xml:space="preserve">SPEAKER_03: </w:t>
      </w:r>
      <w:r>
        <w:t>Ja, ich bin schon der Meinung, dass wir das deutlich nur mitgeteilt haben, dass das auf jeden Fall nicht in unserem, also nicht wir können, nicht der Unternehmer kann, sondern sie es machen.</w:t>
      </w:r>
    </w:p>
    <w:p>
      <w:r>
        <w:rPr>
          <w:b/>
        </w:rPr>
        <w:t xml:space="preserve">SPEAKER_03: </w:t>
      </w:r>
      <w:r>
        <w:t>Okay.</w:t>
      </w:r>
    </w:p>
    <w:p>
      <w:r>
        <w:rPr>
          <w:b/>
        </w:rPr>
        <w:t xml:space="preserve">SPEAKER_00: </w:t>
      </w:r>
      <w:r>
        <w:t>Jetzt mal nach Laufenburg und gucken wir mal, was wir da machen.</w:t>
      </w:r>
    </w:p>
    <w:p>
      <w:r>
        <w:rPr>
          <w:b/>
        </w:rPr>
        <w:t xml:space="preserve">SPEAKER_00: </w:t>
      </w:r>
      <w:r>
        <w:t>Dann haben wir weiter auf die Baustelle, dann haben wir nochmal das Bollinger gespielt, also durch die Handlung und am Nachmittag dann mit so einem Thema.</w:t>
      </w:r>
    </w:p>
    <w:p>
      <w:r>
        <w:rPr>
          <w:b/>
        </w:rPr>
        <w:t xml:space="preserve">SPEAKER_00: </w:t>
      </w:r>
      <w:r>
        <w:t>Dafür steht morgen nichts an.</w:t>
      </w:r>
    </w:p>
    <w:p>
      <w:r>
        <w:rPr>
          <w:b/>
        </w:rPr>
        <w:t xml:space="preserve">SPEAKER_00: </w:t>
      </w:r>
      <w:r>
        <w:t>Heute alles geballt.</w:t>
      </w:r>
    </w:p>
    <w:p>
      <w:r>
        <w:rPr>
          <w:b/>
        </w:rPr>
        <w:t xml:space="preserve">SPEAKER_01: </w:t>
      </w:r>
      <w:r>
        <w:t>Sehr gut, sehr gut.</w:t>
      </w:r>
    </w:p>
    <w:p>
      <w:r>
        <w:rPr>
          <w:b/>
        </w:rPr>
        <w:t xml:space="preserve">SPEAKER_00: </w:t>
      </w:r>
      <w:r>
        <w:t>Ein bisschen früher weg, aber... Machen wir zwei Autos.</w:t>
      </w:r>
    </w:p>
    <w:p>
      <w:r>
        <w:rPr>
          <w:b/>
        </w:rPr>
        <w:t xml:space="preserve">SPEAKER_01: </w:t>
      </w:r>
      <w:r>
        <w:t>Ja.</w:t>
      </w:r>
    </w:p>
    <w:p>
      <w:r>
        <w:rPr>
          <w:b/>
        </w:rPr>
        <w:t xml:space="preserve">SPEAKER_00: </w:t>
      </w:r>
      <w:r>
        <w:t>Gut.</w:t>
      </w:r>
    </w:p>
    <w:p>
      <w:r>
        <w:rPr>
          <w:b/>
        </w:rPr>
        <w:t xml:space="preserve">SPEAKER_00: </w:t>
      </w:r>
      <w:r>
        <w:t>Und du kommst dann nächste oder übernächste Woche mit raus?</w:t>
      </w:r>
    </w:p>
    <w:p>
      <w:r>
        <w:rPr>
          <w:b/>
        </w:rPr>
        <w:t xml:space="preserve">SPEAKER_02: </w:t>
      </w:r>
      <w:r>
        <w:t>Noch eine Frage.</w:t>
      </w:r>
    </w:p>
    <w:p>
      <w:r>
        <w:rPr>
          <w:b/>
        </w:rPr>
        <w:t xml:space="preserve">SPEAKER_02: </w:t>
      </w:r>
      <w:r>
        <w:t>Es macht Sinn.</w:t>
      </w:r>
    </w:p>
    <w:p>
      <w:r>
        <w:rPr>
          <w:b/>
        </w:rPr>
        <w:t xml:space="preserve">SPEAKER_02: </w:t>
      </w:r>
      <w:r>
        <w:t>Dann gibt es etwas Spannendes zu sehen.</w:t>
      </w:r>
    </w:p>
    <w:p>
      <w:r>
        <w:rPr>
          <w:b/>
        </w:rPr>
        <w:t xml:space="preserve">SPEAKER_02: </w:t>
      </w:r>
      <w:r>
        <w:t>Übernächste Woche komme ich sicher mit Olaf Didalei erstmal.</w:t>
      </w:r>
    </w:p>
    <w:p>
      <w:r>
        <w:rPr>
          <w:b/>
        </w:rPr>
        <w:t xml:space="preserve">SPEAKER_01: </w:t>
      </w:r>
      <w:r>
        <w:t>Das ist sicher gut.</w:t>
      </w:r>
    </w:p>
    <w:p>
      <w:r>
        <w:rPr>
          <w:b/>
        </w:rPr>
        <w:t xml:space="preserve">SPEAKER_01: </w:t>
      </w:r>
      <w:r>
        <w:t>Und eben nächste Woche, da wollen wir mal schauen.</w:t>
      </w:r>
    </w:p>
    <w:p>
      <w:r>
        <w:rPr>
          <w:b/>
        </w:rPr>
        <w:t xml:space="preserve">SPEAKER_00: </w:t>
      </w:r>
      <w:r>
        <w:t>Auch wenn du übernimmst.</w:t>
      </w:r>
    </w:p>
    <w:p>
      <w:r>
        <w:rPr>
          <w:b/>
        </w:rPr>
        <w:t xml:space="preserve">SPEAKER_02: </w:t>
      </w:r>
      <w:r>
        <w:t>Jetzt haben wir mal einen Block hier gemacht, haben erste, siebte Baustellenbesuche.</w:t>
      </w:r>
    </w:p>
    <w:p>
      <w:r>
        <w:rPr>
          <w:b/>
        </w:rPr>
        <w:t xml:space="preserve">SPEAKER_03: </w:t>
      </w:r>
      <w:r>
        <w:t>Was werden?</w:t>
      </w:r>
    </w:p>
    <w:p>
      <w:r>
        <w:rPr>
          <w:b/>
        </w:rPr>
        <w:t xml:space="preserve">SPEAKER_03: </w:t>
      </w:r>
      <w:r>
        <w:t>Nächste Mittwoch?</w:t>
      </w:r>
    </w:p>
    <w:p>
      <w:r>
        <w:rPr>
          <w:b/>
        </w:rPr>
        <w:t xml:space="preserve">SPEAKER_02: </w:t>
      </w:r>
      <w:r>
        <w:t>Ja, bin ich auch im Problem.</w:t>
      </w:r>
    </w:p>
    <w:p>
      <w:r>
        <w:rPr>
          <w:b/>
        </w:rPr>
        <w:t xml:space="preserve">SPEAKER_02: </w:t>
      </w:r>
      <w:r>
        <w:t>Da bist du im Lehrgang, ne?</w:t>
      </w:r>
    </w:p>
    <w:p>
      <w:r>
        <w:rPr>
          <w:b/>
        </w:rPr>
        <w:t xml:space="preserve">SPEAKER_00: </w:t>
      </w:r>
      <w:r>
        <w:t>Ja, tendenziell sind wir mittwochs auch im Lehrgang.</w:t>
      </w:r>
    </w:p>
    <w:p>
      <w:r>
        <w:rPr>
          <w:b/>
        </w:rPr>
        <w:t xml:space="preserve">SPEAKER_02: </w:t>
      </w:r>
      <w:r>
        <w:t>Nicht da.</w:t>
      </w:r>
    </w:p>
    <w:p>
      <w:r>
        <w:rPr>
          <w:b/>
        </w:rPr>
        <w:t xml:space="preserve">SPEAKER_03: </w:t>
      </w:r>
      <w:r>
        <w:t>Wann werdet ihr denn da?</w:t>
      </w:r>
    </w:p>
    <w:p>
      <w:r>
        <w:rPr>
          <w:b/>
        </w:rPr>
        <w:t xml:space="preserve">SPEAKER_03: </w:t>
      </w:r>
      <w:r>
        <w:t>Dienstag und Donnerstag meistens, ne?</w:t>
      </w:r>
    </w:p>
    <w:p>
      <w:r>
        <w:rPr>
          <w:b/>
        </w:rPr>
        <w:t xml:space="preserve">SPEAKER_00: </w:t>
      </w:r>
      <w:r>
        <w:t>Ja, obwohl ich nächste Woche Donnerstag nicht rausfahren werde, weil ich dann abends nach Hamburg fahre, aber</w:t>
      </w:r>
    </w:p>
    <w:p>
      <w:r>
        <w:rPr>
          <w:b/>
        </w:rPr>
        <w:t xml:space="preserve">SPEAKER_00: </w:t>
      </w:r>
      <w:r>
        <w:t>Vielleicht dann nur den Dienstag nächste Woche.</w:t>
      </w:r>
    </w:p>
    <w:p>
      <w:r>
        <w:rPr>
          <w:b/>
        </w:rPr>
        <w:t xml:space="preserve">SPEAKER_02: </w:t>
      </w:r>
      <w:r>
        <w:t>Das wäre undenkbar, wenn der Mobi kein Französisch...</w:t>
      </w:r>
    </w:p>
    <w:p>
      <w:r>
        <w:rPr>
          <w:b/>
        </w:rPr>
        <w:t xml:space="preserve">SPEAKER_01: </w:t>
      </w:r>
      <w:r>
        <w:t>Genau.</w:t>
      </w:r>
    </w:p>
    <w:p>
      <w:r>
        <w:rPr>
          <w:b/>
        </w:rPr>
        <w:t xml:space="preserve">SPEAKER_00: </w:t>
      </w:r>
      <w:r>
        <w:t>Da könnt ihr gucken.</w:t>
      </w:r>
    </w:p>
    <w:p>
      <w:r>
        <w:rPr>
          <w:b/>
        </w:rPr>
        <w:t xml:space="preserve">SPEAKER_00: </w:t>
      </w:r>
      <w:r>
        <w:t>Also für mich beschränkt sich, glaube ich, nächste Woche der Besuch auf Dienstag.</w:t>
      </w:r>
    </w:p>
    <w:p>
      <w:r>
        <w:rPr>
          <w:b/>
        </w:rPr>
        <w:t xml:space="preserve">SPEAKER_01: </w:t>
      </w:r>
      <w:r>
        <w:t>Ja.</w:t>
      </w:r>
    </w:p>
    <w:p>
      <w:r>
        <w:rPr>
          <w:b/>
        </w:rPr>
        <w:t xml:space="preserve">SPEAKER_00: </w:t>
      </w:r>
      <w:r>
        <w:t>Oder vielleicht noch Montag, die ich sage, aber ganz ehrlich, die brauchen uns da auch nicht vor Ort.</w:t>
      </w:r>
    </w:p>
    <w:p>
      <w:r>
        <w:rPr>
          <w:b/>
        </w:rPr>
        <w:t xml:space="preserve">SPEAKER_00: </w:t>
      </w:r>
      <w:r>
        <w:t>Also wenn die irgendwie was haben, das ist natürlich immer gut mal zu gucken und so, aber da reicht jetzt auch, also da geht halt immer so viel Zeit flöten.</w:t>
      </w:r>
    </w:p>
    <w:p>
      <w:r>
        <w:rPr>
          <w:b/>
        </w:rPr>
        <w:t xml:space="preserve">SPEAKER_00: </w:t>
      </w:r>
      <w:r>
        <w:t>Ich glaube, Marcel, für dich reicht das auch am siebten.</w:t>
      </w:r>
    </w:p>
    <w:p>
      <w:r>
        <w:rPr>
          <w:b/>
        </w:rPr>
        <w:t xml:space="preserve">SPEAKER_01: </w:t>
      </w:r>
      <w:r>
        <w:t>Am siebten.</w:t>
      </w:r>
    </w:p>
    <w:p>
      <w:r>
        <w:rPr>
          <w:b/>
        </w:rPr>
        <w:t xml:space="preserve">SPEAKER_02: </w:t>
      </w:r>
      <w:r>
        <w:t>Am siebten.</w:t>
      </w:r>
    </w:p>
    <w:p>
      <w:r>
        <w:rPr>
          <w:b/>
        </w:rPr>
        <w:t xml:space="preserve">SPEAKER_00: </w:t>
      </w:r>
      <w:r>
        <w:t>Am Mittwoch könnte nicht.</w:t>
      </w:r>
    </w:p>
    <w:p>
      <w:r>
        <w:rPr>
          <w:b/>
        </w:rPr>
        <w:t xml:space="preserve">SPEAKER_02: </w:t>
      </w:r>
      <w:r>
        <w:t>Ja, oder wie fährst du dann?</w:t>
      </w:r>
    </w:p>
    <w:p>
      <w:r>
        <w:rPr>
          <w:b/>
        </w:rPr>
        <w:t xml:space="preserve">SPEAKER_02: </w:t>
      </w:r>
      <w:r>
        <w:t>Ich kann auch am Mittwoch die Baustelle fahren.</w:t>
      </w:r>
    </w:p>
    <w:p>
      <w:r>
        <w:rPr>
          <w:b/>
        </w:rPr>
        <w:t xml:space="preserve">SPEAKER_00: </w:t>
      </w:r>
      <w:r>
        <w:t>Ja.</w:t>
      </w:r>
    </w:p>
    <w:p>
      <w:r>
        <w:rPr>
          <w:b/>
        </w:rPr>
        <w:t xml:space="preserve">SPEAKER_03: </w:t>
      </w:r>
      <w:r>
        <w:t>Also Dienstag muss ich eh, weil es ist halt Bausprechung, aber du hast auch nicht auswendig am Mittwoch auch die Baustelle.</w:t>
      </w:r>
    </w:p>
    <w:p>
      <w:r>
        <w:rPr>
          <w:b/>
        </w:rPr>
        <w:t xml:space="preserve">SPEAKER_02: </w:t>
      </w:r>
      <w:r>
        <w:t>Ja, mal schauen, ich habe am Dienstag die siebte Fachplansitzung Münchaldorf und am Donnerstag habe ich eine Baukommissionssitzung Münchaldorf.</w:t>
      </w:r>
    </w:p>
    <w:p>
      <w:r>
        <w:rPr>
          <w:b/>
        </w:rPr>
        <w:t xml:space="preserve">SPEAKER_02: </w:t>
      </w:r>
      <w:r>
        <w:t>Der Mittwoch wäre noch so möglich.</w:t>
      </w:r>
    </w:p>
    <w:p>
      <w:r>
        <w:rPr>
          <w:b/>
        </w:rPr>
        <w:t xml:space="preserve">SPEAKER_02: </w:t>
      </w:r>
      <w:r>
        <w:t>Also, wir schauen.</w:t>
      </w:r>
    </w:p>
    <w:p>
      <w:r>
        <w:rPr>
          <w:b/>
        </w:rPr>
        <w:t xml:space="preserve">SPEAKER_02: </w:t>
      </w:r>
      <w:r>
        <w:t>Gut, okay.</w:t>
      </w:r>
    </w:p>
    <w:p>
      <w:r>
        <w:rPr>
          <w:b/>
        </w:rPr>
        <w:t xml:space="preserve">SPEAKER_01: </w:t>
      </w:r>
      <w:r>
        <w:t>Dankeschön.</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